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73ea1a1a579b8f875a55fc9f9633c0bec314c3"/>
    <w:p>
      <w:pPr>
        <w:pStyle w:val="Heading1"/>
      </w:pPr>
      <w:r>
        <w:rPr>
          <w:b/>
          <w:bCs/>
        </w:rPr>
        <w:t xml:space="preserve">Pudd'nhead Wilson</w:t>
      </w:r>
      <w:r>
        <w:br/>
      </w:r>
      <w:r>
        <w:rPr>
          <w:i/>
          <w:iCs/>
        </w:rPr>
        <w:t xml:space="preserve">Mark Twain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Whoever has lived long enough to find out what life is, knows how deep a debt of gratitude we owe to Adam, the first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</w:t>
      </w:r>
      <w:r>
        <w:rPr>
          <w:b/>
          <w:bCs/>
        </w:rPr>
        <w:t xml:space="preserve"> </w:t>
      </w:r>
      <w:r>
        <w:rPr>
          <w:b/>
          <w:bCs/>
        </w:rPr>
        <w:t xml:space="preserve">of our race.</w:t>
      </w:r>
      <w:r>
        <w:br/>
      </w:r>
      <w:r>
        <w:t xml:space="preserve">    (a) lack of interest; or the process of stopping interaction or interest</w:t>
      </w:r>
      <w:r>
        <w:br/>
      </w:r>
      <w:r>
        <w:t xml:space="preserve">    (b) relating to logical examination of something to better understand it</w:t>
      </w:r>
      <w:r>
        <w:br/>
      </w:r>
      <w:r>
        <w:t xml:space="preserve">    (c) someone who helps a person or organization -- especially financially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terror had taken possession of her.</w:t>
      </w:r>
      <w:r>
        <w:br/>
      </w:r>
      <w:r>
        <w:t xml:space="preserve">    (a) of greatest intensity or emotional depth</w:t>
      </w:r>
      <w:r>
        <w:br/>
      </w:r>
      <w:r>
        <w:t xml:space="preserve">    (b) without a tendency to be full of thought</w:t>
      </w:r>
      <w:r>
        <w:br/>
      </w:r>
      <w:r>
        <w:t xml:space="preserve">    (c) lacking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gathered up her baby once more; but when her eye fell upon its miserably short little gray tow-linen shirt and noted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its pauper shabbiness and her own volcanic eruption of infernal splendors, her mother-heart was touched, and she was ashamed.</w:t>
      </w:r>
      <w:r>
        <w:br/>
      </w:r>
      <w:r>
        <w:t xml:space="preserve">    (a) block or interfere</w:t>
      </w:r>
      <w:r>
        <w:br/>
      </w:r>
      <w:r>
        <w:t xml:space="preserve">    (b) come to terms with</w:t>
      </w:r>
      <w:r>
        <w:br/>
      </w:r>
      <w:r>
        <w:t xml:space="preserve">    (c) notable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her feeling was moderate indeed when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contrasted</w:t>
      </w:r>
      <w:r>
        <w:rPr>
          <w:b/>
          <w:bCs/>
        </w:rPr>
        <w:t xml:space="preserve"> </w:t>
      </w:r>
      <w:r>
        <w:rPr>
          <w:b/>
          <w:bCs/>
        </w:rPr>
        <w:t xml:space="preserve">with Rowena's.</w:t>
      </w:r>
      <w:r>
        <w:br/>
      </w:r>
      <w:r>
        <w:t xml:space="preserve">    (a) pointed to differences between; or compared to show differences</w:t>
      </w:r>
      <w:r>
        <w:br/>
      </w:r>
      <w:r>
        <w:t xml:space="preserve">    (b) very surprised -- often too surprised to know what to say or do</w:t>
      </w:r>
      <w:r>
        <w:br/>
      </w:r>
      <w:r>
        <w:t xml:space="preserve">    (c) legally ordered to provide documents, or to appear as a witness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Blame dat man, he worries me wid dem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ornery</w:t>
      </w:r>
      <w:r>
        <w:rPr>
          <w:b/>
          <w:bCs/>
        </w:rPr>
        <w:t xml:space="preserve"> </w:t>
      </w:r>
      <w:r>
        <w:rPr>
          <w:b/>
          <w:bCs/>
        </w:rPr>
        <w:t xml:space="preserve">glasses o' his'n;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</w:rPr>
        <w:t xml:space="preserve">b'lieve he's a witch.</w:t>
      </w:r>
      <w:r>
        <w:br/>
      </w:r>
      <w:r>
        <w:t xml:space="preserve">    (a) the state or character of being bad or harmful</w:t>
      </w:r>
      <w:r>
        <w:br/>
      </w:r>
      <w:r>
        <w:t xml:space="preserve">    (b) easily annoyed and quick to complain and argue</w:t>
      </w:r>
      <w:r>
        <w:br/>
      </w:r>
      <w:r>
        <w:t xml:space="preserve">    (c) a document granting permission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Roxy had no home now; so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go around and say good-by to her friends and then clear out and see the world—</w:t>
      </w:r>
      <w:r>
        <w:br/>
      </w:r>
      <w:r>
        <w:t xml:space="preserve">    (a) changed</w:t>
      </w:r>
      <w:r>
        <w:br/>
      </w:r>
      <w:r>
        <w:t xml:space="preserve">    (b) definitely decided</w:t>
      </w:r>
      <w:r>
        <w:br/>
      </w:r>
      <w:r>
        <w:t xml:space="preserve">    (c) adapted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loath to withdraw his faith from the twins, and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not to do it on the present indecisive evidence; but—well, he would think, and then decide how to act.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determined (having firm intent)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Judge Driscoll could be a freethinker and still hold his place in society because he was the person of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to the community, and therefore could venture to go his own way and follow out his own notions.</w:t>
      </w:r>
      <w:r>
        <w:br/>
      </w:r>
      <w:r>
        <w:t xml:space="preserve">    (a) sticks out</w:t>
      </w:r>
      <w:r>
        <w:br/>
      </w:r>
      <w:r>
        <w:t xml:space="preserve">    (b) importance</w:t>
      </w:r>
      <w:r>
        <w:br/>
      </w:r>
      <w:r>
        <w:t xml:space="preserve">    (c) translates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None of them had ever seen a person bearing a title of nobility before, and none had been expecting to see one now,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consequently</w:t>
      </w:r>
      <w:r>
        <w:rPr>
          <w:b/>
          <w:bCs/>
        </w:rPr>
        <w:t xml:space="preserve"> </w:t>
      </w:r>
      <w:r>
        <w:rPr>
          <w:b/>
          <w:bCs/>
        </w:rPr>
        <w:t xml:space="preserve">the title came upon them as a kind of pile-driving surprise and caught them unprepared.</w:t>
      </w:r>
      <w:r>
        <w:br/>
      </w:r>
      <w:r>
        <w:t xml:space="preserve">    (a) resultantly (as a result)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estates were confiscated, his personal property seized, and there we were, in Germany, strangers, friendless, and in fact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paupers</w:t>
      </w:r>
      <w:r>
        <w:rPr>
          <w:b/>
          <w:bCs/>
        </w:rPr>
        <w:t xml:space="preserve">.</w:t>
      </w:r>
      <w:r>
        <w:br/>
      </w:r>
      <w:r>
        <w:t xml:space="preserve">    (a) people who are very poor</w:t>
      </w:r>
      <w:r>
        <w:br/>
      </w:r>
      <w:r>
        <w:t xml:space="preserve">    (b) things that don't change</w:t>
      </w:r>
      <w:r>
        <w:br/>
      </w:r>
      <w:r>
        <w:t xml:space="preserve">    (c) rejections or criticisms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holy passion of Friendship is of so sweet and steady and loyal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enduring</w:t>
      </w:r>
      <w:r>
        <w:rPr>
          <w:b/>
          <w:bCs/>
        </w:rPr>
        <w:t xml:space="preserve"> </w:t>
      </w:r>
      <w:r>
        <w:rPr>
          <w:b/>
          <w:bCs/>
        </w:rPr>
        <w:t xml:space="preserve">a nature that it will last through a whole lifetime, if not asked to lend money.</w:t>
      </w:r>
      <w:r>
        <w:br/>
      </w:r>
      <w:r>
        <w:t xml:space="preserve">    (a) lying or misleading</w:t>
      </w:r>
      <w:r>
        <w:br/>
      </w:r>
      <w:r>
        <w:t xml:space="preserve">    (b) lasting (continue to exist)</w:t>
      </w:r>
      <w:r>
        <w:br/>
      </w:r>
      <w:r>
        <w:t xml:space="preserve">    (c) influencing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of it.</w:t>
      </w:r>
      <w:r>
        <w:br/>
      </w:r>
      <w:r>
        <w:t xml:space="preserve">    (a) bear (suffer through; or put up with something difficult or unpleasant)</w:t>
      </w:r>
      <w:r>
        <w:br/>
      </w:r>
      <w:r>
        <w:t xml:space="preserve">    (b) communication through gestures and body movements (without words)</w:t>
      </w:r>
      <w:r>
        <w:br/>
      </w:r>
      <w:r>
        <w:t xml:space="preserve">    (c) call -- typically to come nearer by using a hand gesture or a nod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Wilson got out his Calendar, by request, and read a passage or two from it, which the twins praised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.</w:t>
      </w:r>
      <w:r>
        <w:br/>
      </w:r>
      <w:r>
        <w:t xml:space="preserve">    (a) in a pleasing way</w:t>
      </w:r>
      <w:r>
        <w:br/>
      </w:r>
      <w:r>
        <w:t xml:space="preserve">    (b) in a friendly way</w:t>
      </w:r>
      <w:r>
        <w:br/>
      </w:r>
      <w:r>
        <w:t xml:space="preserve">    (c) in a skillful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see what an effect your heedless speech has had; you ought to have been more considerate than to blurt out such a cruel piece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slander</w:t>
      </w:r>
      <w:r>
        <w:rPr>
          <w:b/>
          <w:bCs/>
        </w:rPr>
        <w:t xml:space="preserve"> </w:t>
      </w:r>
      <w:r>
        <w:rPr>
          <w:b/>
          <w:bCs/>
        </w:rPr>
        <w:t xml:space="preserve">as that.</w:t>
      </w:r>
      <w:r>
        <w:br/>
      </w:r>
      <w:r>
        <w:t xml:space="preserve">    (a) lie in such a way as to damage the reputation of another; or the lies told</w:t>
      </w:r>
      <w:r>
        <w:br/>
      </w:r>
      <w:r>
        <w:t xml:space="preserve">    (b) a rough calculation or guess of a value, quantity, or extent of something</w:t>
      </w:r>
      <w:r>
        <w:br/>
      </w:r>
      <w:r>
        <w:t xml:space="preserve">    (c) surgically interrupt nerve tracts to and from the frontal lobe of the brain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joy collapsed utterly, and he turned away and moped toward the door moaning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lamenting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bitterness of his luck.</w:t>
      </w:r>
      <w:r>
        <w:br/>
      </w:r>
      <w:r>
        <w:t xml:space="preserve">    (a) expressing grief or regret</w:t>
      </w:r>
      <w:r>
        <w:br/>
      </w:r>
      <w:r>
        <w:t xml:space="preserve">    (b) stopping a battle or fight</w:t>
      </w:r>
      <w:r>
        <w:br/>
      </w:r>
      <w:r>
        <w:t xml:space="preserve">    (c) changing through evolution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Wilson showed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</w:t>
      </w:r>
      <w:r>
        <w:rPr>
          <w:b/>
          <w:bCs/>
        </w:rPr>
        <w:t xml:space="preserve"> </w:t>
      </w:r>
      <w:r>
        <w:rPr>
          <w:b/>
          <w:bCs/>
        </w:rPr>
        <w:t xml:space="preserve">of irritation when he replied...</w:t>
      </w:r>
      <w:r>
        <w:br/>
      </w:r>
      <w:r>
        <w:t xml:space="preserve">    (a) someone (or something) taking the place of another</w:t>
      </w:r>
      <w:r>
        <w:br/>
      </w:r>
      <w:r>
        <w:t xml:space="preserve">    (b) leave a place, job or position previously occupied</w:t>
      </w:r>
      <w:r>
        <w:br/>
      </w:r>
      <w:r>
        <w:t xml:space="preserve">    (c) a small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had been robbery, the girl might answer; but there wasn't any girl that would want to take this old man's life for revenge.</w:t>
      </w:r>
      <w:r>
        <w:br/>
      </w:r>
      <w:r>
        <w:t xml:space="preserve">    (a) reason (for doing something)</w:t>
      </w:r>
      <w:r>
        <w:br/>
      </w:r>
      <w:r>
        <w:t xml:space="preserve">    (b) the sacred writings of Islam</w:t>
      </w:r>
      <w:r>
        <w:br/>
      </w:r>
      <w:r>
        <w:t xml:space="preserve">    (c) small quantity or indication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with all his tireless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diligence</w:t>
      </w:r>
      <w:r>
        <w:rPr>
          <w:b/>
          <w:bCs/>
        </w:rPr>
        <w:t xml:space="preserve"> </w:t>
      </w:r>
      <w:r>
        <w:rPr>
          <w:b/>
          <w:bCs/>
        </w:rPr>
        <w:t xml:space="preserve">he had discovered no sign or trace of the...</w:t>
      </w:r>
      <w:r>
        <w:br/>
      </w:r>
      <w:r>
        <w:t xml:space="preserve">    (a) restarted (a fire)</w:t>
      </w:r>
      <w:r>
        <w:br/>
      </w:r>
      <w:r>
        <w:t xml:space="preserve">    (b) hard work and care</w:t>
      </w:r>
      <w:r>
        <w:br/>
      </w:r>
      <w:r>
        <w:t xml:space="preserve">    (c) calm state of 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Again the jury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examinations, and again reported: "We find them to be exactly identical, your honor."</w:t>
      </w:r>
      <w:r>
        <w:br/>
      </w:r>
      <w:r>
        <w:t xml:space="preserve">    (a) the quality of holding something back or holding others down through oppression</w:t>
      </w:r>
      <w:r>
        <w:br/>
      </w:r>
      <w:r>
        <w:t xml:space="preserve">    (b)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(c) careful and detailed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foreman answered: "TO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MINUTEST</w:t>
      </w:r>
      <w:r>
        <w:rPr>
          <w:b/>
          <w:bCs/>
        </w:rPr>
        <w:t xml:space="preserve"> </w:t>
      </w:r>
      <w:r>
        <w:rPr>
          <w:b/>
          <w:bCs/>
        </w:rPr>
        <w:t xml:space="preserve">DETAIL!"</w:t>
      </w:r>
      <w:r>
        <w:br/>
      </w:r>
      <w:r>
        <w:t xml:space="preserve">    (a) show off</w:t>
      </w:r>
      <w:r>
        <w:br/>
      </w:r>
      <w:r>
        <w:t xml:space="preserve">    (b) smallest</w:t>
      </w:r>
      <w:r>
        <w:br/>
      </w:r>
      <w:r>
        <w:t xml:space="preserve">    (c) smartest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2026-07-31T18:37:40Z</dcterms:created>
  <dcterms:modified xsi:type="dcterms:W3CDTF">2026-07-31T18:37:40Z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