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psalms-the-bible-vocabulary-in-context"/>
    <w:p>
      <w:pPr>
        <w:pStyle w:val="Heading1"/>
      </w:pPr>
      <w:r>
        <w:rPr>
          <w:b/>
          <w:bCs/>
        </w:rPr>
        <w:t xml:space="preserve">Psalms</w:t>
      </w:r>
      <w:r>
        <w:br/>
      </w:r>
      <w:r>
        <w:rPr>
          <w:i/>
          <w:iCs/>
        </w:rPr>
        <w:t xml:space="preserve">The Bible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2:1 Why do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heathen</w:t>
      </w:r>
      <w:r>
        <w:rPr>
          <w:b/>
          <w:bCs/>
        </w:rPr>
        <w:t xml:space="preserve"> </w:t>
      </w:r>
      <w:r>
        <w:rPr>
          <w:b/>
          <w:bCs/>
        </w:rPr>
        <w:t xml:space="preserve">rage, and the people imagine a vain thing?</w:t>
      </w:r>
      <w:r>
        <w:br/>
      </w:r>
      <w:r>
        <w:t xml:space="preserve">    (a) the state of not being relevant (not related to the subject being considered, or not important enough to want to consider)</w:t>
      </w:r>
      <w:r>
        <w:br/>
      </w:r>
      <w:r>
        <w:t xml:space="preserve">    (b) someone who is not civilized or not moral  OR  an offensive term for a person who does not believe in a preferred religion</w:t>
      </w:r>
      <w:r>
        <w:br/>
      </w:r>
      <w:r>
        <w:t xml:space="preserve">    (c) the ability and tendency to determine what should be done and to start doing it without instruction; or to start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2:5 Then shall he speak unto them in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wrath</w:t>
      </w:r>
      <w:r>
        <w:rPr>
          <w:b/>
          <w:bCs/>
        </w:rPr>
        <w:t xml:space="preserve">, and vex them in his sore displeasure.</w:t>
      </w:r>
      <w:r>
        <w:br/>
      </w:r>
      <w:r>
        <w:t xml:space="preserve">    (a) determination</w:t>
      </w:r>
      <w:r>
        <w:br/>
      </w:r>
      <w:r>
        <w:t xml:space="preserve">    (b) extreme anger</w:t>
      </w:r>
      <w:r>
        <w:br/>
      </w:r>
      <w:r>
        <w:t xml:space="preserve">    (c) use of reason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5:10 Destroy thou them, O God; let them fall by their own counsels; cast them out in the multitude of their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transgressions</w:t>
      </w:r>
      <w:r>
        <w:rPr>
          <w:b/>
          <w:bCs/>
        </w:rPr>
        <w:t xml:space="preserve">; for they have rebelled against thee.</w:t>
      </w:r>
      <w:r>
        <w:br/>
      </w:r>
      <w:r>
        <w:t xml:space="preserve">    (a) acts that violate rules, promises, or social norms</w:t>
      </w:r>
      <w:r>
        <w:br/>
      </w:r>
      <w:r>
        <w:t xml:space="preserve">    (b) light seen after bouncing off a surface to another</w:t>
      </w:r>
      <w:r>
        <w:br/>
      </w:r>
      <w:r>
        <w:t xml:space="preserve">    (c) inexperience, innocence, or lack of sophistication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9:6 O thou enemy, destructions are come to a perpetual end: and thou hast destroyed cities; their memorial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perished</w:t>
      </w:r>
      <w:r>
        <w:rPr>
          <w:b/>
          <w:bCs/>
        </w:rPr>
        <w:t xml:space="preserve"> </w:t>
      </w:r>
      <w:r>
        <w:rPr>
          <w:b/>
          <w:bCs/>
        </w:rPr>
        <w:t xml:space="preserve">with them.</w:t>
      </w:r>
      <w:r>
        <w:br/>
      </w:r>
      <w:r>
        <w:t xml:space="preserve">    (a) moved into position to work; or started</w:t>
      </w:r>
      <w:r>
        <w:br/>
      </w:r>
      <w:r>
        <w:t xml:space="preserve">    (b) died, was destroyed, or ceased to exist</w:t>
      </w:r>
      <w:r>
        <w:br/>
      </w:r>
      <w:r>
        <w:t xml:space="preserve">    (c) examined in detail to better understand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9:9 The LORD also will be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refuge</w:t>
      </w:r>
      <w:r>
        <w:rPr>
          <w:b/>
          <w:bCs/>
        </w:rPr>
        <w:t xml:space="preserve"> </w:t>
      </w:r>
      <w:r>
        <w:rPr>
          <w:b/>
          <w:bCs/>
        </w:rPr>
        <w:t xml:space="preserve">for the oppressed, a refuge in times of trouble.</w:t>
      </w:r>
      <w:r>
        <w:br/>
      </w:r>
      <w:r>
        <w:t xml:space="preserve">    (a) a person (often a writer or artist) living an unconventional life</w:t>
      </w:r>
      <w:r>
        <w:br/>
      </w:r>
      <w:r>
        <w:t xml:space="preserve">    (b) a ceiling designed to affect noise -- typically to decrease noise</w:t>
      </w:r>
      <w:r>
        <w:br/>
      </w:r>
      <w:r>
        <w:t xml:space="preserve">    (c) something giving protection or comfort -- especially a safe place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9:10 And they that know thy name will put their trust in thee: for thou, LORD, hast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forsaken</w:t>
      </w:r>
      <w:r>
        <w:rPr>
          <w:b/>
          <w:bCs/>
        </w:rPr>
        <w:t xml:space="preserve"> </w:t>
      </w:r>
      <w:r>
        <w:rPr>
          <w:b/>
          <w:bCs/>
        </w:rPr>
        <w:t xml:space="preserve">them that seek thee.</w:t>
      </w:r>
      <w:r>
        <w:br/>
      </w:r>
      <w:r>
        <w:t xml:space="preserve">    (a) the state of being awake</w:t>
      </w:r>
      <w:r>
        <w:br/>
      </w:r>
      <w:r>
        <w:t xml:space="preserve">    (b) abandoned or given up on</w:t>
      </w:r>
      <w:r>
        <w:br/>
      </w:r>
      <w:r>
        <w:t xml:space="preserve">    (c) able to take on or adopt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10:2 The wicked in his pride doth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persecute</w:t>
      </w:r>
      <w:r>
        <w:rPr>
          <w:b/>
          <w:bCs/>
        </w:rPr>
        <w:t xml:space="preserve"> </w:t>
      </w:r>
      <w:r>
        <w:rPr>
          <w:b/>
          <w:bCs/>
        </w:rPr>
        <w:t xml:space="preserve">the poor: let them be taken in the devices that they have imagined.</w:t>
      </w:r>
      <w:r>
        <w:br/>
      </w:r>
      <w:r>
        <w:t xml:space="preserve">    (a) exchange, convert, or pay off</w:t>
      </w:r>
      <w:r>
        <w:br/>
      </w:r>
      <w:r>
        <w:t xml:space="preserve">    (b) select (on a computer screen)</w:t>
      </w:r>
      <w:r>
        <w:br/>
      </w:r>
      <w:r>
        <w:t xml:space="preserve">    (c) treat very badly and unfairly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15:3 He that backbiteth not with his tongue, nor doeth evil to his neighbour, nor taketh up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reproach</w:t>
      </w:r>
      <w:r>
        <w:rPr>
          <w:b/>
          <w:bCs/>
        </w:rPr>
        <w:t xml:space="preserve"> </w:t>
      </w:r>
      <w:r>
        <w:rPr>
          <w:b/>
          <w:bCs/>
        </w:rPr>
        <w:t xml:space="preserve">against his neighbour.</w:t>
      </w:r>
      <w:r>
        <w:br/>
      </w:r>
      <w:r>
        <w:t xml:space="preserve">    (a) a criticism; or to express criticism</w:t>
      </w:r>
      <w:r>
        <w:br/>
      </w:r>
      <w:r>
        <w:t xml:space="preserve">    (b) to spread to other parts of the body</w:t>
      </w:r>
      <w:r>
        <w:br/>
      </w:r>
      <w:r>
        <w:t xml:space="preserve">    (c) move into position to work; or start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25:10 All the paths of the LORD are mercy and truth unto such as keep his covenant and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testimonies</w:t>
      </w:r>
      <w:r>
        <w:rPr>
          <w:b/>
          <w:bCs/>
        </w:rPr>
        <w:t xml:space="preserve">.</w:t>
      </w:r>
      <w:r>
        <w:br/>
      </w:r>
      <w:r>
        <w:t xml:space="preserve">    (a) evidence -- especially statements in a trial</w:t>
      </w:r>
      <w:r>
        <w:br/>
      </w:r>
      <w:r>
        <w:t xml:space="preserve">    (b) settings or situations in which things occur</w:t>
      </w:r>
      <w:r>
        <w:br/>
      </w:r>
      <w:r>
        <w:t xml:space="preserve">    (c) statements that recommend or act as evidence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26:8 LORD, I have loved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habitation</w:t>
      </w:r>
      <w:r>
        <w:rPr>
          <w:b/>
          <w:bCs/>
        </w:rPr>
        <w:t xml:space="preserve"> </w:t>
      </w:r>
      <w:r>
        <w:rPr>
          <w:b/>
          <w:bCs/>
        </w:rPr>
        <w:t xml:space="preserve">of thy house, and the place where thine honour dwelleth.</w:t>
      </w:r>
      <w:r>
        <w:br/>
      </w:r>
      <w:r>
        <w:t xml:space="preserve">    (a) lack of interest; or the process of stopping interaction or interest</w:t>
      </w:r>
      <w:r>
        <w:br/>
      </w:r>
      <w:r>
        <w:t xml:space="preserve">    (b) the type of environment in which an organism or group normally lives</w:t>
      </w:r>
      <w:r>
        <w:br/>
      </w:r>
      <w:r>
        <w:t xml:space="preserve">    (c) relating to logical examination of something to better understand it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26:12 My foot standeth in an even place: in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congregations</w:t>
      </w:r>
      <w:r>
        <w:rPr>
          <w:b/>
          <w:bCs/>
        </w:rPr>
        <w:t xml:space="preserve"> </w:t>
      </w:r>
      <w:r>
        <w:rPr>
          <w:b/>
          <w:bCs/>
        </w:rPr>
        <w:t xml:space="preserve">will I bless the LORD.</w:t>
      </w:r>
      <w:r>
        <w:br/>
      </w:r>
      <w:r>
        <w:t xml:space="preserve">    (a) images (seen on a mirror or other shiny surface)</w:t>
      </w:r>
      <w:r>
        <w:br/>
      </w:r>
      <w:r>
        <w:t xml:space="preserve">    (b) electronic components that act as one-way valves</w:t>
      </w:r>
      <w:r>
        <w:br/>
      </w:r>
      <w:r>
        <w:t xml:space="preserve">    (c) people who worship together in the same building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31:20 Thou shalt hide them in the secret of thy presence from the pride of man: thou shalt keep them secretly in a pavilion from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strife</w:t>
      </w:r>
      <w:r>
        <w:rPr>
          <w:b/>
          <w:bCs/>
        </w:rPr>
        <w:t xml:space="preserve"> </w:t>
      </w:r>
      <w:r>
        <w:rPr>
          <w:b/>
          <w:bCs/>
        </w:rPr>
        <w:t xml:space="preserve">of tongues.</w:t>
      </w:r>
      <w:r>
        <w:br/>
      </w:r>
      <w:r>
        <w:t xml:space="preserve">    (a) job, reservation, booking, or activity</w:t>
      </w:r>
      <w:r>
        <w:br/>
      </w:r>
      <w:r>
        <w:t xml:space="preserve">    (b) violent conflict or angry disagreement</w:t>
      </w:r>
      <w:r>
        <w:br/>
      </w:r>
      <w:r>
        <w:t xml:space="preserve">    (c) thing that affects a result or outcome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31:22 For I said in my haste, I am cut off from before thine eyes: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nevertheless</w:t>
      </w:r>
      <w:r>
        <w:rPr>
          <w:b/>
          <w:bCs/>
        </w:rPr>
        <w:t xml:space="preserve"> </w:t>
      </w:r>
      <w:r>
        <w:rPr>
          <w:b/>
          <w:bCs/>
        </w:rPr>
        <w:t xml:space="preserve">thou heardest the voice of my supplications when I cried unto thee.</w:t>
      </w:r>
      <w:r>
        <w:br/>
      </w:r>
      <w:r>
        <w:t xml:space="preserve">    (a) in keeping with or in agreement with what was just stated</w:t>
      </w:r>
      <w:r>
        <w:br/>
      </w:r>
      <w:r>
        <w:t xml:space="preserve">    (b) despite that (used to connect contrasting ideas)</w:t>
      </w:r>
      <w:r>
        <w:br/>
      </w:r>
      <w:r>
        <w:t xml:space="preserve">    (c) therefore (for that reason)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32:2 Blessed is the man unto whom the LORD imputeth not iniquity, and in whose spirit there is no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guile</w:t>
      </w:r>
      <w:r>
        <w:rPr>
          <w:b/>
          <w:bCs/>
        </w:rPr>
        <w:t xml:space="preserve">.</w:t>
      </w:r>
      <w:r>
        <w:br/>
      </w:r>
      <w:r>
        <w:t xml:space="preserve">    (a) treat as a particular type that is considered bad</w:t>
      </w:r>
      <w:r>
        <w:br/>
      </w:r>
      <w:r>
        <w:t xml:space="preserve">    (b) cunning (shrewdness and cleverness) and deceitful</w:t>
      </w:r>
      <w:r>
        <w:br/>
      </w:r>
      <w:r>
        <w:t xml:space="preserve">    (c) prepare food in a way that keeps it from spoiling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34:18 The LORD is nigh unto them that are of a broken heart; and saveth such as be of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contrite</w:t>
      </w:r>
      <w:r>
        <w:rPr>
          <w:b/>
          <w:bCs/>
        </w:rPr>
        <w:t xml:space="preserve"> </w:t>
      </w:r>
      <w:r>
        <w:rPr>
          <w:b/>
          <w:bCs/>
        </w:rPr>
        <w:t xml:space="preserve">spirit.</w:t>
      </w:r>
      <w:r>
        <w:br/>
      </w:r>
      <w:r>
        <w:t xml:space="preserve">    (a) feeling sorrow or regret for a fault or offense</w:t>
      </w:r>
      <w:r>
        <w:br/>
      </w:r>
      <w:r>
        <w:t xml:space="preserve">    (b) the state or degree of being good or beneficial</w:t>
      </w:r>
      <w:r>
        <w:br/>
      </w:r>
      <w:r>
        <w:t xml:space="preserve">    (c) not able to change to fit a different situation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34:19 Many are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afflictions</w:t>
      </w:r>
      <w:r>
        <w:rPr>
          <w:b/>
          <w:bCs/>
        </w:rPr>
        <w:t xml:space="preserve"> </w:t>
      </w:r>
      <w:r>
        <w:rPr>
          <w:b/>
          <w:bCs/>
        </w:rPr>
        <w:t xml:space="preserve">of the righteous: but the LORD delivereth him out of them all.</w:t>
      </w:r>
      <w:r>
        <w:br/>
      </w:r>
      <w:r>
        <w:t xml:space="preserve">    (a) reasons for doing something</w:t>
      </w:r>
      <w:r>
        <w:br/>
      </w:r>
      <w:r>
        <w:t xml:space="preserve">    (b) things that cause suffering</w:t>
      </w:r>
      <w:r>
        <w:br/>
      </w:r>
      <w:r>
        <w:t xml:space="preserve">    (c) social events or ceremonies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38:14 Thus I was as a man that heareth not, and in whose mouth are no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reproofs</w:t>
      </w:r>
      <w:r>
        <w:rPr>
          <w:b/>
          <w:bCs/>
        </w:rPr>
        <w:t xml:space="preserve">.</w:t>
      </w:r>
      <w:r>
        <w:br/>
      </w:r>
      <w:r>
        <w:t xml:space="preserve">    (a) criticisms</w:t>
      </w:r>
      <w:r>
        <w:br/>
      </w:r>
      <w:r>
        <w:t xml:space="preserve">    (b) main roads</w:t>
      </w:r>
      <w:r>
        <w:br/>
      </w:r>
      <w:r>
        <w:t xml:space="preserve">    (c) sympathies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38:20 They also that render evil for good are mine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adversaries</w:t>
      </w:r>
      <w:r>
        <w:rPr>
          <w:b/>
          <w:bCs/>
        </w:rPr>
        <w:t xml:space="preserve">; because I follow the thing that good is.</w:t>
      </w:r>
      <w:r>
        <w:br/>
      </w:r>
      <w:r>
        <w:t xml:space="preserve">    (a) opponents</w:t>
      </w:r>
      <w:r>
        <w:br/>
      </w:r>
      <w:r>
        <w:t xml:space="preserve">    (b) loyalties</w:t>
      </w:r>
      <w:r>
        <w:br/>
      </w:r>
      <w:r>
        <w:t xml:space="preserve">    (c) made holy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49:13 This their way is their folly: yet their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posterity</w:t>
      </w:r>
      <w:r>
        <w:rPr>
          <w:b/>
          <w:bCs/>
        </w:rPr>
        <w:t xml:space="preserve"> </w:t>
      </w:r>
      <w:r>
        <w:rPr>
          <w:b/>
          <w:bCs/>
        </w:rPr>
        <w:t xml:space="preserve">approve their sayings.</w:t>
      </w:r>
      <w:r>
        <w:br/>
      </w:r>
      <w:r>
        <w:t xml:space="preserve">    (a) not thinking carefully</w:t>
      </w:r>
      <w:r>
        <w:br/>
      </w:r>
      <w:r>
        <w:t xml:space="preserve">    (b) all future generations</w:t>
      </w:r>
      <w:r>
        <w:br/>
      </w:r>
      <w:r>
        <w:t xml:space="preserve">    (c) lacks adequate funding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91:3 Surely he shall deliver thee from the snare of the fowler, and from the noisome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pestilence</w:t>
      </w:r>
      <w:r>
        <w:rPr>
          <w:b/>
          <w:bCs/>
        </w:rPr>
        <w:t xml:space="preserve">.</w:t>
      </w:r>
      <w:r>
        <w:br/>
      </w:r>
      <w:r>
        <w:t xml:space="preserve">    (a) something that is not obvious, but noticeable by someone with adequate sensitivity and relevant knowledge</w:t>
      </w:r>
      <w:r>
        <w:br/>
      </w:r>
      <w:r>
        <w:t xml:space="preserve">    (b) widespread disease (usually severe); or any severely harmful or evil influence that is hard to get rid of</w:t>
      </w:r>
      <w:r>
        <w:br/>
      </w:r>
      <w:r>
        <w:t xml:space="preserve">    (c) a South African whose first language is Afrikaans -- typically descendants of 17th century Dutch settlers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2026-07-31T16:57:56Z</dcterms:created>
  <dcterms:modified xsi:type="dcterms:W3CDTF">2026-07-31T16:57:56Z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