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proverbs-the-bible-vocabulary-preview"/>
    <w:p>
      <w:pPr>
        <w:pStyle w:val="Heading1"/>
      </w:pPr>
      <w:r>
        <w:rPr>
          <w:b/>
          <w:bCs/>
        </w:rPr>
        <w:t xml:space="preserve">Proverbs</w:t>
      </w:r>
      <w:r>
        <w:br/>
      </w:r>
      <w:r>
        <w:rPr>
          <w:i/>
          <w:iCs/>
        </w:rPr>
        <w:t xml:space="preserve">The Bible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However much we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abhor</w:t>
      </w:r>
      <w:r>
        <w:rPr>
          <w:b/>
          <w:bCs/>
        </w:rPr>
        <w:t xml:space="preserve"> </w:t>
      </w:r>
      <w:r>
        <w:rPr>
          <w:b/>
          <w:bCs/>
        </w:rPr>
        <w:t xml:space="preserve">it, we must be prepared for war.</w:t>
      </w:r>
      <w:r>
        <w:br/>
      </w:r>
      <w:r>
        <w:t xml:space="preserve">    (a) hate</w:t>
      </w:r>
      <w:r>
        <w:br/>
      </w:r>
      <w:r>
        <w:t xml:space="preserve">    (b) avoid</w:t>
      </w:r>
      <w:r>
        <w:br/>
      </w:r>
      <w:r>
        <w:t xml:space="preserve">    (c) don't expect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was before she was trained, when her work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abominable</w:t>
      </w:r>
      <w:r>
        <w:rPr>
          <w:b/>
          <w:bCs/>
        </w:rPr>
        <w:t xml:space="preserve">.</w:t>
      </w:r>
      <w:r>
        <w:br/>
      </w:r>
      <w:r>
        <w:t xml:space="preserve">    (a) showing early promise</w:t>
      </w:r>
      <w:r>
        <w:br/>
      </w:r>
      <w:r>
        <w:t xml:space="preserve">    (b) incomplete</w:t>
      </w:r>
      <w:r>
        <w:br/>
      </w:r>
      <w:r>
        <w:t xml:space="preserve">    (c) exceptionally bad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Rumors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abound</w:t>
      </w:r>
      <w:r>
        <w:rPr>
          <w:b/>
          <w:bCs/>
        </w:rPr>
        <w:t xml:space="preserve"> </w:t>
      </w:r>
      <w:r>
        <w:rPr>
          <w:b/>
          <w:bCs/>
        </w:rPr>
        <w:t xml:space="preserve">about the new student in class.</w:t>
      </w:r>
      <w:r>
        <w:br/>
      </w:r>
      <w:r>
        <w:t xml:space="preserve">    (a) are rare</w:t>
      </w:r>
      <w:r>
        <w:br/>
      </w:r>
      <w:r>
        <w:t xml:space="preserve">    (b) gradually disappear</w:t>
      </w:r>
      <w:r>
        <w:br/>
      </w:r>
      <w:r>
        <w:t xml:space="preserve">    (c) are plentiful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congregation</w:t>
      </w:r>
      <w:r>
        <w:rPr>
          <w:b/>
          <w:bCs/>
        </w:rPr>
        <w:t xml:space="preserve"> </w:t>
      </w:r>
      <w:r>
        <w:rPr>
          <w:b/>
          <w:bCs/>
        </w:rPr>
        <w:t xml:space="preserve">voted to approve appointment of the new minister.</w:t>
      </w:r>
      <w:r>
        <w:br/>
      </w:r>
      <w:r>
        <w:t xml:space="preserve">    (a) people who agree</w:t>
      </w:r>
      <w:r>
        <w:br/>
      </w:r>
      <w:r>
        <w:t xml:space="preserve">    (b) people who meet periodically</w:t>
      </w:r>
      <w:r>
        <w:br/>
      </w:r>
      <w:r>
        <w:t xml:space="preserve">    (c) people who worship together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despises</w:t>
      </w:r>
      <w:r>
        <w:rPr>
          <w:b/>
          <w:bCs/>
        </w:rPr>
        <w:t xml:space="preserve"> </w:t>
      </w:r>
      <w:r>
        <w:rPr>
          <w:b/>
          <w:bCs/>
        </w:rPr>
        <w:t xml:space="preserve">his lifestyle.</w:t>
      </w:r>
      <w:r>
        <w:br/>
      </w:r>
      <w:r>
        <w:t xml:space="preserve">    (a) hates</w:t>
      </w:r>
      <w:r>
        <w:br/>
      </w:r>
      <w:r>
        <w:t xml:space="preserve">    (b) wants</w:t>
      </w:r>
      <w:r>
        <w:br/>
      </w:r>
      <w:r>
        <w:t xml:space="preserve">    (c) admires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may be our last chance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devise</w:t>
      </w:r>
      <w:r>
        <w:rPr>
          <w:b/>
          <w:bCs/>
        </w:rPr>
        <w:t xml:space="preserve"> </w:t>
      </w:r>
      <w:r>
        <w:rPr>
          <w:b/>
          <w:bCs/>
        </w:rPr>
        <w:t xml:space="preserve">a compromise that will save the peace.</w:t>
      </w:r>
      <w:r>
        <w:br/>
      </w:r>
      <w:r>
        <w:t xml:space="preserve">    (a) create</w:t>
      </w:r>
      <w:r>
        <w:br/>
      </w:r>
      <w:r>
        <w:t xml:space="preserve">    (b) consider</w:t>
      </w:r>
      <w:r>
        <w:br/>
      </w:r>
      <w:r>
        <w:t xml:space="preserve">    (c) save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diligent</w:t>
      </w:r>
      <w:r>
        <w:rPr>
          <w:b/>
          <w:bCs/>
        </w:rPr>
        <w:t xml:space="preserve"> </w:t>
      </w:r>
      <w:r>
        <w:rPr>
          <w:b/>
          <w:bCs/>
        </w:rPr>
        <w:t xml:space="preserve">detective investigates all clues.</w:t>
      </w:r>
      <w:r>
        <w:br/>
      </w:r>
      <w:r>
        <w:t xml:space="preserve">    (a) rude and dishonest</w:t>
      </w:r>
      <w:r>
        <w:br/>
      </w:r>
      <w:r>
        <w:t xml:space="preserve">    (b) lazy and careless</w:t>
      </w:r>
      <w:r>
        <w:br/>
      </w:r>
      <w:r>
        <w:t xml:space="preserve">    (c) careful and hardworking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appreciate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forbearance</w:t>
      </w:r>
      <w:r>
        <w:rPr>
          <w:b/>
          <w:bCs/>
        </w:rPr>
        <w:t xml:space="preserve">.</w:t>
      </w:r>
      <w:r>
        <w:br/>
      </w:r>
      <w:r>
        <w:t xml:space="preserve">    (a) family concerns</w:t>
      </w:r>
      <w:r>
        <w:br/>
      </w:r>
      <w:r>
        <w:t xml:space="preserve">    (b) financial loan</w:t>
      </w:r>
      <w:r>
        <w:br/>
      </w:r>
      <w:r>
        <w:t xml:space="preserve">    (c) patience or tolerance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third year of their brutal civil war, moderates feel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forsaken</w:t>
      </w:r>
      <w:r>
        <w:rPr>
          <w:b/>
          <w:bCs/>
        </w:rPr>
        <w:t xml:space="preserve"> </w:t>
      </w:r>
      <w:r>
        <w:rPr>
          <w:b/>
          <w:bCs/>
        </w:rPr>
        <w:t xml:space="preserve">by the west.</w:t>
      </w:r>
      <w:r>
        <w:br/>
      </w:r>
      <w:r>
        <w:t xml:space="preserve">    (a) abandoned</w:t>
      </w:r>
      <w:r>
        <w:br/>
      </w:r>
      <w:r>
        <w:t xml:space="preserve">    (b) defeated</w:t>
      </w:r>
      <w:r>
        <w:br/>
      </w:r>
      <w:r>
        <w:t xml:space="preserve">    (c) respected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haughty</w:t>
      </w:r>
      <w:r>
        <w:rPr>
          <w:b/>
          <w:bCs/>
        </w:rPr>
        <w:t xml:space="preserve">, rich and entitled attitude.</w:t>
      </w:r>
      <w:r>
        <w:br/>
      </w:r>
      <w:r>
        <w:t xml:space="preserve">    (a) wealthy</w:t>
      </w:r>
      <w:r>
        <w:br/>
      </w:r>
      <w:r>
        <w:t xml:space="preserve">    (b) arrogant</w:t>
      </w:r>
      <w:r>
        <w:br/>
      </w:r>
      <w:r>
        <w:t xml:space="preserve">    (c) optimistic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meddle</w:t>
      </w:r>
      <w:r>
        <w:rPr>
          <w:b/>
          <w:bCs/>
        </w:rPr>
        <w:t xml:space="preserve"> </w:t>
      </w:r>
      <w:r>
        <w:rPr>
          <w:b/>
          <w:bCs/>
        </w:rPr>
        <w:t xml:space="preserve">in my affairs!</w:t>
      </w:r>
      <w:r>
        <w:br/>
      </w:r>
      <w:r>
        <w:t xml:space="preserve">    (a) pretend to understand</w:t>
      </w:r>
      <w:r>
        <w:br/>
      </w:r>
      <w:r>
        <w:t xml:space="preserve">    (b) offer sympathy</w:t>
      </w:r>
      <w:r>
        <w:br/>
      </w:r>
      <w:r>
        <w:t xml:space="preserve">    (c) interfere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can work together 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perish</w:t>
      </w:r>
      <w:r>
        <w:rPr>
          <w:b/>
          <w:bCs/>
        </w:rPr>
        <w:t xml:space="preserve"> </w:t>
      </w:r>
      <w:r>
        <w:rPr>
          <w:b/>
          <w:bCs/>
        </w:rPr>
        <w:t xml:space="preserve">separately.</w:t>
      </w:r>
      <w:r>
        <w:br/>
      </w:r>
      <w:r>
        <w:t xml:space="preserve">    (a) work</w:t>
      </w:r>
      <w:r>
        <w:br/>
      </w:r>
      <w:r>
        <w:t xml:space="preserve">    (b) fail</w:t>
      </w:r>
      <w:r>
        <w:br/>
      </w:r>
      <w:r>
        <w:t xml:space="preserve">    (c) die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pondered</w:t>
      </w:r>
      <w:r>
        <w:rPr>
          <w:b/>
          <w:bCs/>
        </w:rPr>
        <w:t xml:space="preserve"> </w:t>
      </w:r>
      <w:r>
        <w:rPr>
          <w:b/>
          <w:bCs/>
        </w:rPr>
        <w:t xml:space="preserve">our fate.</w:t>
      </w:r>
      <w:r>
        <w:br/>
      </w:r>
      <w:r>
        <w:t xml:space="preserve">    (a) thought about</w:t>
      </w:r>
      <w:r>
        <w:br/>
      </w:r>
      <w:r>
        <w:t xml:space="preserve">    (b) feared for</w:t>
      </w:r>
      <w:r>
        <w:br/>
      </w:r>
      <w:r>
        <w:t xml:space="preserve">    (c) actively changed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Courage is dangerous without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prudence</w:t>
      </w:r>
      <w:r>
        <w:rPr>
          <w:b/>
          <w:bCs/>
        </w:rPr>
        <w:t xml:space="preserve">.</w:t>
      </w:r>
      <w:r>
        <w:br/>
      </w:r>
      <w:r>
        <w:t xml:space="preserve">    (a) good support</w:t>
      </w:r>
      <w:r>
        <w:br/>
      </w:r>
      <w:r>
        <w:t xml:space="preserve">    (b) good sense</w:t>
      </w:r>
      <w:r>
        <w:br/>
      </w:r>
      <w:r>
        <w:t xml:space="preserve">    (c) good purpose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reproach</w:t>
      </w:r>
      <w:r>
        <w:rPr>
          <w:b/>
          <w:bCs/>
        </w:rPr>
        <w:t xml:space="preserve"> </w:t>
      </w:r>
      <w:r>
        <w:rPr>
          <w:b/>
          <w:bCs/>
        </w:rPr>
        <w:t xml:space="preserve">yourself for things beyond your control.</w:t>
      </w:r>
      <w:r>
        <w:br/>
      </w:r>
      <w:r>
        <w:t xml:space="preserve">    (a) criticize</w:t>
      </w:r>
      <w:r>
        <w:br/>
      </w:r>
      <w:r>
        <w:t xml:space="preserve">    (b) congratulate</w:t>
      </w:r>
      <w:r>
        <w:br/>
      </w:r>
      <w:r>
        <w:t xml:space="preserve">    (c) accept honor for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want to spoil her, but I don't have the heart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reprove</w:t>
      </w:r>
      <w:r>
        <w:rPr>
          <w:b/>
          <w:bCs/>
        </w:rPr>
        <w:t xml:space="preserve"> </w:t>
      </w:r>
      <w:r>
        <w:rPr>
          <w:b/>
          <w:bCs/>
        </w:rPr>
        <w:t xml:space="preserve">her.</w:t>
      </w:r>
      <w:r>
        <w:br/>
      </w:r>
      <w:r>
        <w:t xml:space="preserve">    (a) compliment</w:t>
      </w:r>
      <w:r>
        <w:br/>
      </w:r>
      <w:r>
        <w:t xml:space="preserve">    (b) instruct</w:t>
      </w:r>
      <w:r>
        <w:br/>
      </w:r>
      <w:r>
        <w:t xml:space="preserve">    (c) criticize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coach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scorns</w:t>
      </w:r>
      <w:r>
        <w:rPr>
          <w:b/>
          <w:bCs/>
        </w:rPr>
        <w:t xml:space="preserve"> </w:t>
      </w:r>
      <w:r>
        <w:rPr>
          <w:b/>
          <w:bCs/>
        </w:rPr>
        <w:t xml:space="preserve">students who don't have natural ability.</w:t>
      </w:r>
      <w:r>
        <w:br/>
      </w:r>
      <w:r>
        <w:t xml:space="preserve">    (a) encourages</w:t>
      </w:r>
      <w:r>
        <w:br/>
      </w:r>
      <w:r>
        <w:t xml:space="preserve">    (b) disrespects</w:t>
      </w:r>
      <w:r>
        <w:br/>
      </w:r>
      <w:r>
        <w:t xml:space="preserve">    (c) trains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Civil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strife</w:t>
      </w:r>
      <w:r>
        <w:rPr>
          <w:b/>
          <w:bCs/>
        </w:rPr>
        <w:t xml:space="preserve"> </w:t>
      </w:r>
      <w:r>
        <w:rPr>
          <w:b/>
          <w:bCs/>
        </w:rPr>
        <w:t xml:space="preserve">tore the country apart for nearly a decade before reform began.</w:t>
      </w:r>
      <w:r>
        <w:br/>
      </w:r>
      <w:r>
        <w:t xml:space="preserve">    (a) quiet agreement</w:t>
      </w:r>
      <w:r>
        <w:br/>
      </w:r>
      <w:r>
        <w:t xml:space="preserve">    (b) joyful celebration</w:t>
      </w:r>
      <w:r>
        <w:br/>
      </w:r>
      <w:r>
        <w:t xml:space="preserve">    (c) violent conflict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use of innocents as human shields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transgresses</w:t>
      </w:r>
      <w:r>
        <w:rPr>
          <w:b/>
          <w:bCs/>
        </w:rPr>
        <w:t xml:space="preserve"> </w:t>
      </w:r>
      <w:r>
        <w:rPr>
          <w:b/>
          <w:bCs/>
        </w:rPr>
        <w:t xml:space="preserve">"the laws of war."</w:t>
      </w:r>
      <w:r>
        <w:br/>
      </w:r>
      <w:r>
        <w:t xml:space="preserve">    (a) is within</w:t>
      </w:r>
      <w:r>
        <w:br/>
      </w:r>
      <w:r>
        <w:t xml:space="preserve">    (b) expands</w:t>
      </w:r>
      <w:r>
        <w:br/>
      </w:r>
      <w:r>
        <w:t xml:space="preserve">    (c) violates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fears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wrath</w:t>
      </w:r>
      <w:r>
        <w:rPr>
          <w:b/>
          <w:bCs/>
        </w:rPr>
        <w:t xml:space="preserve"> </w:t>
      </w:r>
      <w:r>
        <w:rPr>
          <w:b/>
          <w:bCs/>
        </w:rPr>
        <w:t xml:space="preserve">of God.</w:t>
      </w:r>
      <w:r>
        <w:br/>
      </w:r>
      <w:r>
        <w:t xml:space="preserve">    (a) unpredictable moods</w:t>
      </w:r>
      <w:r>
        <w:br/>
      </w:r>
      <w:r>
        <w:t xml:space="preserve">    (b) angry punishment</w:t>
      </w:r>
      <w:r>
        <w:br/>
      </w:r>
      <w:r>
        <w:t xml:space="preserve">    (c) power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2026-07-31T16:57:45Z</dcterms:created>
  <dcterms:modified xsi:type="dcterms:W3CDTF">2026-07-31T16:57:45Z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