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proverbs-the-bible-vocabulary-in-context"/>
    <w:p>
      <w:pPr>
        <w:pStyle w:val="Heading1"/>
      </w:pPr>
      <w:r>
        <w:rPr>
          <w:b/>
          <w:bCs/>
        </w:rPr>
        <w:t xml:space="preserve">Proverbs</w:t>
      </w:r>
      <w:r>
        <w:br/>
      </w:r>
      <w:r>
        <w:rPr>
          <w:i/>
          <w:iCs/>
        </w:rPr>
        <w:t xml:space="preserve">The Bible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1:7 The fear of the LORD is the beginning of knowledge: but fools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despise</w:t>
      </w:r>
      <w:r>
        <w:rPr>
          <w:b/>
          <w:bCs/>
        </w:rPr>
        <w:t xml:space="preserve"> </w:t>
      </w:r>
      <w:r>
        <w:rPr>
          <w:b/>
          <w:bCs/>
        </w:rPr>
        <w:t xml:space="preserve">wisdom and instruction.</w:t>
      </w:r>
      <w:r>
        <w:br/>
      </w:r>
      <w:r>
        <w:t xml:space="preserve">    (a) to be overly unhappy and unsociable</w:t>
      </w:r>
      <w:r>
        <w:br/>
      </w:r>
      <w:r>
        <w:t xml:space="preserve">    (b) dislike strongly and look down upon</w:t>
      </w:r>
      <w:r>
        <w:br/>
      </w:r>
      <w:r>
        <w:t xml:space="preserve">    (c) technical:  center or concentration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1:23 Turn you at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reproof</w:t>
      </w:r>
      <w:r>
        <w:rPr>
          <w:b/>
          <w:bCs/>
        </w:rPr>
        <w:t xml:space="preserve">: behold, I will pour out my spirit unto you, I will make known my words unto you.</w:t>
      </w:r>
      <w:r>
        <w:br/>
      </w:r>
      <w:r>
        <w:t xml:space="preserve">    (a) hard work</w:t>
      </w:r>
      <w:r>
        <w:br/>
      </w:r>
      <w:r>
        <w:t xml:space="preserve">    (b) criticism</w:t>
      </w:r>
      <w:r>
        <w:br/>
      </w:r>
      <w:r>
        <w:t xml:space="preserve">    (c) main road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3:29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</w:t>
      </w:r>
      <w:r>
        <w:rPr>
          <w:b/>
          <w:bCs/>
        </w:rPr>
        <w:t xml:space="preserve"> </w:t>
      </w:r>
      <w:r>
        <w:rPr>
          <w:b/>
          <w:bCs/>
        </w:rPr>
        <w:t xml:space="preserve">not evil against thy neighbour, seeing he dwelleth securely by thee.</w:t>
      </w:r>
      <w:r>
        <w:br/>
      </w:r>
      <w:r>
        <w:t xml:space="preserve">    (a) think deeply or carefully about</w:t>
      </w:r>
      <w:r>
        <w:br/>
      </w:r>
      <w:r>
        <w:t xml:space="preserve">    (b) come up with (invent or create)</w:t>
      </w:r>
      <w:r>
        <w:br/>
      </w:r>
      <w:r>
        <w:t xml:space="preserve">    (c) stop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3:32 For the froward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abomination</w:t>
      </w:r>
      <w:r>
        <w:rPr>
          <w:b/>
          <w:bCs/>
        </w:rPr>
        <w:t xml:space="preserve"> </w:t>
      </w:r>
      <w:r>
        <w:rPr>
          <w:b/>
          <w:bCs/>
        </w:rPr>
        <w:t xml:space="preserve">to the LORD: but his secret is with the righteous.</w:t>
      </w:r>
      <w:r>
        <w:br/>
      </w:r>
      <w:r>
        <w:t xml:space="preserve">    (a) people who do not believe in the existence of god</w:t>
      </w:r>
      <w:r>
        <w:br/>
      </w:r>
      <w:r>
        <w:t xml:space="preserve">    (b) an impressive country house (or castle) in France</w:t>
      </w:r>
      <w:r>
        <w:br/>
      </w:r>
      <w:r>
        <w:t xml:space="preserve">    (c) something that is exceptionally bad or detestable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4:2 For I give you good doctrine,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forsake</w:t>
      </w:r>
      <w:r>
        <w:rPr>
          <w:b/>
          <w:bCs/>
        </w:rPr>
        <w:t xml:space="preserve"> </w:t>
      </w:r>
      <w:r>
        <w:rPr>
          <w:b/>
          <w:bCs/>
        </w:rPr>
        <w:t xml:space="preserve">ye not my law.</w:t>
      </w:r>
      <w:r>
        <w:br/>
      </w:r>
      <w:r>
        <w:t xml:space="preserve">    (a) able to be translated</w:t>
      </w:r>
      <w:r>
        <w:br/>
      </w:r>
      <w:r>
        <w:t xml:space="preserve">    (b) not easily identified</w:t>
      </w:r>
      <w:r>
        <w:br/>
      </w:r>
      <w:r>
        <w:t xml:space="preserve">    (c) abandon or give up 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4:26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</w:t>
      </w:r>
      <w:r>
        <w:rPr>
          <w:b/>
          <w:bCs/>
        </w:rPr>
        <w:t xml:space="preserve"> </w:t>
      </w:r>
      <w:r>
        <w:rPr>
          <w:b/>
          <w:bCs/>
        </w:rPr>
        <w:t xml:space="preserve">the path of thy feet, and let all thy ways be established.</w:t>
      </w:r>
      <w:r>
        <w:br/>
      </w:r>
      <w:r>
        <w:t xml:space="preserve">    (a) think deeply or carefully about</w:t>
      </w:r>
      <w:r>
        <w:br/>
      </w:r>
      <w:r>
        <w:t xml:space="preserve">    (b) fulfill one's highest potential</w:t>
      </w:r>
      <w:r>
        <w:br/>
      </w:r>
      <w:r>
        <w:t xml:space="preserve">    (c) stop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6:33 A wound and dishonour shall he get; and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</w:t>
      </w:r>
      <w:r>
        <w:rPr>
          <w:b/>
          <w:bCs/>
        </w:rPr>
        <w:t xml:space="preserve"> </w:t>
      </w:r>
      <w:r>
        <w:rPr>
          <w:b/>
          <w:bCs/>
        </w:rPr>
        <w:t xml:space="preserve">shall not be wiped away.</w:t>
      </w:r>
      <w:r>
        <w:br/>
      </w:r>
      <w:r>
        <w:t xml:space="preserve">    (a) a criticism; or to express criticism</w:t>
      </w:r>
      <w:r>
        <w:br/>
      </w:r>
      <w:r>
        <w:t xml:space="preserve">    (b) move into position to work; or start</w:t>
      </w:r>
      <w:r>
        <w:br/>
      </w:r>
      <w:r>
        <w:t xml:space="preserve">    (c) to spread to other parts of the body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7:15 Therefore came I forth to meet thee,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diligently</w:t>
      </w:r>
      <w:r>
        <w:rPr>
          <w:b/>
          <w:bCs/>
        </w:rPr>
        <w:t xml:space="preserve"> </w:t>
      </w:r>
      <w:r>
        <w:rPr>
          <w:b/>
          <w:bCs/>
        </w:rPr>
        <w:t xml:space="preserve">to seek thy face, and I have found thee.</w:t>
      </w:r>
      <w:r>
        <w:br/>
      </w:r>
      <w:r>
        <w:t xml:space="preserve">    (a) about (but not exactly)</w:t>
      </w:r>
      <w:r>
        <w:br/>
      </w:r>
      <w:r>
        <w:t xml:space="preserve">    (b) relating to the outside</w:t>
      </w:r>
      <w:r>
        <w:br/>
      </w:r>
      <w:r>
        <w:t xml:space="preserve">    (c) with hard work and care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8:24 When there were no depths, I was brought forth; when there were no fountains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abounding</w:t>
      </w:r>
      <w:r>
        <w:rPr>
          <w:b/>
          <w:bCs/>
        </w:rPr>
        <w:t xml:space="preserve"> </w:t>
      </w:r>
      <w:r>
        <w:rPr>
          <w:b/>
          <w:bCs/>
        </w:rPr>
        <w:t xml:space="preserve">with water.</w:t>
      </w:r>
      <w:r>
        <w:br/>
      </w:r>
      <w:r>
        <w:t xml:space="preserve">    (a) suggesting indirectly</w:t>
      </w:r>
      <w:r>
        <w:br/>
      </w:r>
      <w:r>
        <w:t xml:space="preserve">    (b) taking on or adopting</w:t>
      </w:r>
      <w:r>
        <w:br/>
      </w:r>
      <w:r>
        <w:t xml:space="preserve">    (c)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9:7 He that reproveth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scorner</w:t>
      </w:r>
      <w:r>
        <w:rPr>
          <w:b/>
          <w:bCs/>
        </w:rPr>
        <w:t xml:space="preserve"> </w:t>
      </w:r>
      <w:r>
        <w:rPr>
          <w:b/>
          <w:bCs/>
        </w:rPr>
        <w:t xml:space="preserve">getteth to himself shame: and he that rebuketh a wicked man getteth himself a blot.</w:t>
      </w:r>
      <w:r>
        <w:br/>
      </w:r>
      <w:r>
        <w:t xml:space="preserve">    (a) someone who says one thing caused another</w:t>
      </w:r>
      <w:r>
        <w:br/>
      </w:r>
      <w:r>
        <w:t xml:space="preserve">    (b) someone who lives or stays (in a place)</w:t>
      </w:r>
      <w:r>
        <w:br/>
      </w:r>
      <w:r>
        <w:t xml:space="preserve">    (c) someone who rejects someone or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10:28 The hope of the righteous shall be gladness: but the expectation of the wicked shall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.</w:t>
      </w:r>
      <w:r>
        <w:br/>
      </w:r>
      <w:r>
        <w:t xml:space="preserve">    (a) to spread to other parts of the body</w:t>
      </w:r>
      <w:r>
        <w:br/>
      </w:r>
      <w:r>
        <w:t xml:space="preserve">    (b) move into position to work; or start</w:t>
      </w:r>
      <w:r>
        <w:br/>
      </w:r>
      <w:r>
        <w:t xml:space="preserve">    (c) die, be destroyed, or cease to exist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11:4 Riches profit not in the day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: but righteousness delivereth from death.</w:t>
      </w:r>
      <w:r>
        <w:br/>
      </w:r>
      <w:r>
        <w:t xml:space="preserve">    (a) use of reason</w:t>
      </w:r>
      <w:r>
        <w:br/>
      </w:r>
      <w:r>
        <w:t xml:space="preserve">    (b) extreme anger</w:t>
      </w:r>
      <w:r>
        <w:br/>
      </w:r>
      <w:r>
        <w:t xml:space="preserve">    (c) determination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12:13 The wicked is snared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transgression</w:t>
      </w:r>
      <w:r>
        <w:rPr>
          <w:b/>
          <w:bCs/>
        </w:rPr>
        <w:t xml:space="preserve"> </w:t>
      </w:r>
      <w:r>
        <w:rPr>
          <w:b/>
          <w:bCs/>
        </w:rPr>
        <w:t xml:space="preserve">of his lips: but the just shall come out of trouble.</w:t>
      </w:r>
      <w:r>
        <w:br/>
      </w:r>
      <w:r>
        <w:t xml:space="preserve">    (a) the process of controlling (how something turns out)</w:t>
      </w:r>
      <w:r>
        <w:br/>
      </w:r>
      <w:r>
        <w:t xml:space="preserve">    (b) the taking on or adoption of power or responsibility</w:t>
      </w:r>
      <w:r>
        <w:br/>
      </w:r>
      <w:r>
        <w:t xml:space="preserve">    (c) an act that violates a rule, promise, or social norm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15:18 A wrathful man stirreth up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strife</w:t>
      </w:r>
      <w:r>
        <w:rPr>
          <w:b/>
          <w:bCs/>
        </w:rPr>
        <w:t xml:space="preserve">: but he that is slow to anger appeaseth strife.</w:t>
      </w:r>
      <w:r>
        <w:br/>
      </w:r>
      <w:r>
        <w:t xml:space="preserve">    (a) violent conflict or angry disagreement</w:t>
      </w:r>
      <w:r>
        <w:br/>
      </w:r>
      <w:r>
        <w:t xml:space="preserve">    (b) thing that affects a result or outcome</w:t>
      </w:r>
      <w:r>
        <w:br/>
      </w:r>
      <w:r>
        <w:t xml:space="preserve">    (c) job, reservation, booking, or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16:18 Pride goeth before destruction, and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haughty</w:t>
      </w:r>
      <w:r>
        <w:rPr>
          <w:b/>
          <w:bCs/>
        </w:rPr>
        <w:t xml:space="preserve"> </w:t>
      </w:r>
      <w:r>
        <w:rPr>
          <w:b/>
          <w:bCs/>
        </w:rPr>
        <w:t xml:space="preserve">spirit before a fall.</w:t>
      </w:r>
      <w:r>
        <w:br/>
      </w:r>
      <w:r>
        <w:t xml:space="preserve">    (a) absolute</w:t>
      </w:r>
      <w:r>
        <w:br/>
      </w:r>
      <w:r>
        <w:t xml:space="preserve">    (b) pleasing</w:t>
      </w:r>
      <w:r>
        <w:br/>
      </w:r>
      <w:r>
        <w:t xml:space="preserve">    (c) arrogant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20:3 It is an honour for a man to cease from strife: but every fool will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meddling</w:t>
      </w:r>
      <w:r>
        <w:rPr>
          <w:b/>
          <w:bCs/>
        </w:rPr>
        <w:t xml:space="preserve">.</w:t>
      </w:r>
      <w:r>
        <w:br/>
      </w:r>
      <w:r>
        <w:t xml:space="preserve">    (a) interfering (in another's affairs or business); or handling (something that shouldn't be handled)</w:t>
      </w:r>
      <w:r>
        <w:br/>
      </w:r>
      <w:r>
        <w:t xml:space="preserve">    (b) changing the direction of a light wave (or other wave) by passing an opaque edge or narrow opening</w:t>
      </w:r>
      <w:r>
        <w:br/>
      </w:r>
      <w:r>
        <w:t xml:space="preserve">    (c) cutting grass with a tool that has a curved blade and a long handle that is held with both hands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22:3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prudent</w:t>
      </w:r>
      <w:r>
        <w:rPr>
          <w:b/>
          <w:bCs/>
        </w:rPr>
        <w:t xml:space="preserve"> </w:t>
      </w:r>
      <w:r>
        <w:rPr>
          <w:b/>
          <w:bCs/>
        </w:rPr>
        <w:t xml:space="preserve">man foreseeth the evil, and hideth himself: but the simple pass on, and are punished.</w:t>
      </w:r>
      <w:r>
        <w:br/>
      </w:r>
      <w:r>
        <w:t xml:space="preserve">    (a) not demonstrative of</w:t>
      </w:r>
      <w:r>
        <w:br/>
      </w:r>
      <w:r>
        <w:t xml:space="preserve">    (b) sensible and careful</w:t>
      </w:r>
      <w:r>
        <w:br/>
      </w:r>
      <w:r>
        <w:t xml:space="preserve">    (c) sincerity (realness)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22:14 The mouth of strange women is a deep pit: he that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abhorred</w:t>
      </w:r>
      <w:r>
        <w:rPr>
          <w:b/>
          <w:bCs/>
        </w:rPr>
        <w:t xml:space="preserve"> </w:t>
      </w:r>
      <w:r>
        <w:rPr>
          <w:b/>
          <w:bCs/>
        </w:rPr>
        <w:t xml:space="preserve">of the LORD shall fall therein.</w:t>
      </w:r>
      <w:r>
        <w:br/>
      </w:r>
      <w:r>
        <w:t xml:space="preserve">    (a) guided or managed</w:t>
      </w:r>
      <w:r>
        <w:br/>
      </w:r>
      <w:r>
        <w:t xml:space="preserve">    (b) hated or detested</w:t>
      </w:r>
      <w:r>
        <w:br/>
      </w:r>
      <w:r>
        <w:t xml:space="preserve">    (c) helped make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25:15 By long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forbearing</w:t>
      </w:r>
      <w:r>
        <w:rPr>
          <w:b/>
          <w:bCs/>
        </w:rPr>
        <w:t xml:space="preserve"> </w:t>
      </w:r>
      <w:r>
        <w:rPr>
          <w:b/>
          <w:bCs/>
        </w:rPr>
        <w:t xml:space="preserve">is a prince persuaded, and a soft tongue breaketh the bone.</w:t>
      </w:r>
      <w:r>
        <w:br/>
      </w:r>
      <w:r>
        <w:t xml:space="preserve">    (a) able to be restored to good condition</w:t>
      </w:r>
      <w:r>
        <w:br/>
      </w:r>
      <w:r>
        <w:t xml:space="preserve">    (b) refraining (holding back) from acting</w:t>
      </w:r>
      <w:r>
        <w:br/>
      </w:r>
      <w:r>
        <w:t xml:space="preserve">    (c) not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26:26 Whose hatred is covered by deceit, his wickedness shall be shewed before the whole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.</w:t>
      </w:r>
      <w:r>
        <w:br/>
      </w:r>
      <w:r>
        <w:t xml:space="preserve">    (a) people who worship together in the same building</w:t>
      </w:r>
      <w:r>
        <w:br/>
      </w:r>
      <w:r>
        <w:t xml:space="preserve">    (b) a general feeling of not being as good as others</w:t>
      </w:r>
      <w:r>
        <w:br/>
      </w:r>
      <w:r>
        <w:t xml:space="preserve">    (c) the act, process, or instance of telling a story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2026-07-31T16:57:46Z</dcterms:created>
  <dcterms:modified xsi:type="dcterms:W3CDTF">2026-07-31T16:57:46Z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