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8b97ed0314695a1182364bae42036e99db927d"/>
    <w:p>
      <w:pPr>
        <w:pStyle w:val="Heading1"/>
      </w:pPr>
      <w:r>
        <w:rPr>
          <w:b/>
          <w:bCs/>
        </w:rPr>
        <w:t xml:space="preserve">Prince Caspian: The Return to Narnia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gives</w:t>
      </w:r>
      <w:r>
        <w:br/>
      </w:r>
      <w:r>
        <w:t xml:space="preserve">    (b) recommends</w:t>
      </w:r>
      <w:r>
        <w:br/>
      </w:r>
      <w:r>
        <w:t xml:space="preserve">    (c) shows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falling unemployment rate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bolstering</w:t>
      </w:r>
      <w:r>
        <w:rPr>
          <w:b/>
          <w:bCs/>
        </w:rPr>
        <w:t xml:space="preserve"> </w:t>
      </w:r>
      <w:r>
        <w:rPr>
          <w:b/>
          <w:bCs/>
        </w:rPr>
        <w:t xml:space="preserve">consumer confidence.</w:t>
      </w:r>
      <w:r>
        <w:br/>
      </w:r>
      <w:r>
        <w:t xml:space="preserve">    (a) weakening</w:t>
      </w:r>
      <w:r>
        <w:br/>
      </w:r>
      <w:r>
        <w:t xml:space="preserve">    (b) confusing</w:t>
      </w:r>
      <w:r>
        <w:br/>
      </w:r>
      <w:r>
        <w:t xml:space="preserve">    (c) strengthening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Greek mythology, Chiron is probably the most famous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centaurs</w:t>
      </w:r>
      <w:r>
        <w:rPr>
          <w:b/>
          <w:bCs/>
        </w:rPr>
        <w:t xml:space="preserve">. He is known for his wisdom and knowledge of medicine.</w:t>
      </w:r>
      <w:r>
        <w:br/>
      </w:r>
      <w:r>
        <w:t xml:space="preserve">    (a) winged horses that can fly</w:t>
      </w:r>
      <w:r>
        <w:br/>
      </w:r>
      <w:r>
        <w:t xml:space="preserve">    (b) demigod fighters in wars between gods</w:t>
      </w:r>
      <w:r>
        <w:br/>
      </w:r>
      <w:r>
        <w:t xml:space="preserve">    (c) mythical beings that are half man and half horse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stopped by an impassable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.</w:t>
      </w:r>
      <w:r>
        <w:br/>
      </w:r>
      <w:r>
        <w:t xml:space="preserve">    (a) steep drop</w:t>
      </w:r>
      <w:r>
        <w:br/>
      </w:r>
      <w:r>
        <w:t xml:space="preserve">    (b) steep mountain</w:t>
      </w:r>
      <w:r>
        <w:br/>
      </w:r>
      <w:r>
        <w:t xml:space="preserve">    (c) raging river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bomb was planted under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dais</w:t>
      </w:r>
      <w:r>
        <w:rPr>
          <w:b/>
          <w:bCs/>
        </w:rPr>
        <w:t xml:space="preserve">.</w:t>
      </w:r>
      <w:r>
        <w:br/>
      </w:r>
      <w:r>
        <w:t xml:space="preserve">    (a) park bench</w:t>
      </w:r>
      <w:r>
        <w:br/>
      </w:r>
      <w:r>
        <w:t xml:space="preserve">    (b) raised platform</w:t>
      </w:r>
      <w:r>
        <w:br/>
      </w:r>
      <w:r>
        <w:t xml:space="preserve">    (c) large truck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seriousness</w:t>
      </w:r>
      <w:r>
        <w:br/>
      </w:r>
      <w:r>
        <w:t xml:space="preserve">    (b) falseness</w:t>
      </w:r>
      <w:r>
        <w:br/>
      </w:r>
      <w:r>
        <w:t xml:space="preserve">    (c) frivolous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famous actor when he visited the school.</w:t>
      </w:r>
      <w:r>
        <w:br/>
      </w:r>
      <w:r>
        <w:t xml:space="preserve">    (a) flatter too much</w:t>
      </w:r>
      <w:r>
        <w:br/>
      </w:r>
      <w:r>
        <w:t xml:space="preserve">    (b) speak honestly</w:t>
      </w:r>
      <w:r>
        <w:br/>
      </w:r>
      <w:r>
        <w:t xml:space="preserve">    (c) argue angrily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fervent</w:t>
      </w:r>
      <w:r>
        <w:rPr>
          <w:b/>
          <w:bCs/>
        </w:rPr>
        <w:t xml:space="preserve"> </w:t>
      </w:r>
      <w:r>
        <w:rPr>
          <w:b/>
          <w:bCs/>
        </w:rPr>
        <w:t xml:space="preserve">admirer.</w:t>
      </w:r>
      <w:r>
        <w:br/>
      </w:r>
      <w:r>
        <w:t xml:space="preserve">    (a) distant</w:t>
      </w:r>
      <w:r>
        <w:br/>
      </w:r>
      <w:r>
        <w:t xml:space="preserve">    (b) thoughtful</w:t>
      </w:r>
      <w:r>
        <w:br/>
      </w:r>
      <w:r>
        <w:t xml:space="preserve">    (c) passionate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drawing attention to</w:t>
      </w:r>
      <w:r>
        <w:br/>
      </w:r>
      <w:r>
        <w:t xml:space="preserve">    (b) making difficult</w:t>
      </w:r>
      <w:r>
        <w:br/>
      </w:r>
      <w:r>
        <w:t xml:space="preserve">    (c) helping or assisting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but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whatever way</w:t>
      </w:r>
      <w:r>
        <w:br/>
      </w:r>
      <w:r>
        <w:t xml:space="preserve">    (b) even if in a non-standard manner</w:t>
      </w:r>
      <w:r>
        <w:br/>
      </w:r>
      <w:r>
        <w:t xml:space="preserve">    (c) to whatever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became quick friends, finding in each other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lively</w:t>
      </w:r>
      <w:r>
        <w:br/>
      </w:r>
      <w:r>
        <w:t xml:space="preserve">    (b) thoughtful</w:t>
      </w:r>
      <w:r>
        <w:br/>
      </w:r>
      <w:r>
        <w:t xml:space="preserve">    (c) similar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brushed the horse's tangled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mane</w:t>
      </w:r>
      <w:r>
        <w:rPr>
          <w:b/>
          <w:bCs/>
        </w:rPr>
        <w:t xml:space="preserve"> </w:t>
      </w:r>
      <w:r>
        <w:rPr>
          <w:b/>
          <w:bCs/>
        </w:rPr>
        <w:t xml:space="preserve">until it flowed smoothly down its neck.</w:t>
      </w:r>
      <w:r>
        <w:br/>
      </w:r>
      <w:r>
        <w:t xml:space="preserve">    (a) long curved tail</w:t>
      </w:r>
      <w:r>
        <w:br/>
      </w:r>
      <w:r>
        <w:t xml:space="preserve">    (b) sharp pointed hoof</w:t>
      </w:r>
      <w:r>
        <w:br/>
      </w:r>
      <w:r>
        <w:t xml:space="preserve">    (c) thick neck hair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skied off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precipice</w:t>
      </w:r>
      <w:r>
        <w:rPr>
          <w:b/>
          <w:bCs/>
        </w:rPr>
        <w:t xml:space="preserve">, dropped her skis in midair, and then opened a parachute.</w:t>
      </w:r>
      <w:r>
        <w:br/>
      </w:r>
      <w:r>
        <w:t xml:space="preserve">    (a) ramp</w:t>
      </w:r>
      <w:r>
        <w:br/>
      </w:r>
      <w:r>
        <w:t xml:space="preserve">    (b) steep cliff</w:t>
      </w:r>
      <w:r>
        <w:br/>
      </w:r>
      <w:r>
        <w:t xml:space="preserve">    (c) airplane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reign</w:t>
      </w:r>
      <w:r>
        <w:rPr>
          <w:b/>
          <w:bCs/>
        </w:rPr>
        <w:t xml:space="preserve">, Augustus shrank the size of the senate from 900 to 600 members.</w:t>
      </w:r>
      <w:r>
        <w:br/>
      </w:r>
      <w:r>
        <w:t xml:space="preserve">    (a) lifetime</w:t>
      </w:r>
      <w:r>
        <w:br/>
      </w:r>
      <w:r>
        <w:t xml:space="preserve">    (b) time during which he ruled</w:t>
      </w:r>
      <w:r>
        <w:br/>
      </w:r>
      <w:r>
        <w:t xml:space="preserve">    (c) period of rapid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extremely hard</w:t>
      </w:r>
      <w:r>
        <w:br/>
      </w:r>
      <w:r>
        <w:t xml:space="preserve">    (b) in short supply</w:t>
      </w:r>
      <w:r>
        <w:br/>
      </w:r>
      <w:r>
        <w:t xml:space="preserve">    (c) easily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sulked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rest of the week when she learned she would not make the starting team.</w:t>
      </w:r>
      <w:r>
        <w:br/>
      </w:r>
      <w:r>
        <w:t xml:space="preserve">    (a) was unhappy and unsociable</w:t>
      </w:r>
      <w:r>
        <w:br/>
      </w:r>
      <w:r>
        <w:t xml:space="preserve">    (b) worked tirelessly to improve</w:t>
      </w:r>
      <w:r>
        <w:br/>
      </w:r>
      <w:r>
        <w:t xml:space="preserve">    (c) was angry and lashed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general's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treachery</w:t>
      </w:r>
      <w:r>
        <w:rPr>
          <w:b/>
          <w:bCs/>
        </w:rPr>
        <w:t xml:space="preserve"> </w:t>
      </w:r>
      <w:r>
        <w:rPr>
          <w:b/>
          <w:bCs/>
        </w:rPr>
        <w:t xml:space="preserve">put the whole army in danger.</w:t>
      </w:r>
      <w:r>
        <w:br/>
      </w:r>
      <w:r>
        <w:t xml:space="preserve">    (a) betrayal</w:t>
      </w:r>
      <w:r>
        <w:br/>
      </w:r>
      <w:r>
        <w:t xml:space="preserve">    (b) bravery</w:t>
      </w:r>
      <w:r>
        <w:br/>
      </w:r>
      <w:r>
        <w:t xml:space="preserve">    (c)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awakened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twilight</w:t>
      </w:r>
      <w:r>
        <w:rPr>
          <w:b/>
          <w:bCs/>
        </w:rPr>
        <w:t xml:space="preserve"> </w:t>
      </w:r>
      <w:r>
        <w:rPr>
          <w:b/>
          <w:bCs/>
        </w:rPr>
        <w:t xml:space="preserve">sky but did not know if the sun was setting or rising.</w:t>
      </w:r>
      <w:r>
        <w:br/>
      </w:r>
      <w:r>
        <w:t xml:space="preserve">    (a) the light from the sky just after sunset</w:t>
      </w:r>
      <w:r>
        <w:br/>
      </w:r>
      <w:r>
        <w:t xml:space="preserve">    (b) the light from the sky between daylight and darkness</w:t>
      </w:r>
      <w:r>
        <w:br/>
      </w:r>
      <w:r>
        <w:t xml:space="preserve">    (c) the light from the sky just before sunrise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lawsuit claims that the President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usurping</w:t>
      </w:r>
      <w:r>
        <w:rPr>
          <w:b/>
          <w:bCs/>
        </w:rPr>
        <w:t xml:space="preserve"> </w:t>
      </w:r>
      <w:r>
        <w:rPr>
          <w:b/>
          <w:bCs/>
        </w:rPr>
        <w:t xml:space="preserve">constitutional powers of Congress.</w:t>
      </w:r>
      <w:r>
        <w:br/>
      </w:r>
      <w:r>
        <w:t xml:space="preserve">    (a) publicly defending</w:t>
      </w:r>
      <w:r>
        <w:br/>
      </w:r>
      <w:r>
        <w:t xml:space="preserve">    (b) wrongfully seizing</w:t>
      </w:r>
      <w:r>
        <w:br/>
      </w:r>
      <w:r>
        <w:t xml:space="preserve">    (c) legally exercising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2026-07-31T15:11:05Z</dcterms:created>
  <dcterms:modified xsi:type="dcterms:W3CDTF">2026-07-31T15:11:05Z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