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fa6d90cbcf78bd0a55530fd0420a367b36fe3f"/>
    <w:p>
      <w:pPr>
        <w:pStyle w:val="Heading1"/>
      </w:pPr>
      <w:r>
        <w:rPr>
          <w:b/>
          <w:bCs/>
        </w:rPr>
        <w:t xml:space="preserve">Prince Caspian: The Return to Narnia</w:t>
      </w:r>
      <w:r>
        <w:br/>
      </w:r>
      <w:r>
        <w:rPr>
          <w:i/>
          <w:iCs/>
        </w:rPr>
        <w:t xml:space="preserve">C. S. Lewis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was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dais</w:t>
      </w:r>
      <w:r>
        <w:rPr>
          <w:b/>
          <w:bCs/>
        </w:rPr>
        <w:t xml:space="preserve"> </w:t>
      </w:r>
      <w:r>
        <w:rPr>
          <w:b/>
          <w:bCs/>
        </w:rPr>
        <w:t xml:space="preserve">where the High Table was, where the King and the great lords sat.</w:t>
      </w:r>
      <w:r>
        <w:br/>
      </w:r>
      <w:r>
        <w:t xml:space="preserve">    (a) raised platform that gives prominence to people on it</w:t>
      </w:r>
      <w:r>
        <w:br/>
      </w:r>
      <w:r>
        <w:t xml:space="preserve">    (b) dramatic change</w:t>
      </w:r>
      <w:r>
        <w:br/>
      </w:r>
      <w:r>
        <w:t xml:space="preserve">    (c) in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one of those, only a half-Dwarf, and if any of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kindred</w:t>
      </w:r>
      <w:r>
        <w:rPr>
          <w:b/>
          <w:bCs/>
        </w:rPr>
        <w:t xml:space="preserve">, the true Dwarfs, are still alive anywhere in the world, doubtless they would despise me and call me a traitor.</w:t>
      </w:r>
      <w:r>
        <w:br/>
      </w:r>
      <w:r>
        <w:t xml:space="preserve">    (a) a powerful stimulant drug that increases activity in the brain and nervous system -- often addictive</w:t>
      </w:r>
      <w:r>
        <w:br/>
      </w:r>
      <w:r>
        <w:t xml:space="preserve">    (b) similar in quality or character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closely related -- such as family or things with shared origin</w:t>
      </w:r>
      <w:r>
        <w:br/>
      </w:r>
      <w:r>
        <w:t xml:space="preserve">    (c) aka natural right -- a right that is naturally due because of human nature and the natural condition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reign</w:t>
      </w:r>
      <w:r>
        <w:rPr>
          <w:b/>
          <w:bCs/>
        </w:rPr>
        <w:t xml:space="preserve"> </w:t>
      </w:r>
      <w:r>
        <w:rPr>
          <w:b/>
          <w:bCs/>
        </w:rPr>
        <w:t xml:space="preserve">was the Golden Age in Narnia...</w:t>
      </w:r>
      <w:r>
        <w:br/>
      </w:r>
      <w:r>
        <w:t xml:space="preserve">    (a) the time of their rule</w:t>
      </w:r>
      <w:r>
        <w:br/>
      </w:r>
      <w:r>
        <w:t xml:space="preserve">    (b) draw</w:t>
      </w:r>
      <w:r>
        <w:br/>
      </w:r>
      <w:r>
        <w:t xml:space="preserve">    (c) copy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of course he had not many hours to spare, for now his education was beginning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 earnest</w:t>
      </w:r>
      <w:r>
        <w:rPr>
          <w:b/>
          <w:bCs/>
        </w:rPr>
        <w:t xml:space="preserve">.</w:t>
      </w:r>
      <w:r>
        <w:br/>
      </w:r>
      <w:r>
        <w:t xml:space="preserve">    (a) seven wise men of ancient Greece</w:t>
      </w:r>
      <w:r>
        <w:br/>
      </w:r>
      <w:r>
        <w:t xml:space="preserve">    (b) real (genuine, true, or sincere)</w:t>
      </w:r>
      <w:r>
        <w:br/>
      </w:r>
      <w:r>
        <w:t xml:space="preserve">    (c) serious; or in a serious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except your Majesty knows that Miraz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usurper</w:t>
      </w:r>
      <w:r>
        <w:rPr>
          <w:b/>
          <w:bCs/>
        </w:rPr>
        <w:t xml:space="preserve">.</w:t>
      </w:r>
      <w:r>
        <w:br/>
      </w:r>
      <w:r>
        <w:t xml:space="preserve">    (a) people who control, prevent, or make less intense</w:t>
      </w:r>
      <w:r>
        <w:br/>
      </w:r>
      <w:r>
        <w:t xml:space="preserve">    (b) someone who takes without authority</w:t>
      </w:r>
      <w:r>
        <w:br/>
      </w:r>
      <w:r>
        <w:t xml:space="preserve">    (c) someone who shows excessive flattery or affection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Bulbs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bolsters</w:t>
      </w:r>
      <w:r>
        <w:rPr>
          <w:b/>
          <w:bCs/>
        </w:rPr>
        <w:t xml:space="preserve">!</w:t>
      </w:r>
      <w:r>
        <w:br/>
      </w:r>
      <w:r>
        <w:t xml:space="preserve">    (a) mirrors back (an image)</w:t>
      </w:r>
      <w:r>
        <w:br/>
      </w:r>
      <w:r>
        <w:t xml:space="preserve">    (b) creates dramatic change</w:t>
      </w:r>
      <w:r>
        <w:br/>
      </w:r>
      <w:r>
        <w:t xml:space="preserve">    (c) supports or strengthens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...there came in sight the noblest creatures that Caspian had yet seen, the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centaur</w:t>
      </w:r>
      <w:r>
        <w:rPr>
          <w:b/>
          <w:bCs/>
        </w:rPr>
        <w:t xml:space="preserve"> </w:t>
      </w:r>
      <w:r>
        <w:rPr>
          <w:b/>
          <w:bCs/>
        </w:rPr>
        <w:t xml:space="preserve">Glenstorm...</w:t>
      </w:r>
      <w:r>
        <w:br/>
      </w:r>
      <w:r>
        <w:t xml:space="preserve">    (a) the act, process, or instance of telling a story</w:t>
      </w:r>
      <w:r>
        <w:br/>
      </w:r>
      <w:r>
        <w:t xml:space="preserve">    (b) a creature that is half man, half horse</w:t>
      </w:r>
      <w:r>
        <w:br/>
      </w:r>
      <w:r>
        <w:t xml:space="preserve">    (c) a general feeling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made myself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scarce</w:t>
      </w:r>
      <w:r>
        <w:rPr>
          <w:b/>
          <w:bCs/>
        </w:rPr>
        <w:t xml:space="preserve">, having no wish to be questioned about it in Miraz's torture chamber.</w:t>
      </w:r>
      <w:r>
        <w:br/>
      </w:r>
      <w:r>
        <w:t xml:space="preserve">    (a) the state of not being aware or concerned about something</w:t>
      </w:r>
      <w:r>
        <w:br/>
      </w:r>
      <w:r>
        <w:t xml:space="preserve">    (b) in short supply  OR  barely or hardly (by a small margin)</w:t>
      </w:r>
      <w:r>
        <w:br/>
      </w:r>
      <w:r>
        <w:t xml:space="preserve">    (c) a state similar to sleep where one is unaware of anything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both set off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fervent</w:t>
      </w:r>
      <w:r>
        <w:rPr>
          <w:b/>
          <w:bCs/>
        </w:rPr>
        <w:t xml:space="preserve"> </w:t>
      </w:r>
      <w:r>
        <w:rPr>
          <w:b/>
          <w:bCs/>
        </w:rPr>
        <w:t xml:space="preserve">thanks and good wishes</w:t>
      </w:r>
      <w:r>
        <w:br/>
      </w:r>
      <w:r>
        <w:t xml:space="preserve">    (a) able to make clear with example, diagram, photo, etc.</w:t>
      </w:r>
      <w:r>
        <w:br/>
      </w:r>
      <w:r>
        <w:t xml:space="preserve">    (b) not concerned with what others might think of oneself</w:t>
      </w:r>
      <w:r>
        <w:br/>
      </w:r>
      <w:r>
        <w:t xml:space="preserve">    (c) intense (heart-felt)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he turned his head and squinted and whisked his beard to and fro, he couldn't quite see his own shoulder.</w:t>
      </w:r>
      <w:r>
        <w:br/>
      </w:r>
      <w:r>
        <w:t xml:space="preserve">    (a) starts fighting</w:t>
      </w:r>
      <w:r>
        <w:br/>
      </w:r>
      <w:r>
        <w:t xml:space="preserve">    (b) in whatever way</w:t>
      </w:r>
      <w:r>
        <w:br/>
      </w:r>
      <w:r>
        <w:t xml:space="preserve">    (c) starts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boys and the Dwarf,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were used to woods and were not taken in for more than a few seconds.</w:t>
      </w:r>
      <w:r>
        <w:br/>
      </w:r>
      <w:r>
        <w:t xml:space="preserve">    (a)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therefore (for that reason)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cold and cheerless waking for them all next morning, with a grey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twilight</w:t>
      </w:r>
      <w:r>
        <w:rPr>
          <w:b/>
          <w:bCs/>
        </w:rPr>
        <w:t xml:space="preserve"> </w:t>
      </w:r>
      <w:r>
        <w:rPr>
          <w:b/>
          <w:bCs/>
        </w:rPr>
        <w:t xml:space="preserve">in the wood (for the sun had not yet risen) and everything damp and dirty.</w:t>
      </w:r>
      <w:r>
        <w:br/>
      </w:r>
      <w:r>
        <w:t xml:space="preserve">    (a) starry sky</w:t>
      </w:r>
      <w:r>
        <w:br/>
      </w:r>
      <w:r>
        <w:t xml:space="preserve">    (b) black sky</w:t>
      </w:r>
      <w:r>
        <w:br/>
      </w:r>
      <w:r>
        <w:t xml:space="preserve">    (c) time between daylight and darkness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had come, without seeing it, almost to the edge of a small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precipice</w:t>
      </w:r>
      <w:r>
        <w:rPr>
          <w:b/>
          <w:bCs/>
        </w:rPr>
        <w:t xml:space="preserve"> </w:t>
      </w:r>
      <w:r>
        <w:rPr>
          <w:b/>
          <w:bCs/>
        </w:rPr>
        <w:t xml:space="preserve">from which they looked down into a gorge...</w:t>
      </w:r>
      <w:r>
        <w:br/>
      </w:r>
      <w:r>
        <w:t xml:space="preserve">    (a) the taking on or adoption of power or responsibility</w:t>
      </w:r>
      <w:r>
        <w:br/>
      </w:r>
      <w:r>
        <w:t xml:space="preserve">    (b) steep cliff</w:t>
      </w:r>
      <w:r>
        <w:br/>
      </w:r>
      <w:r>
        <w:t xml:space="preserve">    (c) the process of controlling (how something turns out)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What's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hinder</w:t>
      </w:r>
      <w:r>
        <w:rPr>
          <w:b/>
          <w:bCs/>
        </w:rPr>
        <w:t xml:space="preserve"> </w:t>
      </w:r>
      <w:r>
        <w:rPr>
          <w:b/>
          <w:bCs/>
        </w:rPr>
        <w:t xml:space="preserve">this river being the Rush?</w:t>
      </w:r>
      <w:r>
        <w:br/>
      </w:r>
      <w:r>
        <w:t xml:space="preserve">    (a) slowed down or caused problems for</w:t>
      </w:r>
      <w:r>
        <w:br/>
      </w:r>
      <w:r>
        <w:t xml:space="preserve">    (b) to cause something to move forward</w:t>
      </w:r>
      <w:r>
        <w:br/>
      </w:r>
      <w:r>
        <w:t xml:space="preserve">    (c) make different; or show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fully intended to back Lucy up, but he was annoyed at losing his night's sleep and was making up for it by doing everything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sulkily</w:t>
      </w:r>
      <w:r>
        <w:rPr>
          <w:b/>
          <w:bCs/>
        </w:rPr>
        <w:t xml:space="preserve"> </w:t>
      </w:r>
      <w:r>
        <w:rPr>
          <w:b/>
          <w:bCs/>
        </w:rPr>
        <w:t xml:space="preserve">as possible.</w:t>
      </w:r>
      <w:r>
        <w:br/>
      </w:r>
      <w:r>
        <w:t xml:space="preserve">    (a) in a manner that is not attractive or desirable</w:t>
      </w:r>
      <w:r>
        <w:br/>
      </w:r>
      <w:r>
        <w:t xml:space="preserve">    (b) in a manner that is not intense, or less active</w:t>
      </w:r>
      <w:r>
        <w:br/>
      </w:r>
      <w:r>
        <w:t xml:space="preserve">    (c) in an excessively unhappy and unsociable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Aslan, who seemed larger than before, lifted his head, shook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mane</w:t>
      </w:r>
      <w:r>
        <w:rPr>
          <w:b/>
          <w:bCs/>
        </w:rPr>
        <w:t xml:space="preserve">, and roared.</w:t>
      </w:r>
      <w:r>
        <w:br/>
      </w:r>
      <w:r>
        <w:t xml:space="preserve">    (a) select (on a computer screen)</w:t>
      </w:r>
      <w:r>
        <w:br/>
      </w:r>
      <w:r>
        <w:t xml:space="preserve">    (b) exchange, convert, or pay off</w:t>
      </w:r>
      <w:r>
        <w:br/>
      </w:r>
      <w:r>
        <w:t xml:space="preserve">    (c) lion's hair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That'll be very useful if the enemy try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treachery</w:t>
      </w:r>
      <w:r>
        <w:rPr>
          <w:b/>
          <w:bCs/>
        </w:rPr>
        <w:t xml:space="preserve">.</w:t>
      </w:r>
      <w:r>
        <w:br/>
      </w:r>
      <w:r>
        <w:t xml:space="preserve">    (a) reporter</w:t>
      </w:r>
      <w:r>
        <w:br/>
      </w:r>
      <w:r>
        <w:t xml:space="preserve">    (b) betrayal</w:t>
      </w:r>
      <w:r>
        <w:br/>
      </w:r>
      <w:r>
        <w:t xml:space="preserve">    (c) disorder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all the Talking Beasts surged round the Lion, with purrs and grunts and squeaks and whinneys of delight,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fawning</w:t>
      </w:r>
      <w:r>
        <w:rPr>
          <w:b/>
          <w:bCs/>
        </w:rPr>
        <w:t xml:space="preserve"> </w:t>
      </w:r>
      <w:r>
        <w:rPr>
          <w:b/>
          <w:bCs/>
        </w:rPr>
        <w:t xml:space="preserve">on him with their tails, rubbing against him, touching him reverently with their noses and going to and fro under his body and between his legs.</w:t>
      </w:r>
      <w:r>
        <w:br/>
      </w:r>
      <w:r>
        <w:t xml:space="preserve">    (a) adjusting a lens to make an image clear</w:t>
      </w:r>
      <w:r>
        <w:br/>
      </w:r>
      <w:r>
        <w:t xml:space="preserve">    (b) showing excessive flattery or affection</w:t>
      </w:r>
      <w:r>
        <w:br/>
      </w:r>
      <w:r>
        <w:t xml:space="preserve">    (c) making different; or showing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Then, at Aslan's command, Peter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bestowed</w:t>
      </w:r>
      <w:r>
        <w:rPr>
          <w:b/>
          <w:bCs/>
        </w:rPr>
        <w:t xml:space="preserve"> </w:t>
      </w:r>
      <w:r>
        <w:rPr>
          <w:b/>
          <w:bCs/>
        </w:rPr>
        <w:t xml:space="preserve">the Knighthood of the Order of the Lion on Caspian,</w:t>
      </w:r>
      <w:r>
        <w:br/>
      </w:r>
      <w:r>
        <w:t xml:space="preserve">    (a) presented as an honor</w:t>
      </w:r>
      <w:r>
        <w:br/>
      </w:r>
      <w:r>
        <w:t xml:space="preserve">    (b) quit</w:t>
      </w:r>
      <w:r>
        <w:br/>
      </w:r>
      <w:r>
        <w:t xml:space="preserve">    (c) drew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chasm</w:t>
      </w:r>
      <w:r>
        <w:rPr>
          <w:b/>
          <w:bCs/>
        </w:rPr>
        <w:t xml:space="preserve"> </w:t>
      </w:r>
      <w:r>
        <w:rPr>
          <w:b/>
          <w:bCs/>
        </w:rPr>
        <w:t xml:space="preserve">is open for your return; but this I must warn you, that once you have gone through, it will close behind you for ever.</w:t>
      </w:r>
      <w:r>
        <w:br/>
      </w:r>
      <w:r>
        <w:t xml:space="preserve">    (a) a nerve or brain cell</w:t>
      </w:r>
      <w:r>
        <w:br/>
      </w:r>
      <w:r>
        <w:t xml:space="preserve">    (b) a large gap or divide</w:t>
      </w:r>
      <w:r>
        <w:br/>
      </w:r>
      <w:r>
        <w:t xml:space="preserve">    (c) long eventful journey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2026-07-31T15:11:05Z</dcterms:created>
  <dcterms:modified xsi:type="dcterms:W3CDTF">2026-07-31T15:11:05Z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