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0e9cf78acf1dc796423ac752b5bcc890d9cae7"/>
    <w:p>
      <w:pPr>
        <w:pStyle w:val="Heading1"/>
      </w:pPr>
      <w:r>
        <w:rPr>
          <w:b/>
          <w:bCs/>
        </w:rPr>
        <w:t xml:space="preserve">Prince Caspian: The Return to Narnia</w:t>
      </w:r>
      <w:r>
        <w:br/>
      </w:r>
      <w:r>
        <w:rPr>
          <w:i/>
          <w:iCs/>
        </w:rPr>
        <w:t xml:space="preserve">C. S. Lewis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some difficulty, and with some stings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nettles</w:t>
      </w:r>
      <w:r>
        <w:rPr>
          <w:b/>
          <w:bCs/>
        </w:rPr>
        <w:t xml:space="preserve"> </w:t>
      </w:r>
      <w:r>
        <w:rPr>
          <w:b/>
          <w:bCs/>
        </w:rPr>
        <w:t xml:space="preserve">and pricks from thorns, they struggled out of the thicket.</w:t>
      </w:r>
      <w:r>
        <w:br/>
      </w:r>
      <w:r>
        <w:t xml:space="preserve">    (a) logical conclusions reached by reasoning</w:t>
      </w:r>
      <w:r>
        <w:br/>
      </w:r>
      <w:r>
        <w:t xml:space="preserve">    (b) acts of taking something on as one's own</w:t>
      </w:r>
      <w:r>
        <w:br/>
      </w:r>
      <w:r>
        <w:t xml:space="preserve">    (c) plants with stinging or irritating hairs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said Lucy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reproachful</w:t>
      </w:r>
      <w:r>
        <w:rPr>
          <w:b/>
          <w:bCs/>
        </w:rPr>
        <w:t xml:space="preserve"> </w:t>
      </w:r>
      <w:r>
        <w:rPr>
          <w:b/>
          <w:bCs/>
        </w:rPr>
        <w:t xml:space="preserve">glance.</w:t>
      </w:r>
      <w:r>
        <w:br/>
      </w:r>
      <w:r>
        <w:t xml:space="preserve">    (a) not good at making decisions</w:t>
      </w:r>
      <w:r>
        <w:br/>
      </w:r>
      <w:r>
        <w:t xml:space="preserve">    (b) without boundaries or limits</w:t>
      </w:r>
      <w:r>
        <w:br/>
      </w:r>
      <w:r>
        <w:t xml:space="preserve">    (c) full of criticism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gist</w:t>
      </w:r>
      <w:r>
        <w:rPr>
          <w:b/>
          <w:bCs/>
        </w:rPr>
        <w:t xml:space="preserve"> </w:t>
      </w:r>
      <w:r>
        <w:rPr>
          <w:b/>
          <w:bCs/>
        </w:rPr>
        <w:t xml:space="preserve">of the story, as they knew it in the end, was as follows.</w:t>
      </w:r>
      <w:r>
        <w:br/>
      </w:r>
      <w:r>
        <w:t xml:space="preserve">    (a) something that helps clarify or demonstrate</w:t>
      </w:r>
      <w:r>
        <w:br/>
      </w:r>
      <w:r>
        <w:t xml:space="preserve">    (b) the act of taking something on as one's own</w:t>
      </w:r>
      <w:r>
        <w:br/>
      </w:r>
      <w:r>
        <w:t xml:space="preserve">    (c) the main point(s) of a more detailed matter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conjunction</w:t>
      </w:r>
      <w:r>
        <w:rPr>
          <w:b/>
          <w:bCs/>
        </w:rPr>
        <w:t xml:space="preserve"> </w:t>
      </w:r>
      <w:r>
        <w:rPr>
          <w:b/>
          <w:bCs/>
        </w:rPr>
        <w:t xml:space="preserve">has not occurred for two hundred years, and your Highness will not live to see it again.</w:t>
      </w:r>
      <w:r>
        <w:br/>
      </w:r>
      <w:r>
        <w:t xml:space="preserve">    (a) something accepted as true (without proof)</w:t>
      </w:r>
      <w:r>
        <w:br/>
      </w:r>
      <w:r>
        <w:t xml:space="preserve">    (b) relating to properties of sound or hearing</w:t>
      </w:r>
      <w:r>
        <w:br/>
      </w:r>
      <w:r>
        <w:t xml:space="preserve">    (c) when things happen at the same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Arlian and Erimon and a dozen more he executed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treason</w:t>
      </w:r>
      <w:r>
        <w:rPr>
          <w:b/>
          <w:bCs/>
        </w:rPr>
        <w:t xml:space="preserve"> </w:t>
      </w:r>
      <w:r>
        <w:rPr>
          <w:b/>
          <w:bCs/>
        </w:rPr>
        <w:t xml:space="preserve">on a false charge.</w:t>
      </w:r>
      <w:r>
        <w:br/>
      </w:r>
      <w:r>
        <w:t xml:space="preserve">    (a) untied or released</w:t>
      </w:r>
      <w:r>
        <w:br/>
      </w:r>
      <w:r>
        <w:t xml:space="preserve">    (b) easily set on fire</w:t>
      </w:r>
      <w:r>
        <w:br/>
      </w:r>
      <w:r>
        <w:t xml:space="preserve">    (c) an act of betrayal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subterranean</w:t>
      </w:r>
      <w:r>
        <w:rPr>
          <w:b/>
          <w:bCs/>
        </w:rPr>
        <w:t xml:space="preserve"> </w:t>
      </w:r>
      <w:r>
        <w:rPr>
          <w:b/>
          <w:bCs/>
        </w:rPr>
        <w:t xml:space="preserve">stream ran past on one side of it.</w:t>
      </w:r>
      <w:r>
        <w:br/>
      </w:r>
      <w:r>
        <w:t xml:space="preserve">    (a) likely to change</w:t>
      </w:r>
      <w:r>
        <w:br/>
      </w:r>
      <w:r>
        <w:t xml:space="preserve">    (b) able to be found</w:t>
      </w:r>
      <w:r>
        <w:br/>
      </w:r>
      <w:r>
        <w:t xml:space="preserve">    (c) under the ground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There's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Ogre</w:t>
      </w:r>
      <w:r>
        <w:rPr>
          <w:b/>
          <w:bCs/>
        </w:rPr>
        <w:t xml:space="preserve"> </w:t>
      </w:r>
      <w:r>
        <w:rPr>
          <w:b/>
          <w:bCs/>
        </w:rPr>
        <w:t xml:space="preserve">or two and a Hag that we could introduce you to, up there.</w:t>
      </w:r>
      <w:r>
        <w:br/>
      </w:r>
      <w:r>
        <w:t xml:space="preserve">    (a) someone who persuades someone to want something (often sex or love) by tempting with something desired</w:t>
      </w:r>
      <w:r>
        <w:br/>
      </w:r>
      <w:r>
        <w:t xml:space="preserve">    (b) an elected government representative who (with fellow representatives) has the power to create laws</w:t>
      </w:r>
      <w:r>
        <w:br/>
      </w:r>
      <w:r>
        <w:t xml:space="preserve">    (c) fairy tales:  a frightening giant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sleep under the stars, to drink nothing but well water and to live chiefly on nuts and wild fruit, was a strange experience for Caspian after his bed with silken sheets in a tapestried chamber at the castle, with meals laid out on gold and silver dishes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anteroom</w:t>
      </w:r>
      <w:r>
        <w:rPr>
          <w:b/>
          <w:bCs/>
        </w:rPr>
        <w:t xml:space="preserve">, and attendants ready at his call.</w:t>
      </w:r>
      <w:r>
        <w:br/>
      </w:r>
      <w:r>
        <w:t xml:space="preserve">    (a) a room leading to a larger or more important room</w:t>
      </w:r>
      <w:r>
        <w:br/>
      </w:r>
      <w:r>
        <w:t xml:space="preserve">    (b) island (that is made of a coral reef)</w:t>
      </w:r>
      <w:r>
        <w:br/>
      </w:r>
      <w:r>
        <w:t xml:space="preserve">    (c) dense, rainy forest with many species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all creatures of the wild,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accustomed to</w:t>
      </w:r>
      <w:r>
        <w:rPr>
          <w:b/>
          <w:bCs/>
        </w:rPr>
        <w:t xml:space="preserve"> </w:t>
      </w:r>
      <w:r>
        <w:rPr>
          <w:b/>
          <w:bCs/>
        </w:rPr>
        <w:t xml:space="preserve">being hunted, and they all became still as statues.</w:t>
      </w:r>
      <w:r>
        <w:br/>
      </w:r>
      <w:r>
        <w:t xml:space="preserve">    (a) the ability to be taken up or received into heaven</w:t>
      </w:r>
      <w:r>
        <w:br/>
      </w:r>
      <w:r>
        <w:t xml:space="preserve">    (b) used to (adapted to something, so it seems normal)</w:t>
      </w:r>
      <w:r>
        <w:br/>
      </w:r>
      <w:r>
        <w:t xml:space="preserve">    (c) the state or character of being good or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 think it is more likely to call Peter the High King and his mighty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consorts</w:t>
      </w:r>
      <w:r>
        <w:rPr>
          <w:b/>
          <w:bCs/>
        </w:rPr>
        <w:t xml:space="preserve"> </w:t>
      </w:r>
      <w:r>
        <w:rPr>
          <w:b/>
          <w:bCs/>
        </w:rPr>
        <w:t xml:space="preserve">down from the high past.</w:t>
      </w:r>
      <w:r>
        <w:br/>
      </w:r>
      <w:r>
        <w:t xml:space="preserve">    (a) calls -- typically to come nearer by using a hand gesture or a nod</w:t>
      </w:r>
      <w:r>
        <w:br/>
      </w:r>
      <w:r>
        <w:t xml:space="preserve">    (b) spends time with; or the people with whom someone spends much time</w:t>
      </w:r>
      <w:r>
        <w:br/>
      </w:r>
      <w:r>
        <w:t xml:space="preserve">    (c) surprises -- often so much that one doesn't know what to say or do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he was, like many squirrels, full of courage and dash and energy and excitement and mischief (not to say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conceit</w:t>
      </w:r>
      <w:r>
        <w:rPr>
          <w:b/>
          <w:bCs/>
        </w:rPr>
        <w:t xml:space="preserve">),</w:t>
      </w:r>
      <w:r>
        <w:br/>
      </w:r>
      <w:r>
        <w:t xml:space="preserve">    (a) work or operate</w:t>
      </w:r>
      <w:r>
        <w:br/>
      </w:r>
      <w:r>
        <w:t xml:space="preserve">    (b) excessive pride</w:t>
      </w:r>
      <w:r>
        <w:br/>
      </w:r>
      <w:r>
        <w:t xml:space="preserve">    (c) help make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would be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wizened</w:t>
      </w:r>
      <w:r>
        <w:rPr>
          <w:b/>
          <w:bCs/>
        </w:rPr>
        <w:t xml:space="preserve">, but hearty old man with a frizzled beard and warts on his face and hands,</w:t>
      </w:r>
      <w:r>
        <w:br/>
      </w:r>
      <w:r>
        <w:t xml:space="preserve">    (a) aka analytic -- relating to a theory of psychiatry</w:t>
      </w:r>
      <w:r>
        <w:br/>
      </w:r>
      <w:r>
        <w:t xml:space="preserve">    (b) lean and wrinkled (typically from age)</w:t>
      </w:r>
      <w:r>
        <w:br/>
      </w:r>
      <w:r>
        <w:t xml:space="preserve">    (c) deserving no respect (worthless or of bad quality)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tedious</w:t>
      </w:r>
      <w:r>
        <w:rPr>
          <w:b/>
          <w:bCs/>
        </w:rPr>
        <w:t xml:space="preserve"> </w:t>
      </w:r>
      <w:r>
        <w:rPr>
          <w:b/>
          <w:bCs/>
        </w:rPr>
        <w:t xml:space="preserve">gathering the firewood; but it was grand when the fire blazed...</w:t>
      </w:r>
      <w:r>
        <w:br/>
      </w:r>
      <w:r>
        <w:t xml:space="preserve">    (a) sensible and careful</w:t>
      </w:r>
      <w:r>
        <w:br/>
      </w:r>
      <w:r>
        <w:t xml:space="preserve">    (b) boring</w:t>
      </w:r>
      <w:r>
        <w:br/>
      </w:r>
      <w:r>
        <w:t xml:space="preserve">    (c) not demonstrative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there was, at least,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lilt</w:t>
      </w:r>
      <w:r>
        <w:rPr>
          <w:b/>
          <w:bCs/>
        </w:rPr>
        <w:t xml:space="preserve">; she felt her own feet wanting to dance as she got nearer.</w:t>
      </w:r>
      <w:r>
        <w:br/>
      </w:r>
      <w:r>
        <w:t xml:space="preserve">    (a) move again into position to work; or start again</w:t>
      </w:r>
      <w:r>
        <w:br/>
      </w:r>
      <w:r>
        <w:t xml:space="preserve">    (b) lively music</w:t>
      </w:r>
      <w:r>
        <w:br/>
      </w:r>
      <w:r>
        <w:t xml:space="preserve">    (c) control in advance (how something will turn out)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parley</w:t>
      </w:r>
      <w:r>
        <w:rPr>
          <w:b/>
          <w:bCs/>
        </w:rPr>
        <w:t xml:space="preserve">, rather," said Sopespian.</w:t>
      </w:r>
      <w:r>
        <w:br/>
      </w:r>
      <w:r>
        <w:t xml:space="preserve">    (a) a negotiation or discussion -- especially between enemies</w:t>
      </w:r>
      <w:r>
        <w:br/>
      </w:r>
      <w:r>
        <w:t xml:space="preserve">    (b) think carefully and make a judgment about something again</w:t>
      </w:r>
      <w:r>
        <w:br/>
      </w:r>
      <w:r>
        <w:t xml:space="preserve">    (c) to promise, guarantee, or indicate certainty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... have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effrontery</w:t>
      </w:r>
      <w:r>
        <w:rPr>
          <w:b/>
          <w:bCs/>
        </w:rPr>
        <w:t xml:space="preserve"> </w:t>
      </w:r>
      <w:r>
        <w:rPr>
          <w:b/>
          <w:bCs/>
        </w:rPr>
        <w:t xml:space="preserve">to imagine...</w:t>
      </w:r>
      <w:r>
        <w:br/>
      </w:r>
      <w:r>
        <w:t xml:space="preserve">    (a) misunderstanding</w:t>
      </w:r>
      <w:r>
        <w:br/>
      </w:r>
      <w:r>
        <w:t xml:space="preserve">    (b) impolite boldness</w:t>
      </w:r>
      <w:r>
        <w:br/>
      </w:r>
      <w:r>
        <w:t xml:space="preserve">    (c) pressure to rush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</w:t>
      </w:r>
      <w:r>
        <w:rPr>
          <w:b/>
          <w:bCs/>
        </w:rPr>
        <w:t xml:space="preserve"> </w:t>
      </w:r>
      <w:r>
        <w:rPr>
          <w:b/>
          <w:bCs/>
        </w:rPr>
        <w:t xml:space="preserve">your Majesty —" said Glozelle, but Miraz had flung out of the tent and they could hear him bawling out his acceptance to Edmund.</w:t>
      </w:r>
      <w:r>
        <w:br/>
      </w:r>
      <w:r>
        <w:t xml:space="preserve">    (a) to spread to other parts of the body</w:t>
      </w:r>
      <w:r>
        <w:br/>
      </w:r>
      <w:r>
        <w:t xml:space="preserve">    (b) to ask strongly or beg for something</w:t>
      </w:r>
      <w:r>
        <w:br/>
      </w:r>
      <w:r>
        <w:t xml:space="preserve">    (c) move into position to work; or start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their ears were down and their whiskers drooped and their tails dragged in the grass, and their leader piped on his slender pipe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 </w:t>
      </w:r>
      <w:r>
        <w:rPr>
          <w:b/>
          <w:bCs/>
        </w:rPr>
        <w:t xml:space="preserve">tune.</w:t>
      </w:r>
      <w:r>
        <w:br/>
      </w:r>
      <w:r>
        <w:t xml:space="preserve">    (a) sad</w:t>
      </w:r>
      <w:r>
        <w:br/>
      </w:r>
      <w:r>
        <w:t xml:space="preserve">    (b) relating to the outside</w:t>
      </w:r>
      <w:r>
        <w:br/>
      </w:r>
      <w:r>
        <w:t xml:space="preserve">    (c) about (but not exactly)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still breathing, but more dead than alive, gashed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innumerable</w:t>
      </w:r>
      <w:r>
        <w:rPr>
          <w:b/>
          <w:bCs/>
        </w:rPr>
        <w:t xml:space="preserve"> </w:t>
      </w:r>
      <w:r>
        <w:rPr>
          <w:b/>
          <w:bCs/>
        </w:rPr>
        <w:t xml:space="preserve">wounds, one paw crushed, and, where his tail had been, a bandaged stump.</w:t>
      </w:r>
      <w:r>
        <w:br/>
      </w:r>
      <w:r>
        <w:t xml:space="preserve">    (a) too numerous to be counted</w:t>
      </w:r>
      <w:r>
        <w:br/>
      </w:r>
      <w:r>
        <w:t xml:space="preserve">    (b) the quality of disagreeing</w:t>
      </w:r>
      <w:r>
        <w:br/>
      </w:r>
      <w:r>
        <w:t xml:space="preserve">    (c) able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the rich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loam</w:t>
      </w:r>
      <w:r>
        <w:rPr>
          <w:b/>
          <w:bCs/>
        </w:rPr>
        <w:t xml:space="preserve"> </w:t>
      </w:r>
      <w:r>
        <w:rPr>
          <w:b/>
          <w:bCs/>
        </w:rPr>
        <w:t xml:space="preserve">had taken the edge off their hunger, the trees turned to an earth of the kind you see in Somerset, which is almost pink.</w:t>
      </w:r>
      <w:r>
        <w:br/>
      </w:r>
      <w:r>
        <w:t xml:space="preserve">    (a) dry soil</w:t>
      </w:r>
      <w:r>
        <w:br/>
      </w:r>
      <w:r>
        <w:t xml:space="preserve">    (b) rich soil</w:t>
      </w:r>
      <w:r>
        <w:br/>
      </w:r>
      <w:r>
        <w:t xml:space="preserve">    (c) wet soil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2026-07-31T15:11:06Z</dcterms:created>
  <dcterms:modified xsi:type="dcterms:W3CDTF">2026-07-31T15:11:06Z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