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57998ea26454af9a521567ab746db9f734c02af"/>
    <w:p>
      <w:pPr>
        <w:pStyle w:val="Heading1"/>
      </w:pPr>
      <w:r>
        <w:rPr>
          <w:b/>
          <w:bCs/>
        </w:rPr>
        <w:t xml:space="preserve">Pride and Prejudice</w:t>
      </w:r>
      <w:r>
        <w:br/>
      </w:r>
      <w:r>
        <w:rPr>
          <w:i/>
          <w:iCs/>
        </w:rPr>
        <w:t xml:space="preserve">Jane Austen</w:t>
      </w:r>
      <w:r>
        <w:br/>
      </w:r>
      <w:r>
        <w:rPr>
          <w:b/>
          <w:bCs/>
        </w:rPr>
        <w:t xml:space="preserve">Vocabulary Preview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acknowledged</w:t>
      </w:r>
      <w:r>
        <w:rPr>
          <w:b/>
          <w:bCs/>
        </w:rPr>
        <w:t xml:space="preserve"> </w:t>
      </w:r>
      <w:r>
        <w:rPr>
          <w:b/>
          <w:bCs/>
        </w:rPr>
        <w:t xml:space="preserve">her mistake and apologized.</w:t>
      </w:r>
      <w:r>
        <w:br/>
      </w:r>
      <w:r>
        <w:t xml:space="preserve">    (a) minimized</w:t>
      </w:r>
      <w:r>
        <w:br/>
      </w:r>
      <w:r>
        <w:t xml:space="preserve">    (b) admitted</w:t>
      </w:r>
      <w:r>
        <w:br/>
      </w:r>
      <w:r>
        <w:t xml:space="preserve">    (c) exaggerated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didn't mention any names, but everyone knew she was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alluding</w:t>
      </w:r>
      <w:r>
        <w:rPr>
          <w:b/>
          <w:bCs/>
        </w:rPr>
        <w:t xml:space="preserve"> </w:t>
      </w:r>
      <w:r>
        <w:rPr>
          <w:b/>
          <w:bCs/>
        </w:rPr>
        <w:t xml:space="preserve">to the President.</w:t>
      </w:r>
      <w:r>
        <w:br/>
      </w:r>
      <w:r>
        <w:t xml:space="preserve">    (a) indirectly referring</w:t>
      </w:r>
      <w:r>
        <w:br/>
      </w:r>
      <w:r>
        <w:t xml:space="preserve">    (b) being discouraging</w:t>
      </w:r>
      <w:r>
        <w:br/>
      </w:r>
      <w:r>
        <w:t xml:space="preserve">    (c) not talking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It was an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amiable</w:t>
      </w:r>
      <w:r>
        <w:rPr>
          <w:b/>
          <w:bCs/>
        </w:rPr>
        <w:t xml:space="preserve"> </w:t>
      </w:r>
      <w:r>
        <w:rPr>
          <w:b/>
          <w:bCs/>
        </w:rPr>
        <w:t xml:space="preserve">gathering of old friends.</w:t>
      </w:r>
      <w:r>
        <w:br/>
      </w:r>
      <w:r>
        <w:t xml:space="preserve">    (a) rare</w:t>
      </w:r>
      <w:r>
        <w:br/>
      </w:r>
      <w:r>
        <w:t xml:space="preserve">    (b) emotional</w:t>
      </w:r>
      <w:r>
        <w:br/>
      </w:r>
      <w:r>
        <w:t xml:space="preserve">    (c) friendly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Her innovative approach to solving problems earned her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approbation</w:t>
      </w:r>
      <w:r>
        <w:rPr>
          <w:b/>
          <w:bCs/>
        </w:rPr>
        <w:t xml:space="preserve"> </w:t>
      </w:r>
      <w:r>
        <w:rPr>
          <w:b/>
          <w:bCs/>
        </w:rPr>
        <w:t xml:space="preserve">of her peers.</w:t>
      </w:r>
      <w:r>
        <w:br/>
      </w:r>
      <w:r>
        <w:t xml:space="preserve">    (a) distrust</w:t>
      </w:r>
      <w:r>
        <w:br/>
      </w:r>
      <w:r>
        <w:t xml:space="preserve">    (b) approval</w:t>
      </w:r>
      <w:r>
        <w:br/>
      </w:r>
      <w:r>
        <w:t xml:space="preserve">    (c) sympathy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In spite of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censure</w:t>
      </w:r>
      <w:r>
        <w:rPr>
          <w:b/>
          <w:bCs/>
        </w:rPr>
        <w:t xml:space="preserve"> </w:t>
      </w:r>
      <w:r>
        <w:rPr>
          <w:b/>
          <w:bCs/>
        </w:rPr>
        <w:t xml:space="preserve">of her colleagues, she believed she had done the right thing.</w:t>
      </w:r>
      <w:r>
        <w:br/>
      </w:r>
      <w:r>
        <w:t xml:space="preserve">    (a) anger</w:t>
      </w:r>
      <w:r>
        <w:br/>
      </w:r>
      <w:r>
        <w:t xml:space="preserve">    (b) criticism</w:t>
      </w:r>
      <w:r>
        <w:br/>
      </w:r>
      <w:r>
        <w:t xml:space="preserve">    (c) disinterest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conceit</w:t>
      </w:r>
      <w:r>
        <w:rPr>
          <w:b/>
          <w:bCs/>
        </w:rPr>
        <w:t xml:space="preserve"> </w:t>
      </w:r>
      <w:r>
        <w:rPr>
          <w:b/>
          <w:bCs/>
        </w:rPr>
        <w:t xml:space="preserve">showed in the way she interrupted others and assumed she was always the smartest person in the room.</w:t>
      </w:r>
      <w:r>
        <w:br/>
      </w:r>
      <w:r>
        <w:t xml:space="preserve">    (a) arrogance</w:t>
      </w:r>
      <w:r>
        <w:br/>
      </w:r>
      <w:r>
        <w:t xml:space="preserve">    (b) ignorance</w:t>
      </w:r>
      <w:r>
        <w:br/>
      </w:r>
      <w:r>
        <w:t xml:space="preserve">    (c) encouragement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Her job prospects are hindered as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consequence</w:t>
      </w:r>
      <w:r>
        <w:rPr>
          <w:b/>
          <w:bCs/>
        </w:rPr>
        <w:t xml:space="preserve"> </w:t>
      </w:r>
      <w:r>
        <w:rPr>
          <w:b/>
          <w:bCs/>
        </w:rPr>
        <w:t xml:space="preserve">of the conviction.</w:t>
      </w:r>
      <w:r>
        <w:br/>
      </w:r>
      <w:r>
        <w:t xml:space="preserve">    (a) unimportant part</w:t>
      </w:r>
      <w:r>
        <w:br/>
      </w:r>
      <w:r>
        <w:t xml:space="preserve">    (b) result</w:t>
      </w:r>
      <w:r>
        <w:br/>
      </w:r>
      <w:r>
        <w:t xml:space="preserve">    (c) important part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It is the most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consequential</w:t>
      </w:r>
      <w:r>
        <w:rPr>
          <w:b/>
          <w:bCs/>
        </w:rPr>
        <w:t xml:space="preserve"> </w:t>
      </w:r>
      <w:r>
        <w:rPr>
          <w:b/>
          <w:bCs/>
        </w:rPr>
        <w:t xml:space="preserve">tax legislation in decades.</w:t>
      </w:r>
      <w:r>
        <w:br/>
      </w:r>
      <w:r>
        <w:t xml:space="preserve">    (a) unethical</w:t>
      </w:r>
      <w:r>
        <w:br/>
      </w:r>
      <w:r>
        <w:t xml:space="preserve">    (b) harmful</w:t>
      </w:r>
      <w:r>
        <w:br/>
      </w:r>
      <w:r>
        <w:t xml:space="preserve">    (c) important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countenance</w:t>
      </w:r>
      <w:r>
        <w:rPr>
          <w:b/>
          <w:bCs/>
        </w:rPr>
        <w:t xml:space="preserve"> </w:t>
      </w:r>
      <w:r>
        <w:rPr>
          <w:b/>
          <w:bCs/>
        </w:rPr>
        <w:t xml:space="preserve">grew stern.</w:t>
      </w:r>
      <w:r>
        <w:br/>
      </w:r>
      <w:r>
        <w:t xml:space="preserve">    (a) facial expression</w:t>
      </w:r>
      <w:r>
        <w:br/>
      </w:r>
      <w:r>
        <w:t xml:space="preserve">    (b) a method of counting</w:t>
      </w:r>
      <w:r>
        <w:br/>
      </w:r>
      <w:r>
        <w:t xml:space="preserve">    (c) voice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countenance</w:t>
      </w:r>
      <w:r>
        <w:rPr>
          <w:b/>
          <w:bCs/>
        </w:rPr>
        <w:t xml:space="preserve"> </w:t>
      </w:r>
      <w:r>
        <w:rPr>
          <w:b/>
          <w:bCs/>
        </w:rPr>
        <w:t xml:space="preserve">terrorism.</w:t>
      </w:r>
      <w:r>
        <w:br/>
      </w:r>
      <w:r>
        <w:t xml:space="preserve">    (a) show favor for</w:t>
      </w:r>
      <w:r>
        <w:br/>
      </w:r>
      <w:r>
        <w:t xml:space="preserve">    (b) provide funds for</w:t>
      </w:r>
      <w:r>
        <w:br/>
      </w:r>
      <w:r>
        <w:t xml:space="preserve">    (c) discourage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will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endeavor</w:t>
      </w:r>
      <w:r>
        <w:rPr>
          <w:b/>
          <w:bCs/>
        </w:rPr>
        <w:t xml:space="preserve"> </w:t>
      </w:r>
      <w:r>
        <w:rPr>
          <w:b/>
          <w:bCs/>
        </w:rPr>
        <w:t xml:space="preserve">to finish by Friday.</w:t>
      </w:r>
      <w:r>
        <w:br/>
      </w:r>
      <w:r>
        <w:t xml:space="preserve">    (a) not be able</w:t>
      </w:r>
      <w:r>
        <w:br/>
      </w:r>
      <w:r>
        <w:t xml:space="preserve">    (b) promise</w:t>
      </w:r>
      <w:r>
        <w:br/>
      </w:r>
      <w:r>
        <w:t xml:space="preserve">    (c) try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child's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impertinent</w:t>
      </w:r>
      <w:r>
        <w:rPr>
          <w:b/>
          <w:bCs/>
        </w:rPr>
        <w:t xml:space="preserve"> </w:t>
      </w:r>
      <w:r>
        <w:rPr>
          <w:b/>
          <w:bCs/>
        </w:rPr>
        <w:t xml:space="preserve">question about the guest's bald head caused an awkward silence at the dinner table.</w:t>
      </w:r>
      <w:r>
        <w:br/>
      </w:r>
      <w:r>
        <w:t xml:space="preserve">    (a) rude</w:t>
      </w:r>
      <w:r>
        <w:br/>
      </w:r>
      <w:r>
        <w:t xml:space="preserve">    (b) foolish</w:t>
      </w:r>
      <w:r>
        <w:br/>
      </w:r>
      <w:r>
        <w:t xml:space="preserve">    (c) loud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official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inquiry</w:t>
      </w:r>
      <w:r>
        <w:rPr>
          <w:b/>
          <w:bCs/>
        </w:rPr>
        <w:t xml:space="preserve"> </w:t>
      </w:r>
      <w:r>
        <w:rPr>
          <w:b/>
          <w:bCs/>
        </w:rPr>
        <w:t xml:space="preserve">has ended, but the press continues to ask questions.</w:t>
      </w:r>
      <w:r>
        <w:br/>
      </w:r>
      <w:r>
        <w:t xml:space="preserve">    (a) story</w:t>
      </w:r>
      <w:r>
        <w:br/>
      </w:r>
      <w:r>
        <w:t xml:space="preserve">    (b) statement</w:t>
      </w:r>
      <w:r>
        <w:br/>
      </w:r>
      <w:r>
        <w:t xml:space="preserve">    (c) investigation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felt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mortified</w:t>
      </w:r>
      <w:r>
        <w:rPr>
          <w:b/>
          <w:bCs/>
        </w:rPr>
        <w:t xml:space="preserve"> </w:t>
      </w:r>
      <w:r>
        <w:rPr>
          <w:b/>
          <w:bCs/>
        </w:rPr>
        <w:t xml:space="preserve">after tripping onstage during the awards ceremony.</w:t>
      </w:r>
      <w:r>
        <w:br/>
      </w:r>
      <w:r>
        <w:t xml:space="preserve">    (a) severe pain</w:t>
      </w:r>
      <w:r>
        <w:br/>
      </w:r>
      <w:r>
        <w:t xml:space="preserve">    (b) great relief</w:t>
      </w:r>
      <w:r>
        <w:br/>
      </w:r>
      <w:r>
        <w:t xml:space="preserve">    (c) exceedingly embarrassed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It's one thing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perceive</w:t>
      </w:r>
      <w:r>
        <w:rPr>
          <w:b/>
          <w:bCs/>
        </w:rPr>
        <w:t xml:space="preserve"> </w:t>
      </w:r>
      <w:r>
        <w:rPr>
          <w:b/>
          <w:bCs/>
        </w:rPr>
        <w:t xml:space="preserve">something with the senses and another to understand its importance.</w:t>
      </w:r>
      <w:r>
        <w:br/>
      </w:r>
      <w:r>
        <w:t xml:space="preserve">    (a) become aware of</w:t>
      </w:r>
      <w:r>
        <w:br/>
      </w:r>
      <w:r>
        <w:t xml:space="preserve">    (b) physically touch</w:t>
      </w:r>
      <w:r>
        <w:br/>
      </w:r>
      <w:r>
        <w:t xml:space="preserve">    (c) clearly see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Courage is dangerous without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prudence</w:t>
      </w:r>
      <w:r>
        <w:rPr>
          <w:b/>
          <w:bCs/>
        </w:rPr>
        <w:t xml:space="preserve">.</w:t>
      </w:r>
      <w:r>
        <w:br/>
      </w:r>
      <w:r>
        <w:t xml:space="preserve">    (a) good purpose</w:t>
      </w:r>
      <w:r>
        <w:br/>
      </w:r>
      <w:r>
        <w:t xml:space="preserve">    (b) good support</w:t>
      </w:r>
      <w:r>
        <w:br/>
      </w:r>
      <w:r>
        <w:t xml:space="preserve">    (c) good sense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don't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recollect</w:t>
      </w:r>
      <w:r>
        <w:rPr>
          <w:b/>
          <w:bCs/>
        </w:rPr>
        <w:t xml:space="preserve"> </w:t>
      </w:r>
      <w:r>
        <w:rPr>
          <w:b/>
          <w:bCs/>
        </w:rPr>
        <w:t xml:space="preserve">her name, but I'd recognize her.</w:t>
      </w:r>
      <w:r>
        <w:br/>
      </w:r>
      <w:r>
        <w:t xml:space="preserve">    (a) spell properly</w:t>
      </w:r>
      <w:r>
        <w:br/>
      </w:r>
      <w:r>
        <w:t xml:space="preserve">    (b) pronounce properly</w:t>
      </w:r>
      <w:r>
        <w:br/>
      </w:r>
      <w:r>
        <w:t xml:space="preserve">    (c) remember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disorder will eventually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render</w:t>
      </w:r>
      <w:r>
        <w:rPr>
          <w:b/>
          <w:bCs/>
        </w:rPr>
        <w:t xml:space="preserve"> </w:t>
      </w:r>
      <w:r>
        <w:rPr>
          <w:b/>
          <w:bCs/>
        </w:rPr>
        <w:t xml:space="preserve">her paralyzed.</w:t>
      </w:r>
      <w:r>
        <w:br/>
      </w:r>
      <w:r>
        <w:t xml:space="preserve">    (a) make</w:t>
      </w:r>
      <w:r>
        <w:br/>
      </w:r>
      <w:r>
        <w:t xml:space="preserve">    (b) compare</w:t>
      </w:r>
      <w:r>
        <w:br/>
      </w:r>
      <w:r>
        <w:t xml:space="preserve">    (c) unmake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Don't waste my time with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trifling</w:t>
      </w:r>
      <w:r>
        <w:rPr>
          <w:b/>
          <w:bCs/>
        </w:rPr>
        <w:t xml:space="preserve"> </w:t>
      </w:r>
      <w:r>
        <w:rPr>
          <w:b/>
          <w:bCs/>
        </w:rPr>
        <w:t xml:space="preserve">matters.</w:t>
      </w:r>
      <w:r>
        <w:br/>
      </w:r>
      <w:r>
        <w:t xml:space="preserve">    (a) other's</w:t>
      </w:r>
      <w:r>
        <w:br/>
      </w:r>
      <w:r>
        <w:t xml:space="preserve">    (b) future</w:t>
      </w:r>
      <w:r>
        <w:br/>
      </w:r>
      <w:r>
        <w:t xml:space="preserve">    (c) unimportant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European Parliament refuses to be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trifled with</w:t>
      </w:r>
      <w:r>
        <w:rPr>
          <w:b/>
          <w:bCs/>
        </w:rPr>
        <w:t xml:space="preserve">.</w:t>
      </w:r>
      <w:r>
        <w:br/>
      </w:r>
      <w:r>
        <w:t xml:space="preserve">    (a) treated without respect</w:t>
      </w:r>
      <w:r>
        <w:br/>
      </w:r>
      <w:r>
        <w:t xml:space="preserve">    (b) argued with</w:t>
      </w:r>
      <w:r>
        <w:br/>
      </w:r>
      <w:r>
        <w:t xml:space="preserve">    (c) negotiated with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2026-07-31T14:21:57Z</dcterms:created>
  <dcterms:modified xsi:type="dcterms:W3CDTF">2026-07-31T14:21:57Z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