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b94fd3dcf7305df97e920181a867e4b43c07eb"/>
    <w:p>
      <w:pPr>
        <w:pStyle w:val="Heading1"/>
      </w:pPr>
      <w:r>
        <w:rPr>
          <w:b/>
          <w:bCs/>
        </w:rPr>
        <w:t xml:space="preserve">Pride and Prejudice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greetings</w:t>
      </w:r>
      <w:r>
        <w:br/>
      </w:r>
      <w:r>
        <w:t xml:space="preserve">    (c) hello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</w:t>
      </w:r>
      <w:r>
        <w:br/>
      </w:r>
      <w:r>
        <w:t xml:space="preserve">    (b) embarrassment</w:t>
      </w:r>
      <w:r>
        <w:br/>
      </w:r>
      <w:r>
        <w:t xml:space="preserve">    (c)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young</w:t>
      </w:r>
      <w:r>
        <w:br/>
      </w:r>
      <w:r>
        <w:t xml:space="preserve">    (b) unassertive</w:t>
      </w:r>
      <w:r>
        <w:br/>
      </w:r>
      <w:r>
        <w:t xml:space="preserve">    (c) argumentative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discerning</w:t>
      </w:r>
      <w:r>
        <w:rPr>
          <w:b/>
          <w:bCs/>
        </w:rPr>
        <w:t xml:space="preserve"> </w:t>
      </w:r>
      <w:r>
        <w:rPr>
          <w:b/>
          <w:bCs/>
        </w:rPr>
        <w:t xml:space="preserve">eye for talent.</w:t>
      </w:r>
      <w:r>
        <w:br/>
      </w:r>
      <w:r>
        <w:t xml:space="preserve">    (a) having good energy</w:t>
      </w:r>
      <w:r>
        <w:br/>
      </w:r>
      <w:r>
        <w:t xml:space="preserve">    (b) having good judgment</w:t>
      </w:r>
      <w:r>
        <w:br/>
      </w:r>
      <w:r>
        <w:t xml:space="preserve">    (c) having good fun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will split everything between the children, but left no instructions regarding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 </w:t>
      </w:r>
      <w:r>
        <w:rPr>
          <w:b/>
          <w:bCs/>
        </w:rPr>
        <w:t xml:space="preserve">of her home and art.</w:t>
      </w:r>
      <w:r>
        <w:br/>
      </w:r>
      <w:r>
        <w:t xml:space="preserve">    (a) the transfer of ownership</w:t>
      </w:r>
      <w:r>
        <w:br/>
      </w:r>
      <w:r>
        <w:t xml:space="preserve">    (b) preservation</w:t>
      </w:r>
      <w:r>
        <w:br/>
      </w:r>
      <w:r>
        <w:t xml:space="preserve">    (c) refurbishing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a tight deadline, but the entire company is at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.</w:t>
      </w:r>
      <w:r>
        <w:br/>
      </w:r>
      <w:r>
        <w:t xml:space="preserve">    (a) command</w:t>
      </w:r>
      <w:r>
        <w:br/>
      </w:r>
      <w:r>
        <w:t xml:space="preserve">    (b) office</w:t>
      </w:r>
      <w:r>
        <w:br/>
      </w:r>
      <w:r>
        <w:t xml:space="preserve">    (c) mercy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that country, you are unlikely to find an official who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disposed</w:t>
      </w:r>
      <w:r>
        <w:rPr>
          <w:b/>
          <w:bCs/>
        </w:rPr>
        <w:t xml:space="preserve"> </w:t>
      </w:r>
      <w:r>
        <w:rPr>
          <w:b/>
          <w:bCs/>
        </w:rPr>
        <w:t xml:space="preserve">to help you unless you offer a bribe.</w:t>
      </w:r>
      <w:r>
        <w:br/>
      </w:r>
      <w:r>
        <w:t xml:space="preserve">    (a) able</w:t>
      </w:r>
      <w:r>
        <w:br/>
      </w:r>
      <w:r>
        <w:t xml:space="preserve">    (b) inclined</w:t>
      </w:r>
      <w:r>
        <w:br/>
      </w:r>
      <w:r>
        <w:t xml:space="preserve">    (c) ordered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see if her cheerful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continues when she's tired and under stress.</w:t>
      </w:r>
      <w:r>
        <w:br/>
      </w:r>
      <w:r>
        <w:t xml:space="preserve">    (a) team</w:t>
      </w:r>
      <w:r>
        <w:br/>
      </w:r>
      <w:r>
        <w:t xml:space="preserve">    (b) personality</w:t>
      </w:r>
      <w:r>
        <w:br/>
      </w:r>
      <w:r>
        <w:t xml:space="preserve">    (c) generosity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troops done in a strategic manner?</w:t>
      </w:r>
      <w:r>
        <w:br/>
      </w:r>
      <w:r>
        <w:t xml:space="preserve">    (a) withdrawal</w:t>
      </w:r>
      <w:r>
        <w:br/>
      </w:r>
      <w:r>
        <w:t xml:space="preserve">    (b) training</w:t>
      </w:r>
      <w:r>
        <w:br/>
      </w:r>
      <w:r>
        <w:t xml:space="preserve">    (c) positioning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not enough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enumerate</w:t>
      </w:r>
      <w:r>
        <w:rPr>
          <w:b/>
          <w:bCs/>
        </w:rPr>
        <w:t xml:space="preserve"> </w:t>
      </w:r>
      <w:r>
        <w:rPr>
          <w:b/>
          <w:bCs/>
        </w:rPr>
        <w:t xml:space="preserve">all of her accomplishments.</w:t>
      </w:r>
      <w:r>
        <w:br/>
      </w:r>
      <w:r>
        <w:t xml:space="preserve">    (a) list</w:t>
      </w:r>
      <w:r>
        <w:br/>
      </w:r>
      <w:r>
        <w:t xml:space="preserve">    (b) follow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important to her future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felicity</w:t>
      </w:r>
      <w:r>
        <w:rPr>
          <w:b/>
          <w:bCs/>
        </w:rPr>
        <w:t xml:space="preserve">.</w:t>
      </w:r>
      <w:r>
        <w:br/>
      </w:r>
      <w:r>
        <w:t xml:space="preserve">    (a) career</w:t>
      </w:r>
      <w:r>
        <w:br/>
      </w:r>
      <w:r>
        <w:t xml:space="preserve">    (b) happiness</w:t>
      </w:r>
      <w:r>
        <w:br/>
      </w:r>
      <w:r>
        <w:t xml:space="preserve">    (c) 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investigation paints a portrait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impropriety</w:t>
      </w:r>
      <w:r>
        <w:rPr>
          <w:b/>
          <w:bCs/>
        </w:rPr>
        <w:t xml:space="preserve">.</w:t>
      </w:r>
      <w:r>
        <w:br/>
      </w:r>
      <w:r>
        <w:t xml:space="preserve">    (a) false rumors</w:t>
      </w:r>
      <w:r>
        <w:br/>
      </w:r>
      <w:r>
        <w:t xml:space="preserve">    (b) foolishness</w:t>
      </w:r>
      <w:r>
        <w:br/>
      </w:r>
      <w:r>
        <w:t xml:space="preserve">    (c) inappropriate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available from prior research</w:t>
      </w:r>
      <w:r>
        <w:br/>
      </w:r>
      <w:r>
        <w:t xml:space="preserve">    (b) including even small considerations</w:t>
      </w:r>
      <w:r>
        <w:br/>
      </w:r>
      <w:r>
        <w:t xml:space="preserve">    (c) quickly eliminated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sanguine</w:t>
      </w:r>
      <w:r>
        <w:rPr>
          <w:b/>
          <w:bCs/>
        </w:rPr>
        <w:t xml:space="preserve"> </w:t>
      </w:r>
      <w:r>
        <w:rPr>
          <w:b/>
          <w:bCs/>
        </w:rPr>
        <w:t xml:space="preserve">reports point to an alarming trend.</w:t>
      </w:r>
      <w:r>
        <w:br/>
      </w:r>
      <w:r>
        <w:t xml:space="preserve">    (a) thorough</w:t>
      </w:r>
      <w:r>
        <w:br/>
      </w:r>
      <w:r>
        <w:t xml:space="preserve">    (b) pessimistic</w:t>
      </w:r>
      <w:r>
        <w:br/>
      </w:r>
      <w:r>
        <w:t xml:space="preserve">    (c) optimistic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firmness of purpose</w:t>
      </w:r>
      <w:r>
        <w:br/>
      </w:r>
      <w:r>
        <w:t xml:space="preserve">    (b) principles that discourage certain kinds of action</w:t>
      </w:r>
      <w:r>
        <w:br/>
      </w:r>
      <w:r>
        <w:t xml:space="preserve">    (c) known facts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in the world have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subsist</w:t>
      </w:r>
      <w:r>
        <w:rPr>
          <w:b/>
          <w:bCs/>
        </w:rPr>
        <w:t xml:space="preserve"> </w:t>
      </w:r>
      <w:r>
        <w:rPr>
          <w:b/>
          <w:bCs/>
        </w:rPr>
        <w:t xml:space="preserve">on $1 a day.</w:t>
      </w:r>
      <w:r>
        <w:br/>
      </w:r>
      <w:r>
        <w:t xml:space="preserve">    (a) grow</w:t>
      </w:r>
      <w:r>
        <w:br/>
      </w:r>
      <w:r>
        <w:t xml:space="preserve">    (b) survive</w:t>
      </w:r>
      <w:r>
        <w:br/>
      </w:r>
      <w:r>
        <w:t xml:space="preserve">    (c) thrive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unsupportable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computer program</w:t>
      </w:r>
      <w:r>
        <w:br/>
      </w:r>
      <w:r>
        <w:t xml:space="preserve">    (b) expense</w:t>
      </w:r>
      <w:r>
        <w:br/>
      </w:r>
      <w:r>
        <w:t xml:space="preserve">    (c)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her over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</w:t>
      </w:r>
      <w:r>
        <w:rPr>
          <w:b/>
          <w:bCs/>
        </w:rPr>
        <w:t xml:space="preserve">.</w:t>
      </w:r>
      <w:r>
        <w:br/>
      </w:r>
      <w:r>
        <w:t xml:space="preserve">    (a) loud machinery</w:t>
      </w:r>
      <w:r>
        <w:br/>
      </w:r>
      <w:r>
        <w:t xml:space="preserve">    (b) loud unpleasant music</w:t>
      </w:r>
      <w:r>
        <w:br/>
      </w:r>
      <w:r>
        <w:t xml:space="preserve">    (c) loud disorderly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lucky to survive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tumultuous</w:t>
      </w:r>
      <w:r>
        <w:rPr>
          <w:b/>
          <w:bCs/>
        </w:rPr>
        <w:t xml:space="preserve"> </w:t>
      </w:r>
      <w:r>
        <w:rPr>
          <w:b/>
          <w:bCs/>
        </w:rPr>
        <w:t xml:space="preserve">years of my youth.</w:t>
      </w:r>
      <w:r>
        <w:br/>
      </w:r>
      <w:r>
        <w:t xml:space="preserve">    (a) turbulent</w:t>
      </w:r>
      <w:r>
        <w:br/>
      </w:r>
      <w:r>
        <w:t xml:space="preserve">    (b) strict</w:t>
      </w:r>
      <w:r>
        <w:br/>
      </w:r>
      <w:r>
        <w:t xml:space="preserve">    (c) innocent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2026-07-31T14:21:57Z</dcterms:created>
  <dcterms:modified xsi:type="dcterms:W3CDTF">2026-07-31T14:21:57Z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