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c41b23410d1b32723a298748520b79c6c851bf"/>
    <w:p>
      <w:pPr>
        <w:pStyle w:val="Heading1"/>
      </w:pPr>
      <w:r>
        <w:rPr>
          <w:b/>
          <w:bCs/>
        </w:rPr>
        <w:t xml:space="preserve">Pride and Prejudice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truth universally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acknowledged</w:t>
      </w:r>
      <w:r>
        <w:rPr>
          <w:b/>
          <w:bCs/>
        </w:rPr>
        <w:t xml:space="preserve">, that a single man in possession of a good fortune, must be in want of a wife.</w:t>
      </w:r>
      <w:r>
        <w:br/>
      </w:r>
      <w:r>
        <w:t xml:space="preserve">    (a) recognized</w:t>
      </w:r>
      <w:r>
        <w:br/>
      </w:r>
      <w:r>
        <w:t xml:space="preserve">    (b) doubted</w:t>
      </w:r>
      <w:r>
        <w:br/>
      </w:r>
      <w:r>
        <w:t xml:space="preserve">    (c) debated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...till catching her eye, he withdrew his own and coldly said: "She is tolerable, but not handsome enough to tempt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me</w:t>
      </w:r>
      <w:r>
        <w:rPr>
          <w:b/>
          <w:bCs/>
        </w:rPr>
        <w:t xml:space="preserve">; I am in no humour at present to give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to young ladies who are slighted by other men."</w:t>
      </w:r>
      <w:r>
        <w:br/>
      </w:r>
      <w:r>
        <w:t xml:space="preserve">    (a) disappointment</w:t>
      </w:r>
      <w:r>
        <w:br/>
      </w:r>
      <w:r>
        <w:t xml:space="preserve">    (b) significance</w:t>
      </w:r>
      <w:r>
        <w:br/>
      </w:r>
      <w:r>
        <w:t xml:space="preserve">    (c) comfort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it is, that Lady Lucas will have a daughter married before I have, and that the Longbourn estate is just as much entailed as ever.</w:t>
      </w:r>
      <w:r>
        <w:br/>
      </w:r>
      <w:r>
        <w:t xml:space="preserve">    (a) rule</w:t>
      </w:r>
      <w:r>
        <w:br/>
      </w:r>
      <w:r>
        <w:t xml:space="preserve">    (b) belief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easily forgive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</w:rPr>
        <w:t xml:space="preserve">pride, if he had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mortified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mine</w:t>
      </w:r>
      <w:r>
        <w:rPr>
          <w:b/>
          <w:bCs/>
        </w:rPr>
        <w:t xml:space="preserve">.</w:t>
      </w:r>
      <w:r>
        <w:br/>
      </w:r>
      <w:r>
        <w:t xml:space="preserve">    (a) noticed</w:t>
      </w:r>
      <w:r>
        <w:br/>
      </w:r>
      <w:r>
        <w:t xml:space="preserve">    (b) inflated</w:t>
      </w:r>
      <w:r>
        <w:br/>
      </w:r>
      <w:r>
        <w:t xml:space="preserve">    (c) embarrassed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her regard for him, he must be a simpleton, indeed, not to discover it too.</w:t>
      </w:r>
      <w:r>
        <w:br/>
      </w:r>
      <w:r>
        <w:t xml:space="preserve">    (a) notice</w:t>
      </w:r>
      <w:r>
        <w:br/>
      </w:r>
      <w:r>
        <w:t xml:space="preserve">    (b) decrease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 sooner had he made it clear to himself and his friends that she hardly had a good feature in her face, than he began to find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 </w:t>
      </w:r>
      <w:r>
        <w:rPr>
          <w:b/>
          <w:bCs/>
        </w:rPr>
        <w:t xml:space="preserve">uncommonly intelligent by the beautiful expression of her dark eyes.</w:t>
      </w:r>
      <w:r>
        <w:br/>
      </w:r>
      <w:r>
        <w:t xml:space="preserve">    (a) made</w:t>
      </w:r>
      <w:r>
        <w:br/>
      </w:r>
      <w:r>
        <w:t xml:space="preserve">    (b) lost</w:t>
      </w:r>
      <w:r>
        <w:br/>
      </w:r>
      <w:r>
        <w:t xml:space="preserve">    (c) replaced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 a very satirical eye, and if I do not begin by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impertinent</w:t>
      </w:r>
      <w:r>
        <w:rPr>
          <w:b/>
          <w:bCs/>
        </w:rPr>
        <w:t xml:space="preserve"> </w:t>
      </w:r>
      <w:r>
        <w:rPr>
          <w:b/>
          <w:bCs/>
        </w:rPr>
        <w:t xml:space="preserve">myself, I shall soon grow afraid of him.</w:t>
      </w:r>
      <w:r>
        <w:br/>
      </w:r>
      <w:r>
        <w:t xml:space="preserve">    (a) rude</w:t>
      </w:r>
      <w:r>
        <w:br/>
      </w:r>
      <w:r>
        <w:t xml:space="preserve">    (b) distant</w:t>
      </w:r>
      <w:r>
        <w:br/>
      </w:r>
      <w:r>
        <w:t xml:space="preserve">    (c) humorous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 do not die of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colds.</w:t>
      </w:r>
      <w:r>
        <w:br/>
      </w:r>
      <w:r>
        <w:t xml:space="preserve">    (a) important</w:t>
      </w:r>
      <w:r>
        <w:br/>
      </w:r>
      <w:r>
        <w:t xml:space="preserve">    (b) unimportant</w:t>
      </w:r>
      <w:r>
        <w:br/>
      </w:r>
      <w:r>
        <w:t xml:space="preserve">    (c)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are too generous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 with</w:t>
      </w:r>
      <w:r>
        <w:rPr>
          <w:b/>
          <w:bCs/>
        </w:rPr>
        <w:t xml:space="preserve"> </w:t>
      </w:r>
      <w:r>
        <w:rPr>
          <w:b/>
          <w:bCs/>
        </w:rPr>
        <w:t xml:space="preserve">me. If your feelings are still what they were last April, tell me so at once.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My</w:t>
      </w:r>
      <w:r>
        <w:rPr>
          <w:b/>
          <w:bCs/>
        </w:rPr>
        <w:t xml:space="preserve"> </w:t>
      </w:r>
      <w:r>
        <w:rPr>
          <w:b/>
          <w:bCs/>
        </w:rPr>
        <w:t xml:space="preserve">affections and wishes are unchanged, but one word from you will silence me on this subject for ever.</w:t>
      </w:r>
      <w:r>
        <w:br/>
      </w:r>
      <w:r>
        <w:t xml:space="preserve">    (a) toy (treat lightly)</w:t>
      </w:r>
      <w:r>
        <w:br/>
      </w:r>
      <w:r>
        <w:t xml:space="preserve">    (b) scold (criticize)</w:t>
      </w:r>
      <w:r>
        <w:br/>
      </w:r>
      <w:r>
        <w:t xml:space="preserve">    (c) bore (with details)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deserve neither such praise nor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," cried Elizabeth; "I am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not</w:t>
      </w:r>
      <w:r>
        <w:rPr>
          <w:b/>
          <w:bCs/>
        </w:rPr>
        <w:t xml:space="preserve"> </w:t>
      </w:r>
      <w:r>
        <w:rPr>
          <w:b/>
          <w:bCs/>
        </w:rPr>
        <w:t xml:space="preserve">a great reader, and I have pleasure in many things."</w:t>
      </w:r>
      <w:r>
        <w:br/>
      </w:r>
      <w:r>
        <w:t xml:space="preserve">    (a) admiration</w:t>
      </w:r>
      <w:r>
        <w:br/>
      </w:r>
      <w:r>
        <w:t xml:space="preserve">    (b) criticism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liked him too little to care for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.</w:t>
      </w:r>
      <w:r>
        <w:br/>
      </w:r>
      <w:r>
        <w:t xml:space="preserve">    (a) appearance</w:t>
      </w:r>
      <w:r>
        <w:br/>
      </w:r>
      <w:r>
        <w:t xml:space="preserve">    (b) approval</w:t>
      </w:r>
      <w:r>
        <w:br/>
      </w:r>
      <w:r>
        <w:t xml:space="preserve">    (c) discussion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And, if I may mention so delicate a subject,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check that little something, bordering on conceit and impertinence, which your lady possesses.</w:t>
      </w:r>
      <w:r>
        <w:br/>
      </w:r>
      <w:r>
        <w:t xml:space="preserve">    (a) avoid</w:t>
      </w:r>
      <w:r>
        <w:br/>
      </w:r>
      <w:r>
        <w:t xml:space="preserve">    (b) try</w:t>
      </w:r>
      <w:r>
        <w:br/>
      </w:r>
      <w:r>
        <w:t xml:space="preserve">    (c) promise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Pray, my dear aunt, what is the difference in matrimonial affairs, between the mercenary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prudent</w:t>
      </w:r>
      <w:r>
        <w:rPr>
          <w:b/>
          <w:bCs/>
        </w:rPr>
        <w:t xml:space="preserve"> </w:t>
      </w:r>
      <w:r>
        <w:rPr>
          <w:b/>
          <w:bCs/>
        </w:rPr>
        <w:t xml:space="preserve">motive?</w:t>
      </w:r>
      <w:r>
        <w:br/>
      </w:r>
      <w:r>
        <w:t xml:space="preserve">    (a) romantic</w:t>
      </w:r>
      <w:r>
        <w:br/>
      </w:r>
      <w:r>
        <w:t xml:space="preserve">    (b) practical</w:t>
      </w:r>
      <w:r>
        <w:br/>
      </w:r>
      <w:r>
        <w:t xml:space="preserve">    (c)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work in this garden was one of his most respectable pleasures; and Elizabeth admired the command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which Charlotte talked of the healthfulness of the exercise, and owned she encouraged it as much as possible.</w:t>
      </w:r>
      <w:r>
        <w:br/>
      </w:r>
      <w:r>
        <w:t xml:space="preserve">    (a) face</w:t>
      </w:r>
      <w:r>
        <w:br/>
      </w:r>
      <w:r>
        <w:t xml:space="preserve">    (b) understanding</w:t>
      </w:r>
      <w:r>
        <w:br/>
      </w:r>
      <w:r>
        <w:t xml:space="preserve">    (c) patience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taking her home, and affording her their personal protection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, is such a sacrifice to her advantage as years of gratitude cannot enough acknowledge.</w:t>
      </w:r>
      <w:r>
        <w:br/>
      </w:r>
      <w:r>
        <w:t xml:space="preserve">    (a) support</w:t>
      </w:r>
      <w:r>
        <w:br/>
      </w:r>
      <w:r>
        <w:t xml:space="preserve">    (b) face</w:t>
      </w:r>
      <w:r>
        <w:br/>
      </w:r>
      <w:r>
        <w:t xml:space="preserve">    (c) advice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"In what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</w:t>
      </w:r>
      <w:r>
        <w:rPr>
          <w:b/>
          <w:bCs/>
        </w:rPr>
        <w:t xml:space="preserve"> </w:t>
      </w:r>
      <w:r>
        <w:rPr>
          <w:b/>
          <w:bCs/>
        </w:rPr>
        <w:t xml:space="preserve">light does this place him!" thought Elizabeth.</w:t>
      </w:r>
      <w:r>
        <w:br/>
      </w:r>
      <w:r>
        <w:t xml:space="preserve">    (a) favorable</w:t>
      </w:r>
      <w:r>
        <w:br/>
      </w:r>
      <w:r>
        <w:t xml:space="preserve">    (b) disrespectful</w:t>
      </w:r>
      <w:r>
        <w:br/>
      </w:r>
      <w:r>
        <w:t xml:space="preserve">    (c) honest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saw him thus seeking the acquaintance and courting the good opinion of people with whom any intercourse a few months ago would have been a disgrace—...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recollected</w:t>
      </w:r>
      <w:r>
        <w:rPr>
          <w:b/>
          <w:bCs/>
        </w:rPr>
        <w:t xml:space="preserve"> </w:t>
      </w:r>
      <w:r>
        <w:rPr>
          <w:b/>
          <w:bCs/>
        </w:rPr>
        <w:t xml:space="preserve">their last lively scene in Hunsford Parsonage—the difference, the change was so great, and struck so forcibly on her mind, that she could hardly restrain her astonishment from being visible.</w:t>
      </w:r>
      <w:r>
        <w:br/>
      </w:r>
      <w:r>
        <w:t xml:space="preserve">    (a) remembered</w:t>
      </w:r>
      <w:r>
        <w:br/>
      </w:r>
      <w:r>
        <w:t xml:space="preserve">    (b) predicted</w:t>
      </w:r>
      <w:r>
        <w:br/>
      </w:r>
      <w:r>
        <w:t xml:space="preserve">    (c) forgot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am quite well; I am only distressed by some dreadful news which I have just received from Longbourn."</w:t>
      </w:r>
      <w:r>
        <w:br/>
      </w:r>
      <w:r>
        <w:rPr>
          <w:b/>
          <w:bCs/>
        </w:rPr>
        <w:t xml:space="preserve">She burst into tears 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alluded</w:t>
      </w:r>
      <w:r>
        <w:rPr>
          <w:b/>
          <w:bCs/>
        </w:rPr>
        <w:t xml:space="preserve"> </w:t>
      </w:r>
      <w:r>
        <w:rPr>
          <w:b/>
          <w:bCs/>
        </w:rPr>
        <w:t xml:space="preserve">to it, and for a few minutes could not speak another word.</w:t>
      </w:r>
      <w:r>
        <w:br/>
      </w:r>
      <w:r>
        <w:t xml:space="preserve">    (a) referred</w:t>
      </w:r>
      <w:r>
        <w:br/>
      </w:r>
      <w:r>
        <w:t xml:space="preserve">    (b) avoided</w:t>
      </w:r>
      <w:r>
        <w:br/>
      </w:r>
      <w:r>
        <w:t xml:space="preserve">    (c) remembered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Mr. Gardiner could not be seen, and Mr. Darcy found, on further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, that your father was still with him, but would quit town the next morning.</w:t>
      </w:r>
      <w:r>
        <w:br/>
      </w:r>
      <w:r>
        <w:t xml:space="preserve">    (a) investigation</w:t>
      </w:r>
      <w:r>
        <w:br/>
      </w:r>
      <w:r>
        <w:t xml:space="preserve">    (b) distance</w:t>
      </w:r>
      <w:r>
        <w:br/>
      </w:r>
      <w:r>
        <w:t xml:space="preserve">    (c) passage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given good principles, but left to follow them in pride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</w:t>
      </w:r>
      <w:r>
        <w:rPr>
          <w:b/>
          <w:bCs/>
        </w:rPr>
        <w:t xml:space="preserve">.</w:t>
      </w:r>
      <w:r>
        <w:br/>
      </w:r>
      <w:r>
        <w:t xml:space="preserve">    (a) encouragement</w:t>
      </w:r>
      <w:r>
        <w:br/>
      </w:r>
      <w:r>
        <w:t xml:space="preserve">    (b) ignorance</w:t>
      </w:r>
      <w:r>
        <w:br/>
      </w:r>
      <w:r>
        <w:t xml:space="preserve">    (c) arrogance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2026-07-31T14:21:57Z</dcterms:created>
  <dcterms:modified xsi:type="dcterms:W3CDTF">2026-07-31T14:21:57Z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