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ae3e78974bdbff5a0624d971156ca4ddb17d2af"/>
    <w:p>
      <w:pPr>
        <w:pStyle w:val="Heading1"/>
      </w:pPr>
      <w:r>
        <w:rPr>
          <w:b/>
          <w:bCs/>
        </w:rPr>
        <w:t xml:space="preserve">Pride and Prejudice</w:t>
      </w:r>
      <w:r>
        <w:br/>
      </w:r>
      <w:r>
        <w:rPr>
          <w:i/>
          <w:iCs/>
        </w:rPr>
        <w:t xml:space="preserve">Jane Austen</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 astonishment of the ladies was just what he wished; that of Mrs. Bennet perhaps surpassing the rest; though, when the first</w:t>
      </w:r>
      <w:r>
        <w:rPr>
          <w:b/>
          <w:bCs/>
        </w:rPr>
        <w:t xml:space="preserve"> </w:t>
      </w:r>
      <w:r>
        <w:rPr>
          <w:b/>
          <w:bCs/>
          <w:u w:val="single"/>
        </w:rPr>
        <w:t xml:space="preserve">tumult</w:t>
      </w:r>
      <w:r>
        <w:rPr>
          <w:b/>
          <w:bCs/>
        </w:rPr>
        <w:t xml:space="preserve"> </w:t>
      </w:r>
      <w:r>
        <w:rPr>
          <w:b/>
          <w:bCs/>
        </w:rPr>
        <w:t xml:space="preserve">of joy was over, she began to declare that it was what she had expected all the while.</w:t>
      </w:r>
      <w:r>
        <w:br/>
      </w:r>
      <w:r>
        <w:t xml:space="preserve">    (a) hinted whispers</w:t>
      </w:r>
      <w:r>
        <w:br/>
      </w:r>
      <w:r>
        <w:t xml:space="preserve">    (b) joyful sounds</w:t>
      </w:r>
      <w:r>
        <w:br/>
      </w:r>
      <w:r>
        <w:t xml:space="preserve">    (c) noisy outburst</w:t>
      </w:r>
    </w:p>
    <w:p>
      <w:pPr>
        <w:pStyle w:val="Compact"/>
        <w:numPr>
          <w:ilvl w:val="0"/>
          <w:numId w:val="1001"/>
        </w:numPr>
      </w:pPr>
      <w:r>
        <w:rPr>
          <w:b/>
          <w:bCs/>
        </w:rPr>
        <w:t xml:space="preserve">The</w:t>
      </w:r>
      <w:r>
        <w:rPr>
          <w:b/>
          <w:bCs/>
        </w:rPr>
        <w:t xml:space="preserve"> </w:t>
      </w:r>
      <w:r>
        <w:rPr>
          <w:b/>
          <w:bCs/>
          <w:u w:val="single"/>
        </w:rPr>
        <w:t xml:space="preserve">tumult</w:t>
      </w:r>
      <w:r>
        <w:rPr>
          <w:b/>
          <w:bCs/>
        </w:rPr>
        <w:t xml:space="preserve"> </w:t>
      </w:r>
      <w:r>
        <w:rPr>
          <w:b/>
          <w:bCs/>
        </w:rPr>
        <w:t xml:space="preserve">of her mind, was now painfully great.</w:t>
      </w:r>
      <w:r>
        <w:br/>
      </w:r>
      <w:r>
        <w:t xml:space="preserve">    (a) confusion</w:t>
      </w:r>
      <w:r>
        <w:br/>
      </w:r>
      <w:r>
        <w:t xml:space="preserve">    (b) weariness</w:t>
      </w:r>
      <w:r>
        <w:br/>
      </w:r>
      <w:r>
        <w:t xml:space="preserve">    (c) headache</w:t>
      </w:r>
    </w:p>
    <w:p>
      <w:pPr>
        <w:pStyle w:val="Compact"/>
        <w:numPr>
          <w:ilvl w:val="0"/>
          <w:numId w:val="1001"/>
        </w:numPr>
      </w:pPr>
      <w:r>
        <w:rPr>
          <w:b/>
          <w:bCs/>
        </w:rPr>
        <w:t xml:space="preserve">Happiness in marriage is entirely a matter of chance. If the dispositions of the parties are ever so well known to each other or ever so similar beforehand, it does not advance their</w:t>
      </w:r>
      <w:r>
        <w:rPr>
          <w:b/>
          <w:bCs/>
        </w:rPr>
        <w:t xml:space="preserve"> </w:t>
      </w:r>
      <w:r>
        <w:rPr>
          <w:b/>
          <w:bCs/>
          <w:u w:val="single"/>
        </w:rPr>
        <w:t xml:space="preserve">felicity</w:t>
      </w:r>
      <w:r>
        <w:rPr>
          <w:b/>
          <w:bCs/>
        </w:rPr>
        <w:t xml:space="preserve"> </w:t>
      </w:r>
      <w:r>
        <w:rPr>
          <w:b/>
          <w:bCs/>
        </w:rPr>
        <w:t xml:space="preserve">in the least.</w:t>
      </w:r>
      <w:r>
        <w:br/>
      </w:r>
      <w:r>
        <w:t xml:space="preserve">    (a) happiness</w:t>
      </w:r>
      <w:r>
        <w:br/>
      </w:r>
      <w:r>
        <w:t xml:space="preserve">    (b) similarity</w:t>
      </w:r>
      <w:r>
        <w:br/>
      </w:r>
      <w:r>
        <w:t xml:space="preserve">    (c) understanding</w:t>
      </w:r>
    </w:p>
    <w:p>
      <w:pPr>
        <w:pStyle w:val="Compact"/>
        <w:numPr>
          <w:ilvl w:val="0"/>
          <w:numId w:val="1001"/>
        </w:numPr>
      </w:pPr>
      <w:r>
        <w:rPr>
          <w:b/>
          <w:bCs/>
        </w:rPr>
        <w:t xml:space="preserve">She could only imagine, however, at last that she drew his notice because there was something more wrong and reprehensible, according to his ideas of right, than in any other person present. The</w:t>
      </w:r>
      <w:r>
        <w:rPr>
          <w:b/>
          <w:bCs/>
        </w:rPr>
        <w:t xml:space="preserve"> </w:t>
      </w:r>
      <w:r>
        <w:rPr>
          <w:b/>
          <w:bCs/>
          <w:u w:val="single"/>
        </w:rPr>
        <w:t xml:space="preserve">supposition</w:t>
      </w:r>
      <w:r>
        <w:rPr>
          <w:b/>
          <w:bCs/>
        </w:rPr>
        <w:t xml:space="preserve"> </w:t>
      </w:r>
      <w:r>
        <w:rPr>
          <w:b/>
          <w:bCs/>
        </w:rPr>
        <w:t xml:space="preserve">did not pain her. She liked him too little to care for his approbation.</w:t>
      </w:r>
      <w:r>
        <w:br/>
      </w:r>
      <w:r>
        <w:t xml:space="preserve">    (a) insult</w:t>
      </w:r>
      <w:r>
        <w:br/>
      </w:r>
      <w:r>
        <w:t xml:space="preserve">    (b) assumption</w:t>
      </w:r>
      <w:r>
        <w:br/>
      </w:r>
      <w:r>
        <w:t xml:space="preserve">    (c) confusion</w:t>
      </w:r>
    </w:p>
    <w:p>
      <w:pPr>
        <w:pStyle w:val="Compact"/>
        <w:numPr>
          <w:ilvl w:val="0"/>
          <w:numId w:val="1001"/>
        </w:numPr>
      </w:pPr>
      <w:r>
        <w:rPr>
          <w:b/>
          <w:bCs/>
        </w:rPr>
        <w:t xml:space="preserve">...and all Mr. Collins's</w:t>
      </w:r>
      <w:r>
        <w:rPr>
          <w:b/>
          <w:bCs/>
        </w:rPr>
        <w:t xml:space="preserve"> </w:t>
      </w:r>
      <w:r>
        <w:rPr>
          <w:b/>
          <w:bCs/>
          <w:u w:val="single"/>
        </w:rPr>
        <w:t xml:space="preserve">scruples</w:t>
      </w:r>
      <w:r>
        <w:rPr>
          <w:b/>
          <w:bCs/>
        </w:rPr>
        <w:t xml:space="preserve"> </w:t>
      </w:r>
      <w:r>
        <w:rPr>
          <w:b/>
          <w:bCs/>
        </w:rPr>
        <w:t xml:space="preserve">of leaving Mr. and Mrs. Bennet for a single evening during his visit were most steadily resisted,</w:t>
      </w:r>
      <w:r>
        <w:br/>
      </w:r>
      <w:r>
        <w:t xml:space="preserve">    (a) principle-driven desire</w:t>
      </w:r>
      <w:r>
        <w:br/>
      </w:r>
      <w:r>
        <w:t xml:space="preserve">    (b) principle-driven hesitations</w:t>
      </w:r>
      <w:r>
        <w:br/>
      </w:r>
      <w:r>
        <w:t xml:space="preserve">    (c) principle-driven eagerness</w:t>
      </w:r>
    </w:p>
    <w:p>
      <w:pPr>
        <w:pStyle w:val="Compact"/>
        <w:numPr>
          <w:ilvl w:val="0"/>
          <w:numId w:val="1001"/>
        </w:numPr>
      </w:pPr>
      <w:r>
        <w:rPr>
          <w:b/>
          <w:bCs/>
        </w:rPr>
        <w:t xml:space="preserve">It was an animating subject, and Mrs. Bennet seemed incapable of fatigue while</w:t>
      </w:r>
      <w:r>
        <w:rPr>
          <w:b/>
          <w:bCs/>
        </w:rPr>
        <w:t xml:space="preserve"> </w:t>
      </w:r>
      <w:r>
        <w:rPr>
          <w:b/>
          <w:bCs/>
          <w:u w:val="single"/>
        </w:rPr>
        <w:t xml:space="preserve">enumerating</w:t>
      </w:r>
      <w:r>
        <w:rPr>
          <w:b/>
          <w:bCs/>
        </w:rPr>
        <w:t xml:space="preserve"> </w:t>
      </w:r>
      <w:r>
        <w:rPr>
          <w:b/>
          <w:bCs/>
        </w:rPr>
        <w:t xml:space="preserve">the advantages of the match.</w:t>
      </w:r>
      <w:r>
        <w:br/>
      </w:r>
      <w:r>
        <w:t xml:space="preserve">    (a) listing</w:t>
      </w:r>
      <w:r>
        <w:br/>
      </w:r>
      <w:r>
        <w:t xml:space="preserve">    (b) ignoring</w:t>
      </w:r>
      <w:r>
        <w:br/>
      </w:r>
      <w:r>
        <w:t xml:space="preserve">    (c) exercising</w:t>
      </w:r>
    </w:p>
    <w:p>
      <w:pPr>
        <w:pStyle w:val="Compact"/>
        <w:numPr>
          <w:ilvl w:val="0"/>
          <w:numId w:val="1001"/>
        </w:numPr>
      </w:pPr>
      <w:r>
        <w:rPr>
          <w:b/>
          <w:bCs/>
        </w:rPr>
        <w:t xml:space="preserve">Sir William and Lady Lucas were speedily applied to for their consent; and it was bestowed with a most joyful</w:t>
      </w:r>
      <w:r>
        <w:rPr>
          <w:b/>
          <w:bCs/>
        </w:rPr>
        <w:t xml:space="preserve"> </w:t>
      </w:r>
      <w:r>
        <w:rPr>
          <w:b/>
          <w:bCs/>
          <w:u w:val="single"/>
        </w:rPr>
        <w:t xml:space="preserve">alacrity</w:t>
      </w:r>
      <w:r>
        <w:rPr>
          <w:b/>
          <w:bCs/>
        </w:rPr>
        <w:t xml:space="preserve">.</w:t>
      </w:r>
      <w:r>
        <w:br/>
      </w:r>
      <w:r>
        <w:t xml:space="preserve">    (a) hidden resentment</w:t>
      </w:r>
      <w:r>
        <w:br/>
      </w:r>
      <w:r>
        <w:t xml:space="preserve">    (b) firm respect</w:t>
      </w:r>
      <w:r>
        <w:br/>
      </w:r>
      <w:r>
        <w:t xml:space="preserve">    (c) cheerful eagerness</w:t>
      </w:r>
    </w:p>
    <w:p>
      <w:pPr>
        <w:pStyle w:val="Compact"/>
        <w:numPr>
          <w:ilvl w:val="0"/>
          <w:numId w:val="1001"/>
        </w:numPr>
      </w:pPr>
      <w:r>
        <w:rPr>
          <w:b/>
          <w:bCs/>
        </w:rPr>
        <w:t xml:space="preserve">Between Elizabeth and Charlotte there was a restraint which kept them mutually silent on the subject; and Elizabeth felt persuaded that no real confidence could ever</w:t>
      </w:r>
      <w:r>
        <w:rPr>
          <w:b/>
          <w:bCs/>
        </w:rPr>
        <w:t xml:space="preserve"> </w:t>
      </w:r>
      <w:r>
        <w:rPr>
          <w:b/>
          <w:bCs/>
          <w:u w:val="single"/>
        </w:rPr>
        <w:t xml:space="preserve">subsist</w:t>
      </w:r>
      <w:r>
        <w:rPr>
          <w:b/>
          <w:bCs/>
        </w:rPr>
        <w:t xml:space="preserve"> </w:t>
      </w:r>
      <w:r>
        <w:rPr>
          <w:b/>
          <w:bCs/>
        </w:rPr>
        <w:t xml:space="preserve">between them again.</w:t>
      </w:r>
      <w:r>
        <w:br/>
      </w:r>
      <w:r>
        <w:t xml:space="preserve">    (a) exist</w:t>
      </w:r>
      <w:r>
        <w:br/>
      </w:r>
      <w:r>
        <w:t xml:space="preserve">    (b) mix up</w:t>
      </w:r>
      <w:r>
        <w:br/>
      </w:r>
      <w:r>
        <w:t xml:space="preserve">    (c) add distance</w:t>
      </w:r>
    </w:p>
    <w:p>
      <w:pPr>
        <w:pStyle w:val="Compact"/>
        <w:numPr>
          <w:ilvl w:val="0"/>
          <w:numId w:val="1001"/>
        </w:numPr>
      </w:pPr>
      <w:r>
        <w:rPr>
          <w:b/>
          <w:bCs/>
        </w:rPr>
        <w:t xml:space="preserve">[Elizabeth] was more grieved than astonished to hear, in reply to her</w:t>
      </w:r>
      <w:r>
        <w:rPr>
          <w:b/>
          <w:bCs/>
        </w:rPr>
        <w:t xml:space="preserve"> </w:t>
      </w:r>
      <w:r>
        <w:rPr>
          <w:b/>
          <w:bCs/>
          <w:u w:val="single"/>
        </w:rPr>
        <w:t xml:space="preserve">minute</w:t>
      </w:r>
      <w:r>
        <w:rPr>
          <w:b/>
          <w:bCs/>
        </w:rPr>
        <w:t xml:space="preserve"> </w:t>
      </w:r>
      <w:r>
        <w:rPr>
          <w:b/>
          <w:bCs/>
        </w:rPr>
        <w:t xml:space="preserve">inquiries, that though Jane always struggled to support her spirits, there were periods of dejection.</w:t>
      </w:r>
      <w:r>
        <w:br/>
      </w:r>
      <w:r>
        <w:t xml:space="preserve">    (a) curious</w:t>
      </w:r>
      <w:r>
        <w:br/>
      </w:r>
      <w:r>
        <w:t xml:space="preserve">    (b) brief</w:t>
      </w:r>
      <w:r>
        <w:br/>
      </w:r>
      <w:r>
        <w:t xml:space="preserve">    (c) detailed</w:t>
      </w:r>
    </w:p>
    <w:p>
      <w:pPr>
        <w:pStyle w:val="Compact"/>
        <w:numPr>
          <w:ilvl w:val="0"/>
          <w:numId w:val="1001"/>
        </w:numPr>
      </w:pPr>
      <w:r>
        <w:rPr>
          <w:b/>
          <w:bCs/>
          <w:u w:val="single"/>
        </w:rPr>
        <w:t xml:space="preserve">Adieu</w:t>
      </w:r>
      <w:r>
        <w:rPr>
          <w:b/>
          <w:bCs/>
        </w:rPr>
        <w:t xml:space="preserve"> </w:t>
      </w:r>
      <w:r>
        <w:rPr>
          <w:b/>
          <w:bCs/>
        </w:rPr>
        <w:t xml:space="preserve">to disappointment and spleen.</w:t>
      </w:r>
      <w:r>
        <w:br/>
      </w:r>
      <w:r>
        <w:t xml:space="preserve">    (a) insult</w:t>
      </w:r>
      <w:r>
        <w:br/>
      </w:r>
      <w:r>
        <w:t xml:space="preserve">    (b) goodbye</w:t>
      </w:r>
      <w:r>
        <w:br/>
      </w:r>
      <w:r>
        <w:t xml:space="preserve">    (c) hello</w:t>
      </w:r>
    </w:p>
    <w:p>
      <w:pPr>
        <w:pStyle w:val="Compact"/>
        <w:numPr>
          <w:ilvl w:val="0"/>
          <w:numId w:val="1001"/>
        </w:numPr>
      </w:pPr>
      <w:r>
        <w:rPr>
          <w:b/>
          <w:bCs/>
        </w:rPr>
        <w:t xml:space="preserve">How despicably I have acted!... I, who have prided myself on my</w:t>
      </w:r>
      <w:r>
        <w:rPr>
          <w:b/>
          <w:bCs/>
        </w:rPr>
        <w:t xml:space="preserve"> </w:t>
      </w:r>
      <w:r>
        <w:rPr>
          <w:b/>
          <w:bCs/>
          <w:u w:val="single"/>
        </w:rPr>
        <w:t xml:space="preserve">discernment</w:t>
      </w:r>
      <w:r>
        <w:rPr>
          <w:b/>
          <w:bCs/>
        </w:rPr>
        <w:t xml:space="preserve">!... Had I been in love, I could not have been more wretchedly blind! But vanity, not love, has been my folly.</w:t>
      </w:r>
      <w:r>
        <w:br/>
      </w:r>
      <w:r>
        <w:t xml:space="preserve">    (a) good talent</w:t>
      </w:r>
      <w:r>
        <w:br/>
      </w:r>
      <w:r>
        <w:t xml:space="preserve">    (b) good friends</w:t>
      </w:r>
      <w:r>
        <w:br/>
      </w:r>
      <w:r>
        <w:t xml:space="preserve">    (c) good judgment</w:t>
      </w:r>
    </w:p>
    <w:p>
      <w:pPr>
        <w:pStyle w:val="Compact"/>
        <w:numPr>
          <w:ilvl w:val="0"/>
          <w:numId w:val="1001"/>
        </w:numPr>
      </w:pPr>
      <w:r>
        <w:rPr>
          <w:b/>
          <w:bCs/>
        </w:rPr>
        <w:t xml:space="preserve">...as she considered that Jane's disappointment had in fact been the work of her nearest relations, and reflected how materially the credit of both must be hurt by such</w:t>
      </w:r>
      <w:r>
        <w:rPr>
          <w:b/>
          <w:bCs/>
        </w:rPr>
        <w:t xml:space="preserve"> </w:t>
      </w:r>
      <w:r>
        <w:rPr>
          <w:b/>
          <w:bCs/>
          <w:u w:val="single"/>
        </w:rPr>
        <w:t xml:space="preserve">impropriety</w:t>
      </w:r>
      <w:r>
        <w:rPr>
          <w:b/>
          <w:bCs/>
        </w:rPr>
        <w:t xml:space="preserve"> </w:t>
      </w:r>
      <w:r>
        <w:rPr>
          <w:b/>
          <w:bCs/>
        </w:rPr>
        <w:t xml:space="preserve">of conduct, she felt depressed beyond anything she had ever known before.</w:t>
      </w:r>
      <w:r>
        <w:br/>
      </w:r>
      <w:r>
        <w:t xml:space="preserve">    (a) carefulness</w:t>
      </w:r>
      <w:r>
        <w:br/>
      </w:r>
      <w:r>
        <w:t xml:space="preserve">    (b) inappropriateness</w:t>
      </w:r>
      <w:r>
        <w:br/>
      </w:r>
      <w:r>
        <w:t xml:space="preserve">    (c) difficulty</w:t>
      </w:r>
    </w:p>
    <w:p>
      <w:pPr>
        <w:pStyle w:val="Compact"/>
        <w:numPr>
          <w:ilvl w:val="0"/>
          <w:numId w:val="1001"/>
        </w:numPr>
      </w:pPr>
      <w:r>
        <w:rPr>
          <w:b/>
          <w:bCs/>
        </w:rPr>
        <w:t xml:space="preserve">She felt anew the justice of Mr. Darcy's objections; and never had she been so much</w:t>
      </w:r>
      <w:r>
        <w:rPr>
          <w:b/>
          <w:bCs/>
        </w:rPr>
        <w:t xml:space="preserve"> </w:t>
      </w:r>
      <w:r>
        <w:rPr>
          <w:b/>
          <w:bCs/>
          <w:u w:val="single"/>
        </w:rPr>
        <w:t xml:space="preserve">disposed</w:t>
      </w:r>
      <w:r>
        <w:rPr>
          <w:b/>
          <w:bCs/>
        </w:rPr>
        <w:t xml:space="preserve"> </w:t>
      </w:r>
      <w:r>
        <w:rPr>
          <w:b/>
          <w:bCs/>
        </w:rPr>
        <w:t xml:space="preserve">to pardon his interference in the views of his friend.</w:t>
      </w:r>
      <w:r>
        <w:br/>
      </w:r>
      <w:r>
        <w:t xml:space="preserve">    (a) inclined</w:t>
      </w:r>
      <w:r>
        <w:br/>
      </w:r>
      <w:r>
        <w:t xml:space="preserve">    (b) intimidated</w:t>
      </w:r>
      <w:r>
        <w:br/>
      </w:r>
      <w:r>
        <w:t xml:space="preserve">    (c) allowed</w:t>
      </w:r>
    </w:p>
    <w:p>
      <w:pPr>
        <w:pStyle w:val="Compact"/>
        <w:numPr>
          <w:ilvl w:val="0"/>
          <w:numId w:val="1001"/>
        </w:numPr>
      </w:pPr>
      <w:r>
        <w:rPr>
          <w:b/>
          <w:bCs/>
        </w:rPr>
        <w:t xml:space="preserve">She has been allowed to</w:t>
      </w:r>
      <w:r>
        <w:rPr>
          <w:b/>
          <w:bCs/>
        </w:rPr>
        <w:t xml:space="preserve"> </w:t>
      </w:r>
      <w:r>
        <w:rPr>
          <w:b/>
          <w:bCs/>
          <w:u w:val="single"/>
        </w:rPr>
        <w:t xml:space="preserve">dispose</w:t>
      </w:r>
      <w:r>
        <w:rPr>
          <w:b/>
          <w:bCs/>
        </w:rPr>
        <w:t xml:space="preserve"> </w:t>
      </w:r>
      <w:r>
        <w:rPr>
          <w:b/>
          <w:bCs/>
        </w:rPr>
        <w:t xml:space="preserve">of her time in the most idle and frivolous manner, and to adopt any opinions that came in her way.</w:t>
      </w:r>
      <w:r>
        <w:br/>
      </w:r>
      <w:r>
        <w:t xml:space="preserve">    (a) make more</w:t>
      </w:r>
      <w:r>
        <w:br/>
      </w:r>
      <w:r>
        <w:t xml:space="preserve">    (b) make use</w:t>
      </w:r>
      <w:r>
        <w:br/>
      </w:r>
      <w:r>
        <w:t xml:space="preserve">    (c) make less</w:t>
      </w:r>
    </w:p>
    <w:p>
      <w:pPr>
        <w:pStyle w:val="Compact"/>
        <w:numPr>
          <w:ilvl w:val="0"/>
          <w:numId w:val="1001"/>
        </w:numPr>
      </w:pPr>
      <w:r>
        <w:rPr>
          <w:b/>
          <w:bCs/>
        </w:rPr>
        <w:t xml:space="preserve">She did not fear her father's opposition, but...filling him with fears and regrets in</w:t>
      </w:r>
      <w:r>
        <w:rPr>
          <w:b/>
          <w:bCs/>
        </w:rPr>
        <w:t xml:space="preserve"> </w:t>
      </w:r>
      <w:r>
        <w:rPr>
          <w:b/>
          <w:bCs/>
          <w:u w:val="single"/>
        </w:rPr>
        <w:t xml:space="preserve">disposing</w:t>
      </w:r>
      <w:r>
        <w:rPr>
          <w:b/>
          <w:bCs/>
        </w:rPr>
        <w:t xml:space="preserve"> </w:t>
      </w:r>
      <w:r>
        <w:rPr>
          <w:b/>
          <w:bCs/>
        </w:rPr>
        <w:t xml:space="preserve">of her was a wretched reflection, and she sat in misery till Mr. Darcy appeared again, when...she was a little relieved by his smile.</w:t>
      </w:r>
      <w:r>
        <w:br/>
      </w:r>
      <w:r>
        <w:t xml:space="preserve">    (a) understanding</w:t>
      </w:r>
      <w:r>
        <w:br/>
      </w:r>
      <w:r>
        <w:t xml:space="preserve">    (b) talking</w:t>
      </w:r>
      <w:r>
        <w:br/>
      </w:r>
      <w:r>
        <w:t xml:space="preserve">    (c) transferring</w:t>
      </w:r>
    </w:p>
    <w:p>
      <w:pPr>
        <w:pStyle w:val="Compact"/>
        <w:numPr>
          <w:ilvl w:val="0"/>
          <w:numId w:val="1001"/>
        </w:numPr>
      </w:pPr>
      <w:r>
        <w:rPr>
          <w:b/>
          <w:bCs/>
        </w:rPr>
        <w:t xml:space="preserve">When I said that he improved on acquaintance, I did not mean that his mind or his manners were in a state of improvement, but that, from knowing him better, his</w:t>
      </w:r>
      <w:r>
        <w:rPr>
          <w:b/>
          <w:bCs/>
        </w:rPr>
        <w:t xml:space="preserve"> </w:t>
      </w:r>
      <w:r>
        <w:rPr>
          <w:b/>
          <w:bCs/>
          <w:u w:val="single"/>
        </w:rPr>
        <w:t xml:space="preserve">disposition</w:t>
      </w:r>
      <w:r>
        <w:rPr>
          <w:b/>
          <w:bCs/>
        </w:rPr>
        <w:t xml:space="preserve"> </w:t>
      </w:r>
      <w:r>
        <w:rPr>
          <w:b/>
          <w:bCs/>
        </w:rPr>
        <w:t xml:space="preserve">was better understood.</w:t>
      </w:r>
      <w:r>
        <w:br/>
      </w:r>
      <w:r>
        <w:t xml:space="preserve">    (a) absentmindedness</w:t>
      </w:r>
      <w:r>
        <w:br/>
      </w:r>
      <w:r>
        <w:t xml:space="preserve">    (b) personality</w:t>
      </w:r>
      <w:r>
        <w:br/>
      </w:r>
      <w:r>
        <w:t xml:space="preserve">    (c) story</w:t>
      </w:r>
    </w:p>
    <w:p>
      <w:pPr>
        <w:pStyle w:val="Compact"/>
        <w:numPr>
          <w:ilvl w:val="0"/>
          <w:numId w:val="1001"/>
        </w:numPr>
      </w:pPr>
      <w:r>
        <w:rPr>
          <w:b/>
          <w:bCs/>
        </w:rPr>
        <w:t xml:space="preserve">Every</w:t>
      </w:r>
      <w:r>
        <w:rPr>
          <w:b/>
          <w:bCs/>
        </w:rPr>
        <w:t xml:space="preserve"> </w:t>
      </w:r>
      <w:r>
        <w:rPr>
          <w:b/>
          <w:bCs/>
          <w:u w:val="single"/>
        </w:rPr>
        <w:t xml:space="preserve">disposition</w:t>
      </w:r>
      <w:r>
        <w:rPr>
          <w:b/>
          <w:bCs/>
        </w:rPr>
        <w:t xml:space="preserve"> </w:t>
      </w:r>
      <w:r>
        <w:rPr>
          <w:b/>
          <w:bCs/>
        </w:rPr>
        <w:t xml:space="preserve">of the ground was good; and she looked on the whole scene, the river, the trees scattered on its banks and the winding of the valley, as far as she could trace it, with delight.</w:t>
      </w:r>
      <w:r>
        <w:br/>
      </w:r>
      <w:r>
        <w:t xml:space="preserve">    (a) strength</w:t>
      </w:r>
      <w:r>
        <w:br/>
      </w:r>
      <w:r>
        <w:t xml:space="preserve">    (b) arrangement</w:t>
      </w:r>
      <w:r>
        <w:br/>
      </w:r>
      <w:r>
        <w:t xml:space="preserve">    (c) weaknesses</w:t>
      </w:r>
    </w:p>
    <w:p>
      <w:pPr>
        <w:pStyle w:val="Compact"/>
        <w:numPr>
          <w:ilvl w:val="0"/>
          <w:numId w:val="1001"/>
        </w:numPr>
      </w:pPr>
      <w:r>
        <w:rPr>
          <w:b/>
          <w:bCs/>
        </w:rPr>
        <w:t xml:space="preserve">The</w:t>
      </w:r>
      <w:r>
        <w:rPr>
          <w:b/>
          <w:bCs/>
        </w:rPr>
        <w:t xml:space="preserve"> </w:t>
      </w:r>
      <w:r>
        <w:rPr>
          <w:b/>
          <w:bCs/>
          <w:u w:val="single"/>
        </w:rPr>
        <w:t xml:space="preserve">sanguine</w:t>
      </w:r>
      <w:r>
        <w:rPr>
          <w:b/>
          <w:bCs/>
        </w:rPr>
        <w:t xml:space="preserve"> </w:t>
      </w:r>
      <w:r>
        <w:rPr>
          <w:b/>
          <w:bCs/>
        </w:rPr>
        <w:t xml:space="preserve">hope of good, however, which the benevolence of her heart suggested had not yet deserted her; she still expected that it would all end well, and that every morning would bring some letter, either from Lydia or her father, to explain their proceedings, and, perhaps, announce their marriage.</w:t>
      </w:r>
      <w:r>
        <w:br/>
      </w:r>
      <w:r>
        <w:t xml:space="preserve">    (a) optimistic</w:t>
      </w:r>
      <w:r>
        <w:br/>
      </w:r>
      <w:r>
        <w:t xml:space="preserve">    (b) cheerful</w:t>
      </w:r>
      <w:r>
        <w:br/>
      </w:r>
      <w:r>
        <w:t xml:space="preserve">    (c) unlikely</w:t>
      </w:r>
    </w:p>
    <w:p>
      <w:pPr>
        <w:pStyle w:val="Compact"/>
        <w:numPr>
          <w:ilvl w:val="0"/>
          <w:numId w:val="1001"/>
        </w:numPr>
      </w:pPr>
      <w:r>
        <w:rPr>
          <w:b/>
          <w:bCs/>
        </w:rPr>
        <w:t xml:space="preserve">His ease and cheerfulness rendered him a most agreeable addition to their evening party; and he bore with the ill-judged officiousness of the mother, and heard all her silly remarks with a</w:t>
      </w:r>
      <w:r>
        <w:rPr>
          <w:b/>
          <w:bCs/>
        </w:rPr>
        <w:t xml:space="preserve"> </w:t>
      </w:r>
      <w:r>
        <w:rPr>
          <w:b/>
          <w:bCs/>
          <w:u w:val="single"/>
        </w:rPr>
        <w:t xml:space="preserve">forbearance</w:t>
      </w:r>
      <w:r>
        <w:rPr>
          <w:b/>
          <w:bCs/>
        </w:rPr>
        <w:t xml:space="preserve"> </w:t>
      </w:r>
      <w:r>
        <w:rPr>
          <w:b/>
          <w:bCs/>
        </w:rPr>
        <w:t xml:space="preserve">and command of countenance particularly grateful to the daughter.</w:t>
      </w:r>
      <w:r>
        <w:br/>
      </w:r>
      <w:r>
        <w:t xml:space="preserve">    (a) family concern</w:t>
      </w:r>
      <w:r>
        <w:br/>
      </w:r>
      <w:r>
        <w:t xml:space="preserve">    (b) quick wit</w:t>
      </w:r>
      <w:r>
        <w:br/>
      </w:r>
      <w:r>
        <w:t xml:space="preserve">    (c) patient tolerance</w:t>
      </w:r>
    </w:p>
    <w:p>
      <w:pPr>
        <w:pStyle w:val="Compact"/>
        <w:numPr>
          <w:ilvl w:val="0"/>
          <w:numId w:val="1001"/>
        </w:numPr>
      </w:pPr>
      <w:r>
        <w:rPr>
          <w:b/>
          <w:bCs/>
        </w:rPr>
        <w:t xml:space="preserve">His</w:t>
      </w:r>
      <w:r>
        <w:rPr>
          <w:b/>
          <w:bCs/>
        </w:rPr>
        <w:t xml:space="preserve"> </w:t>
      </w:r>
      <w:r>
        <w:rPr>
          <w:b/>
          <w:bCs/>
          <w:u w:val="single"/>
        </w:rPr>
        <w:t xml:space="preserve">diffidence</w:t>
      </w:r>
      <w:r>
        <w:rPr>
          <w:b/>
          <w:bCs/>
        </w:rPr>
        <w:t xml:space="preserve"> </w:t>
      </w:r>
      <w:r>
        <w:rPr>
          <w:b/>
          <w:bCs/>
        </w:rPr>
        <w:t xml:space="preserve">had prevented his depending on his own judgment in so anxious a case, but his reliance on mine made every thing easy.</w:t>
      </w:r>
      <w:r>
        <w:br/>
      </w:r>
      <w:r>
        <w:t xml:space="preserve">    (a) illness</w:t>
      </w:r>
      <w:r>
        <w:br/>
      </w:r>
      <w:r>
        <w:t xml:space="preserve">    (b) unassertiveness</w:t>
      </w:r>
      <w:r>
        <w:br/>
      </w:r>
      <w:r>
        <w:t xml:space="preserve">    (c) inexperience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2026-07-31T14:21:58Z</dcterms:created>
  <dcterms:modified xsi:type="dcterms:W3CDTF">2026-07-31T14:21:58Z</dcterms:modified>
</cp:coreProperties>
</file>

<file path=docProps/custom.xml><?xml version="1.0" encoding="utf-8"?>
<Properties xmlns="http://schemas.openxmlformats.org/officeDocument/2006/custom-properties" xmlns:vt="http://schemas.openxmlformats.org/officeDocument/2006/docPropsVTypes"/>
</file>