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db9b3e94efea923ab611218eed19a6838f6c9e"/>
    <w:p>
      <w:pPr>
        <w:pStyle w:val="Heading1"/>
      </w:pPr>
      <w:r>
        <w:rPr>
          <w:b/>
          <w:bCs/>
        </w:rPr>
        <w:t xml:space="preserve">Pretty Little Liars</w:t>
      </w:r>
      <w:r>
        <w:br/>
      </w:r>
      <w:r>
        <w:rPr>
          <w:i/>
          <w:iCs/>
        </w:rPr>
        <w:t xml:space="preserve">Sara Shepard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waved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 </w:t>
      </w:r>
      <w:r>
        <w:rPr>
          <w:b/>
          <w:bCs/>
        </w:rPr>
        <w:t xml:space="preserve">to our friends at the train station.</w:t>
      </w:r>
      <w:r>
        <w:br/>
      </w:r>
      <w:r>
        <w:t xml:space="preserve">    (a) hello</w:t>
      </w:r>
      <w:r>
        <w:br/>
      </w:r>
      <w:r>
        <w:t xml:space="preserve">    (b) goodbye</w:t>
      </w:r>
      <w:r>
        <w:br/>
      </w:r>
      <w:r>
        <w:t xml:space="preserve">    (c) greetings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Canines</w:t>
      </w:r>
      <w:r>
        <w:rPr>
          <w:b/>
          <w:bCs/>
        </w:rPr>
        <w:t xml:space="preserve"> </w:t>
      </w:r>
      <w:r>
        <w:rPr>
          <w:b/>
          <w:bCs/>
        </w:rPr>
        <w:t xml:space="preserve">help to tear food apart.</w:t>
      </w:r>
      <w:r>
        <w:br/>
      </w:r>
      <w:r>
        <w:t xml:space="preserve">    (a) soccer:  unopposed kicks from the corner of the goal line</w:t>
      </w:r>
      <w:r>
        <w:br/>
      </w:r>
      <w:r>
        <w:t xml:space="preserve">    (b) soft leather shoes traditionally worn by Native Americans</w:t>
      </w:r>
      <w:r>
        <w:br/>
      </w:r>
      <w:r>
        <w:t xml:space="preserve">    (c) conical-shaped teeth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Volunteers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canvass</w:t>
      </w:r>
      <w:r>
        <w:rPr>
          <w:b/>
          <w:bCs/>
        </w:rPr>
        <w:t xml:space="preserve"> </w:t>
      </w:r>
      <w:r>
        <w:rPr>
          <w:b/>
          <w:bCs/>
        </w:rPr>
        <w:t xml:space="preserve">the neighborhood to gather support for the candidate.</w:t>
      </w:r>
      <w:r>
        <w:br/>
      </w:r>
      <w:r>
        <w:t xml:space="preserve">    (a) go door-to-door in</w:t>
      </w:r>
      <w:r>
        <w:br/>
      </w:r>
      <w:r>
        <w:t xml:space="preserve">    (b) report news from</w:t>
      </w:r>
      <w:r>
        <w:br/>
      </w:r>
      <w:r>
        <w:t xml:space="preserve">    (c) set up a stage 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government's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covert</w:t>
      </w:r>
      <w:r>
        <w:rPr>
          <w:b/>
          <w:bCs/>
        </w:rPr>
        <w:t xml:space="preserve"> </w:t>
      </w:r>
      <w:r>
        <w:rPr>
          <w:b/>
          <w:bCs/>
        </w:rPr>
        <w:t xml:space="preserve">funding of foreign rebel groups has been criticized for destabilizing the region.</w:t>
      </w:r>
      <w:r>
        <w:br/>
      </w:r>
      <w:r>
        <w:t xml:space="preserve">    (a) inadequate</w:t>
      </w:r>
      <w:r>
        <w:br/>
      </w:r>
      <w:r>
        <w:t xml:space="preserve">    (b) secret</w:t>
      </w:r>
      <w:r>
        <w:br/>
      </w:r>
      <w:r>
        <w:t xml:space="preserve">    (c) excessive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was astonished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denouement</w:t>
      </w:r>
      <w:r>
        <w:rPr>
          <w:b/>
          <w:bCs/>
        </w:rPr>
        <w:t xml:space="preserve"> </w:t>
      </w:r>
      <w:r>
        <w:rPr>
          <w:b/>
          <w:bCs/>
        </w:rPr>
        <w:t xml:space="preserve">of the case.</w:t>
      </w:r>
      <w:r>
        <w:br/>
      </w:r>
      <w:r>
        <w:t xml:space="preserve">    (a) when what happens is very different than what might be expected; or when things are together that seem like they don't belong together</w:t>
      </w:r>
      <w:r>
        <w:br/>
      </w:r>
      <w:r>
        <w:t xml:space="preserve">    (b) outcome</w:t>
      </w:r>
      <w:r>
        <w:br/>
      </w:r>
      <w:r>
        <w:t xml:space="preserve">    (c) lymph node -- one of many bean-sized organs that filter bacteria and other toxins from circulating white-blood-cell filled lymph fluid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comedian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droll</w:t>
      </w:r>
      <w:r>
        <w:rPr>
          <w:b/>
          <w:bCs/>
        </w:rPr>
        <w:t xml:space="preserve"> </w:t>
      </w:r>
      <w:r>
        <w:rPr>
          <w:b/>
          <w:bCs/>
        </w:rPr>
        <w:t xml:space="preserve">way of describing everyday life.</w:t>
      </w:r>
      <w:r>
        <w:br/>
      </w:r>
      <w:r>
        <w:t xml:space="preserve">    (a) dull and serious</w:t>
      </w:r>
      <w:r>
        <w:br/>
      </w:r>
      <w:r>
        <w:t xml:space="preserve">    (b) harsh and bitter</w:t>
      </w:r>
      <w:r>
        <w:br/>
      </w:r>
      <w:r>
        <w:t xml:space="preserve">    (c) quirky and funny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gullible</w:t>
      </w:r>
      <w:r>
        <w:rPr>
          <w:b/>
          <w:bCs/>
        </w:rPr>
        <w:t xml:space="preserve"> </w:t>
      </w:r>
      <w:r>
        <w:rPr>
          <w:b/>
          <w:bCs/>
        </w:rPr>
        <w:t xml:space="preserve">and in love with the wrong man.</w:t>
      </w:r>
      <w:r>
        <w:br/>
      </w:r>
      <w:r>
        <w:t xml:space="preserve">    (a) too focused</w:t>
      </w:r>
      <w:r>
        <w:br/>
      </w:r>
      <w:r>
        <w:t xml:space="preserve">    (b) too trusting</w:t>
      </w:r>
      <w:r>
        <w:br/>
      </w:r>
      <w:r>
        <w:t xml:space="preserve">    (c) too confused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repair cost is still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indeterminate</w:t>
      </w:r>
      <w:r>
        <w:rPr>
          <w:b/>
          <w:bCs/>
        </w:rPr>
        <w:t xml:space="preserve"> </w:t>
      </w:r>
      <w:r>
        <w:rPr>
          <w:b/>
          <w:bCs/>
        </w:rPr>
        <w:t xml:space="preserve">because the mechanic has not found the problem.</w:t>
      </w:r>
      <w:r>
        <w:br/>
      </w:r>
      <w:r>
        <w:t xml:space="preserve">    (a) not yet known</w:t>
      </w:r>
      <w:r>
        <w:br/>
      </w:r>
      <w:r>
        <w:t xml:space="preserve">    (b) already paid</w:t>
      </w:r>
      <w:r>
        <w:br/>
      </w:r>
      <w:r>
        <w:t xml:space="preserve">    (c) very expensive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parents were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lenient</w:t>
      </w:r>
      <w:r>
        <w:rPr>
          <w:b/>
          <w:bCs/>
        </w:rPr>
        <w:t xml:space="preserve">.</w:t>
      </w:r>
      <w:r>
        <w:br/>
      </w:r>
      <w:r>
        <w:t xml:space="preserve">    (a) concerned or worried</w:t>
      </w:r>
      <w:r>
        <w:br/>
      </w:r>
      <w:r>
        <w:t xml:space="preserve">    (b) authoritarian (overly strict)</w:t>
      </w:r>
      <w:r>
        <w:br/>
      </w:r>
      <w:r>
        <w:t xml:space="preserve">    (c) permissive (not strict)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plan to get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liberal arts</w:t>
      </w:r>
      <w:r>
        <w:rPr>
          <w:b/>
          <w:bCs/>
        </w:rPr>
        <w:t xml:space="preserve"> </w:t>
      </w:r>
      <w:r>
        <w:rPr>
          <w:b/>
          <w:bCs/>
        </w:rPr>
        <w:t xml:space="preserve">degree and then apply to law school.</w:t>
      </w:r>
      <w:r>
        <w:br/>
      </w:r>
      <w:r>
        <w:t xml:space="preserve">    (a) general knowledge</w:t>
      </w:r>
      <w:r>
        <w:br/>
      </w:r>
      <w:r>
        <w:t xml:space="preserve">    (b) fine arts</w:t>
      </w:r>
      <w:r>
        <w:br/>
      </w:r>
      <w:r>
        <w:t xml:space="preserve">    (c) public policy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sang a cheerful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lilt</w:t>
      </w:r>
      <w:r>
        <w:rPr>
          <w:b/>
          <w:bCs/>
        </w:rPr>
        <w:t xml:space="preserve">.</w:t>
      </w:r>
      <w:r>
        <w:br/>
      </w:r>
      <w:r>
        <w:t xml:space="preserve">    (a) control in advance (how something will turn out)</w:t>
      </w:r>
      <w:r>
        <w:br/>
      </w:r>
      <w:r>
        <w:t xml:space="preserve">    (b) move again into position to work; or start again</w:t>
      </w:r>
      <w:r>
        <w:br/>
      </w:r>
      <w:r>
        <w:t xml:space="preserve">    (c) song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critics described the gaudy hotel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monstrosity</w:t>
      </w:r>
      <w:r>
        <w:rPr>
          <w:b/>
          <w:bCs/>
        </w:rPr>
        <w:t xml:space="preserve">.</w:t>
      </w:r>
      <w:r>
        <w:br/>
      </w:r>
      <w:r>
        <w:t xml:space="preserve">    (a) a lovely sight</w:t>
      </w:r>
      <w:r>
        <w:br/>
      </w:r>
      <w:r>
        <w:t xml:space="preserve">    (b) a tiny gem</w:t>
      </w:r>
      <w:r>
        <w:br/>
      </w:r>
      <w:r>
        <w:t xml:space="preserve">    (c) an ugly eyesore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narrow-minded</w:t>
      </w:r>
      <w:r>
        <w:rPr>
          <w:b/>
          <w:bCs/>
        </w:rPr>
        <w:t xml:space="preserve"> </w:t>
      </w:r>
      <w:r>
        <w:rPr>
          <w:b/>
          <w:bCs/>
        </w:rPr>
        <w:t xml:space="preserve">views made it hard to have a real conversation.</w:t>
      </w:r>
      <w:r>
        <w:br/>
      </w:r>
      <w:r>
        <w:t xml:space="preserve">    (a) stubbornly closed-off</w:t>
      </w:r>
      <w:r>
        <w:br/>
      </w:r>
      <w:r>
        <w:t xml:space="preserve">    (b) open and curious</w:t>
      </w:r>
      <w:r>
        <w:br/>
      </w:r>
      <w:r>
        <w:t xml:space="preserve">    (c) deeply researched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neurotic</w:t>
      </w:r>
      <w:r>
        <w:rPr>
          <w:b/>
          <w:bCs/>
        </w:rPr>
        <w:t xml:space="preserve"> </w:t>
      </w:r>
      <w:r>
        <w:rPr>
          <w:b/>
          <w:bCs/>
        </w:rPr>
        <w:t xml:space="preserve">fear of heights prevented her from enjoying the breathtaking view from the skyscraper’s observation deck.</w:t>
      </w:r>
      <w:r>
        <w:br/>
      </w:r>
      <w:r>
        <w:t xml:space="preserve">    (a) excessive worry about</w:t>
      </w:r>
      <w:r>
        <w:br/>
      </w:r>
      <w:r>
        <w:t xml:space="preserve">    (b) learned from bad experience</w:t>
      </w:r>
      <w:r>
        <w:br/>
      </w:r>
      <w:r>
        <w:t xml:space="preserve">    (c) present since birth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arrived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ostentatious</w:t>
      </w:r>
      <w:r>
        <w:rPr>
          <w:b/>
          <w:bCs/>
        </w:rPr>
        <w:t xml:space="preserve"> </w:t>
      </w:r>
      <w:r>
        <w:rPr>
          <w:b/>
          <w:bCs/>
        </w:rPr>
        <w:t xml:space="preserve">stretch limo.</w:t>
      </w:r>
      <w:r>
        <w:br/>
      </w:r>
      <w:r>
        <w:t xml:space="preserve">    (a) long</w:t>
      </w:r>
      <w:r>
        <w:br/>
      </w:r>
      <w:r>
        <w:t xml:space="preserve">    (b) showy</w:t>
      </w:r>
      <w:r>
        <w:br/>
      </w:r>
      <w:r>
        <w:t xml:space="preserve">    (c) expensive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makes her 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potpourri</w:t>
      </w:r>
      <w:r>
        <w:rPr>
          <w:b/>
          <w:bCs/>
        </w:rPr>
        <w:t xml:space="preserve">.</w:t>
      </w:r>
      <w:r>
        <w:br/>
      </w:r>
      <w:r>
        <w:t xml:space="preserve">    (a) mixed flower petals and spices appreciated for their scent</w:t>
      </w:r>
      <w:r>
        <w:br/>
      </w:r>
      <w:r>
        <w:t xml:space="preserve">    (b) growth by addition -- especially naturally and gradually</w:t>
      </w:r>
      <w:r>
        <w:br/>
      </w:r>
      <w:r>
        <w:t xml:space="preserve">    (c) a tip given in appreciation for service -- as to a waiter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plays the role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sultry</w:t>
      </w:r>
      <w:r>
        <w:rPr>
          <w:b/>
          <w:bCs/>
        </w:rPr>
        <w:t xml:space="preserve"> </w:t>
      </w:r>
      <w:r>
        <w:rPr>
          <w:b/>
          <w:bCs/>
        </w:rPr>
        <w:t xml:space="preserve">jazz singer.</w:t>
      </w:r>
      <w:r>
        <w:br/>
      </w:r>
      <w:r>
        <w:t xml:space="preserve">    (a) able to be restored to good condition</w:t>
      </w:r>
      <w:r>
        <w:br/>
      </w:r>
      <w:r>
        <w:t xml:space="preserve">    (b) not bouncing back light/heat/sound...</w:t>
      </w:r>
      <w:r>
        <w:br/>
      </w:r>
      <w:r>
        <w:t xml:space="preserve">    (c) expressing or arousing sensual desire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wore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sumptuous</w:t>
      </w:r>
      <w:r>
        <w:rPr>
          <w:b/>
          <w:bCs/>
        </w:rPr>
        <w:t xml:space="preserve"> </w:t>
      </w:r>
      <w:r>
        <w:rPr>
          <w:b/>
          <w:bCs/>
        </w:rPr>
        <w:t xml:space="preserve">gown made of the finest silk and adorned with sparkling jewels.</w:t>
      </w:r>
      <w:r>
        <w:br/>
      </w:r>
      <w:r>
        <w:t xml:space="preserve">    (a) flattering</w:t>
      </w:r>
      <w:r>
        <w:br/>
      </w:r>
      <w:r>
        <w:t xml:space="preserve">    (b) long</w:t>
      </w:r>
      <w:r>
        <w:br/>
      </w:r>
      <w:r>
        <w:t xml:space="preserve">    (c) magnificent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supple</w:t>
      </w:r>
      <w:r>
        <w:rPr>
          <w:b/>
          <w:bCs/>
        </w:rPr>
        <w:t xml:space="preserve"> </w:t>
      </w:r>
      <w:r>
        <w:rPr>
          <w:b/>
          <w:bCs/>
        </w:rPr>
        <w:t xml:space="preserve">as a gymnast.</w:t>
      </w:r>
      <w:r>
        <w:br/>
      </w:r>
      <w:r>
        <w:t xml:space="preserve">    (a) energetic</w:t>
      </w:r>
      <w:r>
        <w:br/>
      </w:r>
      <w:r>
        <w:t xml:space="preserve">    (b) hard working</w:t>
      </w:r>
      <w:r>
        <w:br/>
      </w:r>
      <w:r>
        <w:t xml:space="preserve">    (c) moves and bends easily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suffers the despair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unrequited</w:t>
      </w:r>
      <w:r>
        <w:rPr>
          <w:b/>
          <w:bCs/>
        </w:rPr>
        <w:t xml:space="preserve"> </w:t>
      </w:r>
      <w:r>
        <w:rPr>
          <w:b/>
          <w:bCs/>
        </w:rPr>
        <w:t xml:space="preserve">love.</w:t>
      </w:r>
      <w:r>
        <w:br/>
      </w:r>
      <w:r>
        <w:t xml:space="preserve">    (a) unreturned</w:t>
      </w:r>
      <w:r>
        <w:br/>
      </w:r>
      <w:r>
        <w:t xml:space="preserve">    (b) loss (through death)</w:t>
      </w:r>
      <w:r>
        <w:br/>
      </w:r>
      <w:r>
        <w:t xml:space="preserve">    (c) beyond normal limits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2026-07-31T18:32:07Z</dcterms:created>
  <dcterms:modified xsi:type="dcterms:W3CDTF">2026-07-31T18:32:07Z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