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01cdbafaef2beb3a6dd96c3ee3279491342289a"/>
    <w:p>
      <w:pPr>
        <w:pStyle w:val="Heading1"/>
      </w:pPr>
      <w:r>
        <w:rPr>
          <w:b/>
          <w:bCs/>
        </w:rPr>
        <w:t xml:space="preserve">Pretty Little Liars</w:t>
      </w:r>
      <w:r>
        <w:br/>
      </w:r>
      <w:r>
        <w:rPr>
          <w:i/>
          <w:iCs/>
        </w:rPr>
        <w:t xml:space="preserve">Sara Shepard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Jason and his friends played it at inter-</w:t>
      </w:r>
      <w:r>
        <w:rPr>
          <w:b/>
          <w:bCs/>
          <w:u w:val="single"/>
        </w:rPr>
        <w:t xml:space="preserve">prep school</w:t>
      </w:r>
      <w:r>
        <w:rPr>
          <w:b/>
          <w:bCs/>
        </w:rPr>
        <w:t xml:space="preserve"> </w:t>
      </w:r>
      <w:r>
        <w:rPr>
          <w:b/>
          <w:bCs/>
        </w:rPr>
        <w:t xml:space="preserve">field parties when scoping out girls.</w:t>
      </w:r>
      <w:r>
        <w:br/>
      </w:r>
      <w:r>
        <w:t xml:space="preserve">    (a) injured muscles or tendons (despite calling it muscle)</w:t>
      </w:r>
      <w:r>
        <w:br/>
      </w:r>
      <w:r>
        <w:t xml:space="preserve">    (b) done to get ready for something that will happen later</w:t>
      </w:r>
      <w:r>
        <w:br/>
      </w:r>
      <w:r>
        <w:t xml:space="preserve">    (c) the idea that anything that can go wrong will go wrong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Sometimes, when Hanna twirled around in front of her full-length mirror, she pretended that Ali was sitting behind her,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critiquing</w:t>
      </w:r>
      <w:r>
        <w:rPr>
          <w:b/>
          <w:bCs/>
        </w:rPr>
        <w:t xml:space="preserve"> </w:t>
      </w:r>
      <w:r>
        <w:rPr>
          <w:b/>
          <w:bCs/>
        </w:rPr>
        <w:t xml:space="preserve">her outfits the way she used to.</w:t>
      </w:r>
      <w:r>
        <w:br/>
      </w:r>
      <w:r>
        <w:t xml:space="preserve">    (a) an examination and judgment of something</w:t>
      </w:r>
      <w:r>
        <w:br/>
      </w:r>
      <w:r>
        <w:t xml:space="preserve">    (b) hiring, reserving, booking, or occupying</w:t>
      </w:r>
      <w:r>
        <w:br/>
      </w:r>
      <w:r>
        <w:t xml:space="preserve">    (c) examining in detail to better understand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stared at the note and tried to think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rationally</w:t>
      </w:r>
      <w:r>
        <w:rPr>
          <w:b/>
          <w:bCs/>
        </w:rPr>
        <w:t xml:space="preserve">.</w:t>
      </w:r>
      <w:r>
        <w:br/>
      </w:r>
      <w:r>
        <w:t xml:space="preserve">    (a) in the manner of someone who believes oneself morally superior to others</w:t>
      </w:r>
      <w:r>
        <w:br/>
      </w:r>
      <w:r>
        <w:t xml:space="preserve">    (b) reasonable, able to think clearly, or based on logic rather than emotion</w:t>
      </w:r>
      <w:r>
        <w:br/>
      </w:r>
      <w:r>
        <w:t xml:space="preserve">    (c) in a manner that is unlikely to attract attention or cause embarrassment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Spencer hoped that was just some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bizarre</w:t>
      </w:r>
      <w:r>
        <w:rPr>
          <w:b/>
          <w:bCs/>
        </w:rPr>
        <w:t xml:space="preserve"> </w:t>
      </w:r>
      <w:r>
        <w:rPr>
          <w:b/>
          <w:bCs/>
        </w:rPr>
        <w:t xml:space="preserve">English expression.</w:t>
      </w:r>
      <w:r>
        <w:br/>
      </w:r>
      <w:r>
        <w:t xml:space="preserve">    (a) exceedingly odd or unusual</w:t>
      </w:r>
      <w:r>
        <w:br/>
      </w:r>
      <w:r>
        <w:t xml:space="preserve">    (b) the quality of disagreeing</w:t>
      </w:r>
      <w:r>
        <w:br/>
      </w:r>
      <w:r>
        <w:t xml:space="preserve">    (c) able to meet and talk with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Wilden sounded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exasperated</w:t>
      </w:r>
      <w:r>
        <w:rPr>
          <w:b/>
          <w:bCs/>
        </w:rPr>
        <w:t xml:space="preserve">.</w:t>
      </w:r>
      <w:r>
        <w:br/>
      </w:r>
      <w:r>
        <w:t xml:space="preserve">    (a) came or arrived</w:t>
      </w:r>
      <w:r>
        <w:br/>
      </w:r>
      <w:r>
        <w:t xml:space="preserve">    (b) greatly annoyed</w:t>
      </w:r>
      <w:r>
        <w:br/>
      </w:r>
      <w:r>
        <w:t xml:space="preserve">    (c) said indirectly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Aria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fidgeted</w:t>
      </w:r>
      <w:r>
        <w:rPr>
          <w:b/>
          <w:bCs/>
        </w:rPr>
        <w:t xml:space="preserve"> </w:t>
      </w:r>
      <w:r>
        <w:rPr>
          <w:b/>
          <w:bCs/>
        </w:rPr>
        <w:t xml:space="preserve">with her jacket's zipper.</w:t>
      </w:r>
      <w:r>
        <w:br/>
      </w:r>
      <w:r>
        <w:t xml:space="preserve">    (a) embarrassed or self-conscious</w:t>
      </w:r>
      <w:r>
        <w:br/>
      </w:r>
      <w:r>
        <w:t xml:space="preserve">    (b) with rises and falls in pitch</w:t>
      </w:r>
      <w:r>
        <w:br/>
      </w:r>
      <w:r>
        <w:t xml:space="preserve">    (c) made small restless movements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was such a perfect friend moment, it made her feel kind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melancholy</w:t>
      </w:r>
      <w:r>
        <w:rPr>
          <w:b/>
          <w:bCs/>
        </w:rPr>
        <w:t xml:space="preserve"> </w:t>
      </w:r>
      <w:r>
        <w:rPr>
          <w:b/>
          <w:bCs/>
        </w:rPr>
        <w:t xml:space="preserve">and nostalgic.</w:t>
      </w:r>
      <w:r>
        <w:br/>
      </w:r>
      <w:r>
        <w:t xml:space="preserve">    (a) optimistically cheerful</w:t>
      </w:r>
      <w:r>
        <w:br/>
      </w:r>
      <w:r>
        <w:t xml:space="preserve">    (b) thoughtfully sad</w:t>
      </w:r>
      <w:r>
        <w:br/>
      </w:r>
      <w:r>
        <w:t xml:space="preserve">    (c) comfortable and sleepy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had this horrible sense that she really was going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spontaneously</w:t>
      </w:r>
      <w:r>
        <w:rPr>
          <w:b/>
          <w:bCs/>
        </w:rPr>
        <w:t xml:space="preserve"> </w:t>
      </w:r>
      <w:r>
        <w:rPr>
          <w:b/>
          <w:bCs/>
        </w:rPr>
        <w:t xml:space="preserve">morph back into her seventh-grade self.</w:t>
      </w:r>
      <w:r>
        <w:br/>
      </w:r>
      <w:r>
        <w:t xml:space="preserve">    (a) in a ball of fire</w:t>
      </w:r>
      <w:r>
        <w:br/>
      </w:r>
      <w:r>
        <w:t xml:space="preserve">    (b) suddenly without apparent cause</w:t>
      </w:r>
      <w:r>
        <w:br/>
      </w:r>
      <w:r>
        <w:t xml:space="preserve">    (c) painfully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Go out with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attainable</w:t>
      </w:r>
      <w:r>
        <w:rPr>
          <w:b/>
          <w:bCs/>
        </w:rPr>
        <w:t xml:space="preserve"> </w:t>
      </w:r>
      <w:r>
        <w:rPr>
          <w:b/>
          <w:bCs/>
        </w:rPr>
        <w:t xml:space="preserve">boy, then!</w:t>
      </w:r>
      <w:r>
        <w:br/>
      </w:r>
      <w:r>
        <w:t xml:space="preserve">    (a) able to be gained or reached with effort</w:t>
      </w:r>
      <w:r>
        <w:br/>
      </w:r>
      <w:r>
        <w:t xml:space="preserve">    (b) without a tendency to be full of thought</w:t>
      </w:r>
      <w:r>
        <w:br/>
      </w:r>
      <w:r>
        <w:t xml:space="preserve">    (c) lacking a tendency to be full of thought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Aria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stifled</w:t>
      </w:r>
      <w:r>
        <w:rPr>
          <w:b/>
          <w:bCs/>
        </w:rPr>
        <w:t xml:space="preserve"> </w:t>
      </w:r>
      <w:r>
        <w:rPr>
          <w:b/>
          <w:bCs/>
        </w:rPr>
        <w:t xml:space="preserve">a giggle.</w:t>
      </w:r>
      <w:r>
        <w:br/>
      </w:r>
      <w:r>
        <w:t xml:space="preserve">    (a) shared (joined others in)</w:t>
      </w:r>
      <w:r>
        <w:br/>
      </w:r>
      <w:r>
        <w:t xml:space="preserve">    (b) enjoyed</w:t>
      </w:r>
      <w:r>
        <w:br/>
      </w:r>
      <w:r>
        <w:t xml:space="preserve">    (c) suppressed (prevented from happening)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Spencer stared at Andrew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incredulously</w:t>
      </w:r>
      <w:r>
        <w:rPr>
          <w:b/>
          <w:bCs/>
        </w:rPr>
        <w:t xml:space="preserve">.</w:t>
      </w:r>
      <w:r>
        <w:br/>
      </w:r>
      <w:r>
        <w:t xml:space="preserve">    (a) with hatred</w:t>
      </w:r>
      <w:r>
        <w:br/>
      </w:r>
      <w:r>
        <w:t xml:space="preserve">    (b) in a challenging manner</w:t>
      </w:r>
      <w:r>
        <w:br/>
      </w:r>
      <w:r>
        <w:t xml:space="preserve">    (c) with disbelief or surprise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said your head seems to be somewhere else, not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focused</w:t>
      </w:r>
      <w:r>
        <w:rPr>
          <w:b/>
          <w:bCs/>
        </w:rPr>
        <w:t xml:space="preserve"> </w:t>
      </w:r>
      <w:r>
        <w:rPr>
          <w:b/>
          <w:bCs/>
        </w:rPr>
        <w:t xml:space="preserve">on swimming.</w:t>
      </w:r>
      <w:r>
        <w:br/>
      </w:r>
      <w:r>
        <w:t xml:space="preserve">    (a) adjusted the lens</w:t>
      </w:r>
      <w:r>
        <w:br/>
      </w:r>
      <w:r>
        <w:t xml:space="preserve">    (b) concentrating</w:t>
      </w:r>
      <w:r>
        <w:br/>
      </w:r>
      <w:r>
        <w:t xml:space="preserve">    (c) lost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eyes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focused</w:t>
      </w:r>
      <w:r>
        <w:rPr>
          <w:b/>
          <w:bCs/>
        </w:rPr>
        <w:t xml:space="preserve">.</w:t>
      </w:r>
      <w:r>
        <w:br/>
      </w:r>
      <w:r>
        <w:t xml:space="preserve">    (a) blinked</w:t>
      </w:r>
      <w:r>
        <w:br/>
      </w:r>
      <w:r>
        <w:t xml:space="preserve">    (b) adjusted (to see clearly)</w:t>
      </w:r>
      <w:r>
        <w:br/>
      </w:r>
      <w:r>
        <w:t xml:space="preserve">    (c) closed (to concentrate)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Especially since home was now her very own little barn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utopia</w:t>
      </w:r>
      <w:r>
        <w:rPr>
          <w:b/>
          <w:bCs/>
        </w:rPr>
        <w:t xml:space="preserve">.</w:t>
      </w:r>
      <w:r>
        <w:br/>
      </w:r>
      <w:r>
        <w:t xml:space="preserve">    (a) familiar place</w:t>
      </w:r>
      <w:r>
        <w:br/>
      </w:r>
      <w:r>
        <w:t xml:space="preserve">    (b) perfect place</w:t>
      </w:r>
      <w:r>
        <w:br/>
      </w:r>
      <w:r>
        <w:t xml:space="preserve">    (c) work place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Holding her towel in one hand, she reached for the jar, scooped some into her palm, and slid her hand down her pants to rub it into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hamstring</w:t>
      </w:r>
      <w:r>
        <w:rPr>
          <w:b/>
          <w:bCs/>
        </w:rPr>
        <w:t xml:space="preserve">.</w:t>
      </w:r>
      <w:r>
        <w:br/>
      </w:r>
      <w:r>
        <w:t xml:space="preserve">    (a) describing someone as antisocial</w:t>
      </w:r>
      <w:r>
        <w:br/>
      </w:r>
      <w:r>
        <w:t xml:space="preserve">    (b) make less effective or powerless</w:t>
      </w:r>
      <w:r>
        <w:br/>
      </w:r>
      <w:r>
        <w:t xml:space="preserve">    (c) another battle with the same foe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smelled faintly of macaroni and cheese but there was a crystal chandelier hanging from the ceiling, a funky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mosaic</w:t>
      </w:r>
      <w:r>
        <w:rPr>
          <w:b/>
          <w:bCs/>
        </w:rPr>
        <w:t xml:space="preserve"> </w:t>
      </w:r>
      <w:r>
        <w:rPr>
          <w:b/>
          <w:bCs/>
        </w:rPr>
        <w:t xml:space="preserve">tile around the mantel, and real logs in the fireplace.</w:t>
      </w:r>
      <w:r>
        <w:br/>
      </w:r>
      <w:r>
        <w:t xml:space="preserve">    (a) a piece of thick textile fabric with pictures or designs formed by weaving colored threads</w:t>
      </w:r>
      <w:r>
        <w:br/>
      </w:r>
      <w:r>
        <w:t xml:space="preserve">    (b) art consisting of a design made of many pieces of colored material such as tile</w:t>
      </w:r>
      <w:r>
        <w:br/>
      </w:r>
      <w:r>
        <w:t xml:space="preserve">    (c) a three-dimensional representation -- often made by carving, chiseling, or casting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Was that a tiny,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tentative</w:t>
      </w:r>
      <w:r>
        <w:rPr>
          <w:b/>
          <w:bCs/>
        </w:rPr>
        <w:t xml:space="preserve"> </w:t>
      </w:r>
      <w:r>
        <w:rPr>
          <w:b/>
          <w:bCs/>
        </w:rPr>
        <w:t xml:space="preserve">knock at the door?</w:t>
      </w:r>
      <w:r>
        <w:br/>
      </w:r>
      <w:r>
        <w:t xml:space="preserve">    (a) brave</w:t>
      </w:r>
      <w:r>
        <w:br/>
      </w:r>
      <w:r>
        <w:t xml:space="preserve">    (b) unsure (showing a lack of confidence)</w:t>
      </w:r>
      <w:r>
        <w:br/>
      </w:r>
      <w:r>
        <w:t xml:space="preserve">    (c) confident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bare skin looked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luminous</w:t>
      </w:r>
      <w:r>
        <w:rPr>
          <w:b/>
          <w:bCs/>
        </w:rPr>
        <w:t xml:space="preserve">, and her face was slightly flushed.</w:t>
      </w:r>
      <w:r>
        <w:br/>
      </w:r>
      <w:r>
        <w:t xml:space="preserve">    (a) white (pale)</w:t>
      </w:r>
      <w:r>
        <w:br/>
      </w:r>
      <w:r>
        <w:t xml:space="preserve">    (b) glowing (beautiful)</w:t>
      </w:r>
      <w:r>
        <w:br/>
      </w:r>
      <w:r>
        <w:t xml:space="preserve">    (c) red (flushed)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sat on her living room couch, dressed in her rattiest C&amp;C T-shirt and a pair of Calvin Klein boxer briefs she'd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pilfered</w:t>
      </w:r>
      <w:r>
        <w:rPr>
          <w:b/>
          <w:bCs/>
        </w:rPr>
        <w:t xml:space="preserve"> </w:t>
      </w:r>
      <w:r>
        <w:rPr>
          <w:b/>
          <w:bCs/>
        </w:rPr>
        <w:t xml:space="preserve">out of Sean's top drawer.</w:t>
      </w:r>
      <w:r>
        <w:br/>
      </w:r>
      <w:r>
        <w:t xml:space="preserve">    (a) accidentally found</w:t>
      </w:r>
      <w:r>
        <w:br/>
      </w:r>
      <w:r>
        <w:t xml:space="preserve">    (b) struggled to find</w:t>
      </w:r>
      <w:r>
        <w:br/>
      </w:r>
      <w:r>
        <w:t xml:space="preserve">    (c) stolen (taken without asking)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 Monday morning, instead of sitting in first-period bio, Emily stood next to her parents in the high-ceilinged, marble-floored nave of Rosewood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Abbey</w:t>
      </w:r>
      <w:r>
        <w:rPr>
          <w:b/>
          <w:bCs/>
        </w:rPr>
        <w:t xml:space="preserve">.</w:t>
      </w:r>
      <w:r>
        <w:br/>
      </w:r>
      <w:r>
        <w:t xml:space="preserve">    (a) a building where monks or nuns live or lived; or a church associated with such a building</w:t>
      </w:r>
      <w:r>
        <w:br/>
      </w:r>
      <w:r>
        <w:t xml:space="preserve">    (b) a small, rural parish church</w:t>
      </w:r>
      <w:r>
        <w:br/>
      </w:r>
      <w:r>
        <w:t xml:space="preserve">    (c) a large cathedral open to the public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2026-07-31T18:32:06Z</dcterms:created>
  <dcterms:modified xsi:type="dcterms:W3CDTF">2026-07-31T18:32:06Z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