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24e8c93eefb42dc08ad079601015d49006c5e3"/>
    <w:p>
      <w:pPr>
        <w:pStyle w:val="Heading1"/>
      </w:pPr>
      <w:r>
        <w:rPr>
          <w:b/>
          <w:bCs/>
        </w:rPr>
        <w:t xml:space="preserve">Pretty Little Liars</w:t>
      </w:r>
      <w:r>
        <w:br/>
      </w:r>
      <w:r>
        <w:rPr>
          <w:i/>
          <w:iCs/>
        </w:rPr>
        <w:t xml:space="preserve">Sara Shepard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Adieu</w:t>
      </w:r>
      <w:r>
        <w:rPr>
          <w:b/>
          <w:bCs/>
        </w:rPr>
        <w:t xml:space="preserve">, ladies.</w:t>
      </w:r>
      <w:r>
        <w:br/>
      </w:r>
      <w:r>
        <w:t xml:space="preserve">    (a) goodbye</w:t>
      </w:r>
      <w:r>
        <w:br/>
      </w:r>
      <w:r>
        <w:t xml:space="preserve">    (b) hello</w:t>
      </w:r>
      <w:r>
        <w:br/>
      </w:r>
      <w:r>
        <w:t xml:space="preserve">    (c) greetings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pointed to the cellophaned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monstrosity</w:t>
      </w:r>
      <w:r>
        <w:rPr>
          <w:b/>
          <w:bCs/>
        </w:rPr>
        <w:t xml:space="preserve"> </w:t>
      </w:r>
      <w:r>
        <w:rPr>
          <w:b/>
          <w:bCs/>
        </w:rPr>
        <w:t xml:space="preserve">on the counter.</w:t>
      </w:r>
      <w:r>
        <w:br/>
      </w:r>
      <w:r>
        <w:t xml:space="preserve">    (a) particles emitted by nuclear decay</w:t>
      </w:r>
      <w:r>
        <w:br/>
      </w:r>
      <w:r>
        <w:t xml:space="preserve">    (b) something that is big and terrible</w:t>
      </w:r>
      <w:r>
        <w:br/>
      </w:r>
      <w:r>
        <w:t xml:space="preserve">    (c) a central open space in a building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thought they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ostentatious</w:t>
      </w:r>
      <w:r>
        <w:rPr>
          <w:b/>
          <w:bCs/>
        </w:rPr>
        <w:t xml:space="preserve"> </w:t>
      </w:r>
      <w:r>
        <w:rPr>
          <w:b/>
          <w:bCs/>
        </w:rPr>
        <w:t xml:space="preserve">and gas-guzzling, so she drove an oh-so- practical Volvo wagon instead.</w:t>
      </w:r>
      <w:r>
        <w:br/>
      </w:r>
      <w:r>
        <w:t xml:space="preserve">    (a) intended to attract notice and impress others</w:t>
      </w:r>
      <w:r>
        <w:br/>
      </w:r>
      <w:r>
        <w:t xml:space="preserve">    (b) the quality of being unchanging or continuous</w:t>
      </w:r>
      <w:r>
        <w:br/>
      </w:r>
      <w:r>
        <w:t xml:space="preserve">    (c) the characteristic of demonstrating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remembered reading them in Mr. Pierce's seventh-grade English class, talking about symbolism, metaphors,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denouement</w:t>
      </w:r>
      <w:r>
        <w:rPr>
          <w:b/>
          <w:bCs/>
        </w:rPr>
        <w:t xml:space="preserve">.</w:t>
      </w:r>
      <w:r>
        <w:br/>
      </w:r>
      <w:r>
        <w:t xml:space="preserve">    (a) when what happens is very different than what might be expected; or when things are together that seem like they don't belong together</w:t>
      </w:r>
      <w:r>
        <w:br/>
      </w:r>
      <w:r>
        <w:t xml:space="preserve">    (b) the final resolution of the main complication of a literary work</w:t>
      </w:r>
      <w:r>
        <w:br/>
      </w:r>
      <w:r>
        <w:t xml:space="preserve">    (c) lymph node -- one of many bean-sized organs that filter bacteria and other toxins from circulating white-blood-cell filled lymph fluid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foyer still smelled like Dove soap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potpourri</w:t>
      </w:r>
      <w:r>
        <w:rPr>
          <w:b/>
          <w:bCs/>
        </w:rPr>
        <w:t xml:space="preserve">— just as it had when the DiLaurentises lived here.</w:t>
      </w:r>
      <w:r>
        <w:br/>
      </w:r>
      <w:r>
        <w:t xml:space="preserve">    (a) of Norway, Sweden, Denmark and sometimes Finland &amp; Iceland</w:t>
      </w:r>
      <w:r>
        <w:br/>
      </w:r>
      <w:r>
        <w:t xml:space="preserve">    (b) mixed flower petals and spices appreciated for their scent</w:t>
      </w:r>
      <w:r>
        <w:br/>
      </w:r>
      <w:r>
        <w:t xml:space="preserve">    (c) of Athens during the Golden Age of Greece (5th century BC)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Through the trees, she could just make out the spire that belonged to the chapel at Hollis College, the small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liberal arts</w:t>
      </w:r>
      <w:r>
        <w:rPr>
          <w:b/>
          <w:bCs/>
        </w:rPr>
        <w:t xml:space="preserve"> </w:t>
      </w:r>
      <w:r>
        <w:rPr>
          <w:b/>
          <w:bCs/>
        </w:rPr>
        <w:t xml:space="preserve">school where her dad taught.</w:t>
      </w:r>
      <w:r>
        <w:br/>
      </w:r>
      <w:r>
        <w:t xml:space="preserve">    (a) focusing on studies intended to provide the specific skills and knowledge of various trades and businesses</w:t>
      </w:r>
      <w:r>
        <w:br/>
      </w:r>
      <w:r>
        <w:t xml:space="preserve">    (b) focusing on training artists in music, dance, art, etc.</w:t>
      </w:r>
      <w:r>
        <w:br/>
      </w:r>
      <w:r>
        <w:t xml:space="preserve">    (c) intended to provide general knowledge and intellectual skills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...last night, when Hanna, Sean, Mona, and a bunch of other kids were hanging out in Jim Freed's cedar hot tub,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covertly</w:t>
      </w:r>
      <w:r>
        <w:rPr>
          <w:b/>
          <w:bCs/>
        </w:rPr>
        <w:t xml:space="preserve"> </w:t>
      </w:r>
      <w:r>
        <w:rPr>
          <w:b/>
          <w:bCs/>
        </w:rPr>
        <w:t xml:space="preserve">drinking Coronas, Sean had taken All-American Boy Scout up a notch.</w:t>
      </w:r>
      <w:r>
        <w:br/>
      </w:r>
      <w:r>
        <w:t xml:space="preserve">    (a) in a good or beneficial manner</w:t>
      </w:r>
      <w:r>
        <w:br/>
      </w:r>
      <w:r>
        <w:t xml:space="preserve">    (b) secretly</w:t>
      </w:r>
      <w:r>
        <w:br/>
      </w:r>
      <w:r>
        <w:t xml:space="preserve">    (c) in a manner that is misleading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Besides being extremely successful and ambitious, Ms. Marin was what most guys at Rosewood Day would call a MILF—she had long, red-gold hair, smooth skin, and an incredibly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supple</w:t>
      </w:r>
      <w:r>
        <w:rPr>
          <w:b/>
          <w:bCs/>
        </w:rPr>
        <w:t xml:space="preserve"> </w:t>
      </w:r>
      <w:r>
        <w:rPr>
          <w:b/>
          <w:bCs/>
        </w:rPr>
        <w:t xml:space="preserve">body, thanks to her daily Vinyasa yoga ritual.</w:t>
      </w:r>
      <w:r>
        <w:br/>
      </w:r>
      <w:r>
        <w:t xml:space="preserve">    (a) moving and bending easily -- sometimes used figuratively to indicate mental flexibility when adapting to different conditions</w:t>
      </w:r>
      <w:r>
        <w:br/>
      </w:r>
      <w:r>
        <w:t xml:space="preserve">    (b) using passive (sometimes subtle) resistance in interpersonal or occupational situations while avoiding direct confrontation</w:t>
      </w:r>
      <w:r>
        <w:br/>
      </w:r>
      <w:r>
        <w:t xml:space="preserve">    (c) clear, easily noticed, and/or identifiable as different or separate -- sometimes to indicate a difference that is excellent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Hanna felt squirmy; her mom was usually really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lenient</w:t>
      </w:r>
      <w:r>
        <w:rPr>
          <w:b/>
          <w:bCs/>
        </w:rPr>
        <w:t xml:space="preserve">, but then, Hanna had never been taken downtown and had the book thrown at her or whatever.</w:t>
      </w:r>
      <w:r>
        <w:br/>
      </w:r>
      <w:r>
        <w:t xml:space="preserve">    (a) not strict</w:t>
      </w:r>
      <w:r>
        <w:br/>
      </w:r>
      <w:r>
        <w:t xml:space="preserve">    (b) the state of being unaware of one's mental activity</w:t>
      </w:r>
      <w:r>
        <w:br/>
      </w:r>
      <w:r>
        <w:t xml:space="preserve">    (c) increasing reason or general desire to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couldn't stop looking at his wolfish eyes and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sumptuous</w:t>
      </w:r>
      <w:r>
        <w:rPr>
          <w:b/>
          <w:bCs/>
        </w:rPr>
        <w:t xml:space="preserve"> </w:t>
      </w:r>
      <w:r>
        <w:rPr>
          <w:b/>
          <w:bCs/>
        </w:rPr>
        <w:t xml:space="preserve">pink mouth.</w:t>
      </w:r>
      <w:r>
        <w:br/>
      </w:r>
      <w:r>
        <w:t xml:space="preserve">    (a) the state or degree of having the ability to change for different situations</w:t>
      </w:r>
      <w:r>
        <w:br/>
      </w:r>
      <w:r>
        <w:t xml:space="preserve">    (b) the quality of behaving in an instinctive, uninhibited, and unplanned manner</w:t>
      </w:r>
      <w:r>
        <w:br/>
      </w:r>
      <w:r>
        <w:t xml:space="preserve">    (c) magnificent (impressively wonderful) -- often indicating something expensive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Mona gave Hanna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indeterminate</w:t>
      </w:r>
      <w:r>
        <w:rPr>
          <w:b/>
          <w:bCs/>
        </w:rPr>
        <w:t xml:space="preserve"> </w:t>
      </w:r>
      <w:r>
        <w:rPr>
          <w:b/>
          <w:bCs/>
        </w:rPr>
        <w:t xml:space="preserve">look; Hanna wondered for a second if it was a look of pity.</w:t>
      </w:r>
      <w:r>
        <w:br/>
      </w:r>
      <w:r>
        <w:t xml:space="preserve">    (a) unmistakable</w:t>
      </w:r>
      <w:r>
        <w:br/>
      </w:r>
      <w:r>
        <w:t xml:space="preserve">    (b) confused emotionally</w:t>
      </w:r>
      <w:r>
        <w:br/>
      </w:r>
      <w:r>
        <w:t xml:space="preserve">    (c) vague (unknown in meaning)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her transformation, Hanna had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neurotically</w:t>
      </w:r>
      <w:r>
        <w:rPr>
          <w:b/>
          <w:bCs/>
        </w:rPr>
        <w:t xml:space="preserve"> </w:t>
      </w:r>
      <w:r>
        <w:rPr>
          <w:b/>
          <w:bCs/>
        </w:rPr>
        <w:t xml:space="preserve">careful about not only looking cool and perfect at all times, but being cool and perfect, too.</w:t>
      </w:r>
      <w:r>
        <w:br/>
      </w:r>
      <w:r>
        <w:t xml:space="preserve">    (a) in a straightforward manner (uncomplicated or simple -- perhaps also indicating openness and honesty)</w:t>
      </w:r>
      <w:r>
        <w:br/>
      </w:r>
      <w:r>
        <w:t xml:space="preserve">    (b) in an extremely negative manner -- often implying extreme hopelessness, misery, shame, or desperation</w:t>
      </w:r>
      <w:r>
        <w:br/>
      </w:r>
      <w:r>
        <w:t xml:space="preserve">    (c) mildly mentally disturbed -- usually worrying too much about something; or someone with such symptoms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bottom front tooth crossed over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canine</w:t>
      </w:r>
      <w:r>
        <w:rPr>
          <w:b/>
          <w:bCs/>
        </w:rPr>
        <w:t xml:space="preserve">.</w:t>
      </w:r>
      <w:r>
        <w:br/>
      </w:r>
      <w:r>
        <w:t xml:space="preserve">    (a) an unborn child (or other unborn or unhatched vertebrate)</w:t>
      </w:r>
      <w:r>
        <w:br/>
      </w:r>
      <w:r>
        <w:t xml:space="preserve">    (b) title for the head of a government body in some countries</w:t>
      </w:r>
      <w:r>
        <w:br/>
      </w:r>
      <w:r>
        <w:t xml:space="preserve">    (c) conical-shaped teeth found in dogs and many other mammals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know that sounds really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narrow-minded</w:t>
      </w:r>
      <w:r>
        <w:rPr>
          <w:b/>
          <w:bCs/>
        </w:rPr>
        <w:t xml:space="preserve">, but I don't.</w:t>
      </w:r>
      <w:r>
        <w:br/>
      </w:r>
      <w:r>
        <w:t xml:space="preserve">    (a) the quality or degree of being in a crosswise direction (at a right angle to the long axis)</w:t>
      </w:r>
      <w:r>
        <w:br/>
      </w:r>
      <w:r>
        <w:t xml:space="preserve">    (b) unwilling to consider other views; or limited in perspective due to insufficient background</w:t>
      </w:r>
      <w:r>
        <w:br/>
      </w:r>
      <w:r>
        <w:t xml:space="preserve">    (c) not relating to any single sect -- usually indicating the inclusion of all religious groups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Sean's eyes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canvassed</w:t>
      </w:r>
      <w:r>
        <w:rPr>
          <w:b/>
          <w:bCs/>
        </w:rPr>
        <w:t xml:space="preserve"> </w:t>
      </w:r>
      <w:r>
        <w:rPr>
          <w:b/>
          <w:bCs/>
        </w:rPr>
        <w:t xml:space="preserve">her whole body.</w:t>
      </w:r>
      <w:r>
        <w:br/>
      </w:r>
      <w:r>
        <w:t xml:space="preserve">    (a) examined an issue, got opinions by asking specific questions; and/or asked people for political support individually</w:t>
      </w:r>
      <w:r>
        <w:br/>
      </w:r>
      <w:r>
        <w:t xml:space="preserve">    (b) (verb) showed, demonstrated, proved, or caused acceptance  OR  (adjective) proven, known, accepted/trusted/successful</w:t>
      </w:r>
      <w:r>
        <w:br/>
      </w:r>
      <w:r>
        <w:t xml:space="preserve">    (c) accepted someone's membership though a special procedure such as a ceremony and/or period of instruction and/or test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Bored out of her skull, she'd been taking pictures of herself in the booth for twenty minutes. This round, she'd made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sultry</w:t>
      </w:r>
      <w:r>
        <w:rPr>
          <w:b/>
          <w:bCs/>
        </w:rPr>
        <w:t xml:space="preserve">, sex-kitten expressions.</w:t>
      </w:r>
      <w:r>
        <w:br/>
      </w:r>
      <w:r>
        <w:t xml:space="preserve">    (a) not bouncing back light/heat/sound...</w:t>
      </w:r>
      <w:r>
        <w:br/>
      </w:r>
      <w:r>
        <w:t xml:space="preserve">    (b) sexy (expressing or arousing sensual desire)</w:t>
      </w:r>
      <w:r>
        <w:br/>
      </w:r>
      <w:r>
        <w:t xml:space="preserve">    (c) able to be restored to good condition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"Uh-huh," Aria said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drolly</w:t>
      </w:r>
      <w:r>
        <w:rPr>
          <w:b/>
          <w:bCs/>
        </w:rPr>
        <w:t xml:space="preserve">, watching him scamper away, his boxers slowly sliding down to reveal his pale, defined-from-running butt.</w:t>
      </w:r>
      <w:r>
        <w:br/>
      </w:r>
      <w:r>
        <w:t xml:space="preserve">    (a) comical in an unusual way -- often clever and understated</w:t>
      </w:r>
      <w:r>
        <w:br/>
      </w:r>
      <w:r>
        <w:t xml:space="preserve">    (b) in a manner that is supposed (rather than known to be so)</w:t>
      </w:r>
      <w:r>
        <w:br/>
      </w:r>
      <w:r>
        <w:t xml:space="preserve">    (c) not in a manner that is able to be promised or guaranteed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entries were all about the books Andrew liked to read, dorky boy philosophizing, a couple of melancholy passages about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unrequited</w:t>
      </w:r>
      <w:r>
        <w:rPr>
          <w:b/>
          <w:bCs/>
        </w:rPr>
        <w:t xml:space="preserve"> </w:t>
      </w:r>
      <w:r>
        <w:rPr>
          <w:b/>
          <w:bCs/>
        </w:rPr>
        <w:t xml:space="preserve">crush on some girl he never named.</w:t>
      </w:r>
      <w:r>
        <w:br/>
      </w:r>
      <w:r>
        <w:t xml:space="preserve">    (a) not returned</w:t>
      </w:r>
      <w:r>
        <w:br/>
      </w:r>
      <w:r>
        <w:t xml:space="preserve">    (b) consistent or the same</w:t>
      </w:r>
      <w:r>
        <w:br/>
      </w:r>
      <w:r>
        <w:t xml:space="preserve">    (c) not aware of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Low pipe organ music began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lilt</w:t>
      </w:r>
      <w:r>
        <w:rPr>
          <w:b/>
          <w:bCs/>
        </w:rPr>
        <w:t xml:space="preserve"> </w:t>
      </w:r>
      <w:r>
        <w:rPr>
          <w:b/>
          <w:bCs/>
        </w:rPr>
        <w:t xml:space="preserve">through the church.</w:t>
      </w:r>
      <w:r>
        <w:br/>
      </w:r>
      <w:r>
        <w:t xml:space="preserve">    (a) move again into position to work; or start again</w:t>
      </w:r>
      <w:r>
        <w:br/>
      </w:r>
      <w:r>
        <w:t xml:space="preserve">    (b) control in advance (how something will turn out)</w:t>
      </w:r>
      <w:r>
        <w:br/>
      </w:r>
      <w:r>
        <w:t xml:space="preserve">    (c) play in a lively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Emily hadn't seen them in years, and wondered if they were still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gullible</w:t>
      </w:r>
      <w:r>
        <w:rPr>
          <w:b/>
          <w:bCs/>
        </w:rPr>
        <w:t xml:space="preserve"> </w:t>
      </w:r>
      <w:r>
        <w:rPr>
          <w:b/>
          <w:bCs/>
        </w:rPr>
        <w:t xml:space="preserve">as they used to be.</w:t>
      </w:r>
      <w:r>
        <w:br/>
      </w:r>
      <w:r>
        <w:t xml:space="preserve">    (a) seriously minded</w:t>
      </w:r>
      <w:r>
        <w:br/>
      </w:r>
      <w:r>
        <w:t xml:space="preserve">    (b) carefree and fun</w:t>
      </w:r>
      <w:r>
        <w:br/>
      </w:r>
      <w:r>
        <w:t xml:space="preserve">    (c) easily tricked because of being too trusting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2026-07-31T18:32:07Z</dcterms:created>
  <dcterms:modified xsi:type="dcterms:W3CDTF">2026-07-31T18:32:07Z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