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739bd6dbc567fed32872c603cc29f0412651868"/>
    <w:p>
      <w:pPr>
        <w:pStyle w:val="Heading1"/>
      </w:pPr>
      <w:r>
        <w:rPr>
          <w:b/>
          <w:bCs/>
        </w:rPr>
        <w:t xml:space="preserve">Politics and the English Language</w:t>
      </w:r>
      <w:r>
        <w:br/>
      </w:r>
      <w:r>
        <w:rPr>
          <w:i/>
          <w:iCs/>
        </w:rPr>
        <w:t xml:space="preserve">George Orwell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an effect can become a cause, reinforcing the original cause and producing the same effect in an intensified form, and so on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indefinitely</w:t>
      </w:r>
      <w:r>
        <w:rPr>
          <w:b/>
          <w:bCs/>
        </w:rPr>
        <w:t xml:space="preserve">.</w:t>
      </w:r>
      <w:r>
        <w:br/>
      </w:r>
      <w:r>
        <w:t xml:space="preserve">    (a) in a manner that is open to arguments, ideas, or change</w:t>
      </w:r>
      <w:r>
        <w:br/>
      </w:r>
      <w:r>
        <w:t xml:space="preserve">    (b) for an unspecified, but long period of time; or forever</w:t>
      </w:r>
      <w:r>
        <w:br/>
      </w:r>
      <w:r>
        <w:t xml:space="preserve">    (c) inadequately (in a manner that does not provide enough)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becomes ugly and inaccurate because our thoughts are foolish, but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slovenliness</w:t>
      </w:r>
      <w:r>
        <w:rPr>
          <w:b/>
          <w:bCs/>
        </w:rPr>
        <w:t xml:space="preserve"> </w:t>
      </w:r>
      <w:r>
        <w:rPr>
          <w:b/>
          <w:bCs/>
        </w:rPr>
        <w:t xml:space="preserve">of our language makes it easier for us to have foolish thoughts.</w:t>
      </w:r>
      <w:r>
        <w:br/>
      </w:r>
      <w:r>
        <w:t xml:space="preserve">    (a) messy or dirty;</w:t>
      </w:r>
      <w:r>
        <w:br/>
      </w:r>
      <w:r>
        <w:br/>
      </w:r>
      <w:r>
        <w:t xml:space="preserve">or:</w:t>
      </w:r>
      <w:r>
        <w:br/>
      </w:r>
      <w:r>
        <w:br/>
      </w:r>
      <w:r>
        <w:t xml:space="preserve">excessively careless or casual</w:t>
      </w:r>
      <w:r>
        <w:br/>
      </w:r>
      <w:r>
        <w:t xml:space="preserve">    (b) the state or degree of being optimistic or agreeable</w:t>
      </w:r>
      <w:r>
        <w:br/>
      </w:r>
      <w:r>
        <w:t xml:space="preserve">    (c) the quality of being very bad (deserving no respect)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Meanwhile, here are five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specimens</w:t>
      </w:r>
      <w:r>
        <w:rPr>
          <w:b/>
          <w:bCs/>
        </w:rPr>
        <w:t xml:space="preserve"> </w:t>
      </w:r>
      <w:r>
        <w:rPr>
          <w:b/>
          <w:bCs/>
        </w:rPr>
        <w:t xml:space="preserve">of the English language as it is now habitually written.</w:t>
      </w:r>
      <w:r>
        <w:br/>
      </w:r>
      <w:r>
        <w:t xml:space="preserve">    (a) males, females, or various trans categories</w:t>
      </w:r>
      <w:r>
        <w:br/>
      </w:r>
      <w:r>
        <w:t xml:space="preserve">    (b) examples regarded as typical of their class</w:t>
      </w:r>
      <w:r>
        <w:br/>
      </w:r>
      <w:r>
        <w:t xml:space="preserve">    (c) jobs, reservations, bookings, or activities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Meanwhile, here are five specimens of the English language as it is now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habitually</w:t>
      </w:r>
      <w:r>
        <w:rPr>
          <w:b/>
          <w:bCs/>
        </w:rPr>
        <w:t xml:space="preserve"> </w:t>
      </w:r>
      <w:r>
        <w:rPr>
          <w:b/>
          <w:bCs/>
        </w:rPr>
        <w:t xml:space="preserve">written.</w:t>
      </w:r>
      <w:r>
        <w:br/>
      </w:r>
      <w:r>
        <w:t xml:space="preserve">    (a) in a manner that is done regularly</w:t>
      </w:r>
      <w:r>
        <w:br/>
      </w:r>
      <w:r>
        <w:t xml:space="preserve">    (b) indiscriminately (non-selectively)</w:t>
      </w:r>
      <w:r>
        <w:br/>
      </w:r>
      <w:r>
        <w:t xml:space="preserve">    (c) following as a result of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—PROFESSOR HAROLD LASKI (Essay in FREEDOM OF EXPRESSION) (2) Above all, we cannot play ducks and drakes with a native battery of idioms which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prescribes</w:t>
      </w:r>
      <w:r>
        <w:rPr>
          <w:b/>
          <w:bCs/>
        </w:rPr>
        <w:t xml:space="preserve"> </w:t>
      </w:r>
      <w:r>
        <w:rPr>
          <w:b/>
          <w:bCs/>
        </w:rPr>
        <w:t xml:space="preserve">such egregious collocations of vocables as the Basic PUT UP WITH for TOLERATE or PUT AT A LOSS for BEWILDER.</w:t>
      </w:r>
      <w:r>
        <w:br/>
      </w:r>
      <w:r>
        <w:t xml:space="preserve">    (a) recommends or requires what should be done  OR  (of a medical doctor) gives medical instructions -- such as writing that a patient should take antibiotics</w:t>
      </w:r>
      <w:r>
        <w:br/>
      </w:r>
      <w:r>
        <w:t xml:space="preserve">    (b) items characterized by narrower parallel folds when closed and wider when open -- such as a door or musical instrument with that characteristic</w:t>
      </w:r>
      <w:r>
        <w:br/>
      </w:r>
      <w:r>
        <w:t xml:space="preserve">    (c) (noun) things that are lighter and draw attention -- such as areas of a painting  OR  (verb) making some things lighter -- such as areas of a painting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—PROFESSOR HAROLD LASKI (Essay in FREEDOM OF EXPRESSION) (2) Above all, we cannot play ducks and drakes with a native battery of idioms which prescribes such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egregious</w:t>
      </w:r>
      <w:r>
        <w:rPr>
          <w:b/>
          <w:bCs/>
        </w:rPr>
        <w:t xml:space="preserve"> </w:t>
      </w:r>
      <w:r>
        <w:rPr>
          <w:b/>
          <w:bCs/>
        </w:rPr>
        <w:t xml:space="preserve">collocations of vocables as the Basic PUT UP WITH for TOLERATE or PUT AT A LOSS for BEWILDER.</w:t>
      </w:r>
      <w:r>
        <w:br/>
      </w:r>
      <w:r>
        <w:t xml:space="preserve">    (a) not demonstrating</w:t>
      </w:r>
      <w:r>
        <w:br/>
      </w:r>
      <w:r>
        <w:t xml:space="preserve">    (b) able to challenge</w:t>
      </w:r>
      <w:r>
        <w:br/>
      </w:r>
      <w:r>
        <w:t xml:space="preserve">    (c) exceptionally bad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list below, with notes and examples, various of the tricks by means of which the work of prose-construction is habitually dodged: DYING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METAPHORS</w:t>
      </w:r>
      <w:r>
        <w:rPr>
          <w:b/>
          <w:bCs/>
        </w:rPr>
        <w:t xml:space="preserve">.</w:t>
      </w:r>
      <w:r>
        <w:br/>
      </w:r>
      <w:r>
        <w:t xml:space="preserve">    (a) people knowledgeable in the collection and interpretation of numerical data -- especially someone who uses statistics to calculate insurance premiums</w:t>
      </w:r>
      <w:r>
        <w:br/>
      </w:r>
      <w:r>
        <w:t xml:space="preserve">    (b) people of the ancient collection of city states at eastern end of the Mediterranean known for their maritime trading culture between 1550 BC to 300 BC</w:t>
      </w:r>
      <w:r>
        <w:br/>
      </w:r>
      <w:r>
        <w:t xml:space="preserve">    (c) figures of speech in which a similarity between two things is highlighted by using a word to refer to something that it does not</w:t>
      </w:r>
      <w:r>
        <w:t xml:space="preserve"> </w:t>
      </w:r>
      <w:r>
        <w:rPr>
          <w:i/>
          <w:iCs/>
        </w:rPr>
        <w:t xml:space="preserve">literally</w:t>
      </w:r>
      <w:r>
        <w:t xml:space="preserve"> </w:t>
      </w:r>
      <w:r>
        <w:t xml:space="preserve">mean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in between these two classes there is a huge dump of worn-out metaphors which have lost all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evocative</w:t>
      </w:r>
      <w:r>
        <w:rPr>
          <w:b/>
          <w:bCs/>
        </w:rPr>
        <w:t xml:space="preserve"> </w:t>
      </w:r>
      <w:r>
        <w:rPr>
          <w:b/>
          <w:bCs/>
        </w:rPr>
        <w:t xml:space="preserve">power and are merely used because they save people the trouble of inventing phrases for themselves.</w:t>
      </w:r>
      <w:r>
        <w:br/>
      </w:r>
      <w:r>
        <w:t xml:space="preserve">    (a) the state of doing something unintentionally</w:t>
      </w:r>
      <w:r>
        <w:br/>
      </w:r>
      <w:r>
        <w:t xml:space="preserve">    (b) bringing strong feelings or memories to mind</w:t>
      </w:r>
      <w:r>
        <w:br/>
      </w:r>
      <w:r>
        <w:t xml:space="preserve">    (c) exceedingly important, serious, or dangerous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Adjectives like EPOCH-MAKING, EPIC, HISTORIC, UNFORGETTABLE, TRIUMPHANT, AGE-OLD, INEVITABLE,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INEXORABLE</w:t>
      </w:r>
      <w:r>
        <w:rPr>
          <w:b/>
          <w:bCs/>
        </w:rPr>
        <w:t xml:space="preserve">, VERITABLE, are used to dignify the sordid processes of international politics, while writing that aims at glorifying war usually takes on an archaic color, its characteristic words being: REALM, THRONE, CHARIOT, MAILED FIST, TRIDENT, SWORD, SHIELD, BUCKLER, BANNER, JACKBOOT, CLARION.</w:t>
      </w:r>
      <w:r>
        <w:br/>
      </w:r>
      <w:r>
        <w:t xml:space="preserve">    (a) the quality of relating to intelligence</w:t>
      </w:r>
      <w:r>
        <w:br/>
      </w:r>
      <w:r>
        <w:t xml:space="preserve">    (b) clear, straightforward, or to the point</w:t>
      </w:r>
      <w:r>
        <w:br/>
      </w:r>
      <w:r>
        <w:t xml:space="preserve">    (c) impossible to stop, persuade, or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Adjectives like EPOCH-MAKING, EPIC, HISTORIC, UNFORGETTABLE, TRIUMPHANT, AGE-OLD, INEVITABLE, INEXORABLE,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VERITABLE</w:t>
      </w:r>
      <w:r>
        <w:rPr>
          <w:b/>
          <w:bCs/>
        </w:rPr>
        <w:t xml:space="preserve">, are used to dignify the sordid processes of international politics, while writing that aims at glorifying war usually takes on an archaic color, its characteristic words being: REALM, THRONE, CHARIOT, MAILED FIST, TRIDENT, SWORD, SHIELD, BUCKLER, BANNER, JACKBOOT, CLARION.</w:t>
      </w:r>
      <w:r>
        <w:br/>
      </w:r>
      <w:r>
        <w:t xml:space="preserve">    (a) the quality or degree of not being straightforward</w:t>
      </w:r>
      <w:r>
        <w:br/>
      </w:r>
      <w:r>
        <w:t xml:space="preserve">    (b) used for emphasis to introduce a dramatic metaphor</w:t>
      </w:r>
      <w:r>
        <w:br/>
      </w:r>
      <w:r>
        <w:t xml:space="preserve">    (c) deserving no respect (worthless or of bad quality)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words DEMOCRACY,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SOCIALISM</w:t>
      </w:r>
      <w:r>
        <w:rPr>
          <w:b/>
          <w:bCs/>
        </w:rPr>
        <w:t xml:space="preserve">, FREEDOM, PATRIOTIC, REALISTIC, JUSTICE, have each of them several different meanings which cannot be reconciled with one another.</w:t>
      </w:r>
      <w:r>
        <w:br/>
      </w:r>
      <w:r>
        <w:t xml:space="preserve">    (a) history:  the act of a Catholic breaking the law by refusing to attend services of the Church of England between the 16th and 18th centuries</w:t>
      </w:r>
      <w:r>
        <w:br/>
      </w:r>
      <w:r>
        <w:t xml:space="preserve">    (b) an economic system based on government ownership or control of all important companies -- with the ideal of equal benefits to all people</w:t>
      </w:r>
      <w:r>
        <w:br/>
      </w:r>
      <w:r>
        <w:t xml:space="preserve">    (c) history:  breaking of the law by a Catholic for refusing to attend services of the Church of England between the 16th and 18th centuries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the case of a word like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DEMOCRACY</w:t>
      </w:r>
      <w:r>
        <w:rPr>
          <w:b/>
          <w:bCs/>
        </w:rPr>
        <w:t xml:space="preserve">, not only is there no agreed definition, but the attempt to make one is resisted from all sides.</w:t>
      </w:r>
      <w:r>
        <w:br/>
      </w:r>
      <w:r>
        <w:t xml:space="preserve">    (a) relating to logical examination of something to better understand it</w:t>
      </w:r>
      <w:r>
        <w:br/>
      </w:r>
      <w:r>
        <w:t xml:space="preserve">    (b) a system of government in which citizens have power with equal votes</w:t>
      </w:r>
      <w:r>
        <w:br/>
      </w:r>
      <w:r>
        <w:t xml:space="preserve">    (c) lack of interest; or the process of stopping interaction or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Other words used in variable meanings, in most cases more or less dishonestly, are: CLASS, TOTALITARIAN, SCIENCE, PROGRESSIVE, REACTIONARY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BOURGEOIS</w:t>
      </w:r>
      <w:r>
        <w:rPr>
          <w:b/>
          <w:bCs/>
        </w:rPr>
        <w:t xml:space="preserve">, EQUALITY.</w:t>
      </w:r>
      <w:r>
        <w:br/>
      </w:r>
      <w:r>
        <w:t xml:space="preserve">    (a) speaks with someone about something for the first time</w:t>
      </w:r>
      <w:r>
        <w:br/>
      </w:r>
      <w:r>
        <w:t xml:space="preserve">    (b) typical of the middle class or their values and habits</w:t>
      </w:r>
      <w:r>
        <w:br/>
      </w:r>
      <w:r>
        <w:t xml:space="preserve">    (c) the act of protecting something or keeping it as it is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This had to be so, because no modern writer of the kind I am discussing—no one capable of using phrases like "objective consideration of contemporary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phenomena</w:t>
      </w:r>
      <w:r>
        <w:rPr>
          <w:b/>
          <w:bCs/>
        </w:rPr>
        <w:t xml:space="preserve">"—would ever tabulate his thoughts in that precise and detailed way.</w:t>
      </w:r>
      <w:r>
        <w:br/>
      </w:r>
      <w:r>
        <w:t xml:space="preserve">    (a) stock markets during times of generally rising stock values</w:t>
      </w:r>
      <w:r>
        <w:br/>
      </w:r>
      <w:r>
        <w:t xml:space="preserve">    (b) computer code modules each of which perform a specific task</w:t>
      </w:r>
      <w:r>
        <w:br/>
      </w:r>
      <w:r>
        <w:t xml:space="preserve">    (c) things that exists or happened -- often of special interest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What image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idiom</w:t>
      </w:r>
      <w:r>
        <w:rPr>
          <w:b/>
          <w:bCs/>
        </w:rPr>
        <w:t xml:space="preserve"> </w:t>
      </w:r>
      <w:r>
        <w:rPr>
          <w:b/>
          <w:bCs/>
        </w:rPr>
        <w:t xml:space="preserve">will make it clearer?</w:t>
      </w:r>
      <w:r>
        <w:br/>
      </w:r>
      <w:r>
        <w:t xml:space="preserve">    (a) the smallest part of any material that cannot be broken up by chemical means</w:t>
      </w:r>
      <w:r>
        <w:br/>
      </w:r>
      <w:r>
        <w:t xml:space="preserve">    (b) a way of putting things that is characteristic of a specific group of people</w:t>
      </w:r>
      <w:r>
        <w:br/>
      </w:r>
      <w:r>
        <w:t xml:space="preserve">    (c) microorganisms (living creatures so small it takes a microscope to see them)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Orthodoxy</w:t>
      </w:r>
      <w:r>
        <w:rPr>
          <w:b/>
          <w:bCs/>
        </w:rPr>
        <w:t xml:space="preserve">, of whatever color, seems to demand a lifeless, imitative style.</w:t>
      </w:r>
      <w:r>
        <w:br/>
      </w:r>
      <w:r>
        <w:t xml:space="preserve">    (a) valuing happiness above all else</w:t>
      </w:r>
      <w:r>
        <w:br/>
      </w:r>
      <w:r>
        <w:t xml:space="preserve">    (b) a commonly accepted belief or practice</w:t>
      </w:r>
      <w:r>
        <w:br/>
      </w:r>
      <w:r>
        <w:t xml:space="preserve">    (c) being non-loving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this reduced state of consciousness, if not indispensable, is at any rate favorable to political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conformity</w:t>
      </w:r>
      <w:r>
        <w:rPr>
          <w:b/>
          <w:bCs/>
        </w:rPr>
        <w:t xml:space="preserve">.</w:t>
      </w:r>
      <w:r>
        <w:br/>
      </w:r>
      <w:r>
        <w:t xml:space="preserve">    (a) someone who fled their homeland; or related to such people</w:t>
      </w:r>
      <w:r>
        <w:br/>
      </w:r>
      <w:r>
        <w:t xml:space="preserve">    (b) involvement in or the suggestion that someone was involved</w:t>
      </w:r>
      <w:r>
        <w:br/>
      </w:r>
      <w:r>
        <w:t xml:space="preserve">    (c) compliance, fitting in, or being similar to what is normal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Thus political language has to consist largely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euphemism</w:t>
      </w:r>
      <w:r>
        <w:rPr>
          <w:b/>
          <w:bCs/>
        </w:rPr>
        <w:t xml:space="preserve">, question-begging and sheer cloudy vagueness.</w:t>
      </w:r>
      <w:r>
        <w:br/>
      </w:r>
      <w:r>
        <w:t xml:space="preserve">    (a) physics:  a single particle of light or other electromagnetic radiation measured a single quantum</w:t>
      </w:r>
      <w:r>
        <w:br/>
      </w:r>
      <w:r>
        <w:t xml:space="preserve">    (b) any of the Scandinavian people who raided the coasts of Europe from the 8th to the 11th centuries</w:t>
      </w:r>
      <w:r>
        <w:br/>
      </w:r>
      <w:r>
        <w:t xml:space="preserve">    (c) a word or phrase that serves as a less harsh or less offensive way of saying something unpleasant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(v) Never use a foreign phrase, a scientific word or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jargon</w:t>
      </w:r>
      <w:r>
        <w:rPr>
          <w:b/>
          <w:bCs/>
        </w:rPr>
        <w:t xml:space="preserve"> </w:t>
      </w:r>
      <w:r>
        <w:rPr>
          <w:b/>
          <w:bCs/>
        </w:rPr>
        <w:t xml:space="preserve">word if you can think of an everyday English equivalent</w:t>
      </w:r>
      <w:r>
        <w:br/>
      </w:r>
      <w:r>
        <w:t xml:space="preserve">    (a) specialized vocabulary</w:t>
      </w:r>
      <w:r>
        <w:br/>
      </w:r>
      <w:r>
        <w:t xml:space="preserve">    (b) mirror back (an image)</w:t>
      </w:r>
      <w:r>
        <w:br/>
      </w:r>
      <w:r>
        <w:t xml:space="preserve">    (c) create dramatic change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cannot speak any of the necessary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dialects</w:t>
      </w:r>
      <w:r>
        <w:rPr>
          <w:b/>
          <w:bCs/>
        </w:rPr>
        <w:t xml:space="preserve">, and when you make a stupid remark its stupidity will be obvious, even to yourself.</w:t>
      </w:r>
      <w:r>
        <w:br/>
      </w:r>
      <w:r>
        <w:t xml:space="preserve">    (a) wedding ceremony and festivities</w:t>
      </w:r>
      <w:r>
        <w:br/>
      </w:r>
      <w:r>
        <w:t xml:space="preserve">    (b) measures of general intelligence</w:t>
      </w:r>
      <w:r>
        <w:br/>
      </w:r>
      <w:r>
        <w:t xml:space="preserve">    (c) regional varieties of a language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2026-07-31T19:04:49Z</dcterms:created>
  <dcterms:modified xsi:type="dcterms:W3CDTF">2026-07-31T19:04:49Z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