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8f1f60d6eec1e0b65792d57a3e8da9af7164ec"/>
    <w:p>
      <w:pPr>
        <w:pStyle w:val="Heading1"/>
      </w:pPr>
      <w:r>
        <w:rPr>
          <w:b/>
          <w:bCs/>
        </w:rPr>
        <w:t xml:space="preserve">Persuasion</w:t>
      </w:r>
      <w:r>
        <w:br/>
      </w:r>
      <w:r>
        <w:rPr>
          <w:i/>
          <w:iCs/>
        </w:rPr>
        <w:t xml:space="preserve">Jane Austen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objectives in my literature class is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acquaint</w:t>
      </w:r>
      <w:r>
        <w:rPr>
          <w:b/>
          <w:bCs/>
        </w:rPr>
        <w:t xml:space="preserve"> </w:t>
      </w:r>
      <w:r>
        <w:rPr>
          <w:b/>
          <w:bCs/>
        </w:rPr>
        <w:t xml:space="preserve">my students with different cultures.</w:t>
      </w:r>
      <w:r>
        <w:br/>
      </w:r>
      <w:r>
        <w:t xml:space="preserve">    (a) make familiar</w:t>
      </w:r>
      <w:r>
        <w:br/>
      </w:r>
      <w:r>
        <w:t xml:space="preserve">    (b) make surprised</w:t>
      </w:r>
      <w:r>
        <w:br/>
      </w:r>
      <w:r>
        <w:t xml:space="preserve">    (c) make a list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concern</w:t>
      </w:r>
      <w:r>
        <w:br/>
      </w:r>
      <w:r>
        <w:t xml:space="preserve">    (b) quickness</w:t>
      </w:r>
      <w:r>
        <w:br/>
      </w:r>
      <w:r>
        <w:t xml:space="preserve">    (c) embarrassment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unimportant part</w:t>
      </w:r>
      <w:r>
        <w:br/>
      </w:r>
      <w:r>
        <w:t xml:space="preserve">    (b) result</w:t>
      </w:r>
      <w:r>
        <w:br/>
      </w:r>
      <w:r>
        <w:t xml:space="preserve">    (c) 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unethical</w:t>
      </w:r>
      <w:r>
        <w:br/>
      </w:r>
      <w:r>
        <w:t xml:space="preserve">    (b) harmful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understand</w:t>
      </w:r>
      <w:r>
        <w:br/>
      </w:r>
      <w:r>
        <w:t xml:space="preserve">    (b) express</w:t>
      </w:r>
      <w:r>
        <w:br/>
      </w:r>
      <w:r>
        <w:t xml:space="preserve">    (c) accept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 up in class with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</w:t>
      </w:r>
      <w:r>
        <w:rPr>
          <w:b/>
          <w:bCs/>
        </w:rPr>
        <w:t xml:space="preserve"> </w:t>
      </w:r>
      <w:r>
        <w:rPr>
          <w:b/>
          <w:bCs/>
        </w:rPr>
        <w:t xml:space="preserve">and said, "I believe animals deserve to be treated kindly, no matter what."</w:t>
      </w:r>
      <w:r>
        <w:br/>
      </w:r>
      <w:r>
        <w:t xml:space="preserve">    (a) shaky voice</w:t>
      </w:r>
      <w:r>
        <w:br/>
      </w:r>
      <w:r>
        <w:t xml:space="preserve">    (b) firm belief</w:t>
      </w:r>
      <w:r>
        <w:br/>
      </w:r>
      <w:r>
        <w:t xml:space="preserve">    (c) raised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friendly manner</w:t>
      </w:r>
      <w:r>
        <w:br/>
      </w:r>
      <w:r>
        <w:t xml:space="preserve">    (b) in a clumsy manner</w:t>
      </w:r>
      <w:r>
        <w:br/>
      </w:r>
      <w:r>
        <w:t xml:space="preserve">    (c) in a hurried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facial expression</w:t>
      </w:r>
      <w:r>
        <w:br/>
      </w:r>
      <w:r>
        <w:t xml:space="preserve">    (b) a method of counting</w:t>
      </w:r>
      <w:r>
        <w:br/>
      </w:r>
      <w:r>
        <w:t xml:space="preserve">    (c)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will split everything between the children, but left no instructions regarding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disposal</w:t>
      </w:r>
      <w:r>
        <w:rPr>
          <w:b/>
          <w:bCs/>
        </w:rPr>
        <w:t xml:space="preserve"> </w:t>
      </w:r>
      <w:r>
        <w:rPr>
          <w:b/>
          <w:bCs/>
        </w:rPr>
        <w:t xml:space="preserve">of her home and art.</w:t>
      </w:r>
      <w:r>
        <w:br/>
      </w:r>
      <w:r>
        <w:t xml:space="preserve">    (a) preservation</w:t>
      </w:r>
      <w:r>
        <w:br/>
      </w:r>
      <w:r>
        <w:t xml:space="preserve">    (b) the transfer of ownership</w:t>
      </w:r>
      <w:r>
        <w:br/>
      </w:r>
      <w:r>
        <w:t xml:space="preserve">    (c) refurbishing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have a tight deadline, but the entire company is at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disposal</w:t>
      </w:r>
      <w:r>
        <w:rPr>
          <w:b/>
          <w:bCs/>
        </w:rPr>
        <w:t xml:space="preserve">.</w:t>
      </w:r>
      <w:r>
        <w:br/>
      </w:r>
      <w:r>
        <w:t xml:space="preserve">    (a) command</w:t>
      </w:r>
      <w:r>
        <w:br/>
      </w:r>
      <w:r>
        <w:t xml:space="preserve">    (b) mercy</w:t>
      </w:r>
      <w:r>
        <w:br/>
      </w:r>
      <w:r>
        <w:t xml:space="preserve">    (c) office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that country, you are unlikely to find an official who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disposed</w:t>
      </w:r>
      <w:r>
        <w:rPr>
          <w:b/>
          <w:bCs/>
        </w:rPr>
        <w:t xml:space="preserve"> </w:t>
      </w:r>
      <w:r>
        <w:rPr>
          <w:b/>
          <w:bCs/>
        </w:rPr>
        <w:t xml:space="preserve">to help you unless you offer a bribe.</w:t>
      </w:r>
      <w:r>
        <w:br/>
      </w:r>
      <w:r>
        <w:t xml:space="preserve">    (a) able</w:t>
      </w:r>
      <w:r>
        <w:br/>
      </w:r>
      <w:r>
        <w:t xml:space="preserve">    (b) ordered</w:t>
      </w:r>
      <w:r>
        <w:br/>
      </w:r>
      <w:r>
        <w:t xml:space="preserve">    (c) inclined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about keeping her desk perfectly organized.</w:t>
      </w:r>
      <w:r>
        <w:br/>
      </w:r>
      <w:r>
        <w:t xml:space="preserve">    (a) loud and outgoing</w:t>
      </w:r>
      <w:r>
        <w:br/>
      </w:r>
      <w:r>
        <w:t xml:space="preserve">    (b) extremely attentive to detail</w:t>
      </w:r>
      <w:r>
        <w:br/>
      </w:r>
      <w:r>
        <w:t xml:space="preserve">    (c) careless and disorganized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fortitude</w:t>
      </w:r>
      <w:r>
        <w:rPr>
          <w:b/>
          <w:bCs/>
        </w:rPr>
        <w:t xml:space="preserve"> </w:t>
      </w:r>
      <w:r>
        <w:rPr>
          <w:b/>
          <w:bCs/>
        </w:rPr>
        <w:t xml:space="preserve">by staying calm and determined during the long recovery.</w:t>
      </w:r>
      <w:r>
        <w:br/>
      </w:r>
      <w:r>
        <w:t xml:space="preserve">    (a) sudden anger</w:t>
      </w:r>
      <w:r>
        <w:br/>
      </w:r>
      <w:r>
        <w:t xml:space="preserve">    (b) physical speed</w:t>
      </w:r>
      <w:r>
        <w:br/>
      </w:r>
      <w:r>
        <w:t xml:space="preserve">    (c) mental 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cheaper headphones sounded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inferior</w:t>
      </w:r>
      <w:r>
        <w:rPr>
          <w:b/>
          <w:bCs/>
        </w:rPr>
        <w:t xml:space="preserve"> </w:t>
      </w:r>
      <w:r>
        <w:rPr>
          <w:b/>
          <w:bCs/>
        </w:rPr>
        <w:t xml:space="preserve">to the ones she usually used.</w:t>
      </w:r>
      <w:r>
        <w:br/>
      </w:r>
      <w:r>
        <w:t xml:space="preserve">    (a) higher in quality</w:t>
      </w:r>
      <w:r>
        <w:br/>
      </w:r>
      <w:r>
        <w:t xml:space="preserve">    (b) lower in quality</w:t>
      </w:r>
      <w:r>
        <w:br/>
      </w:r>
      <w:r>
        <w:t xml:space="preserve">    (c) equal in value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mortified</w:t>
      </w:r>
      <w:r>
        <w:rPr>
          <w:b/>
          <w:bCs/>
        </w:rPr>
        <w:t xml:space="preserve"> </w:t>
      </w:r>
      <w:r>
        <w:rPr>
          <w:b/>
          <w:bCs/>
        </w:rPr>
        <w:t xml:space="preserve">after tripping onstage during the awards ceremony.</w:t>
      </w:r>
      <w:r>
        <w:br/>
      </w:r>
      <w:r>
        <w:t xml:space="preserve">    (a) great relief</w:t>
      </w:r>
      <w:r>
        <w:br/>
      </w:r>
      <w:r>
        <w:t xml:space="preserve">    (b) severe pain</w:t>
      </w:r>
      <w:r>
        <w:br/>
      </w:r>
      <w:r>
        <w:t xml:space="preserve">    (c) exceedingly embarrassed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purpose</w:t>
      </w:r>
      <w:r>
        <w:br/>
      </w:r>
      <w:r>
        <w:t xml:space="preserve">    (b) good support</w:t>
      </w:r>
      <w:r>
        <w:br/>
      </w:r>
      <w:r>
        <w:t xml:space="preserve">    (c) good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Let's try to ignore how upset we are for a moment and think about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rationally</w:t>
      </w:r>
      <w:r>
        <w:rPr>
          <w:b/>
          <w:bCs/>
        </w:rPr>
        <w:t xml:space="preserve">.</w:t>
      </w:r>
      <w:r>
        <w:br/>
      </w:r>
      <w:r>
        <w:t xml:space="preserve">    (a) in a hurried manner</w:t>
      </w:r>
      <w:r>
        <w:br/>
      </w:r>
      <w:r>
        <w:t xml:space="preserve">    (b) in a creative manner</w:t>
      </w:r>
      <w:r>
        <w:br/>
      </w:r>
      <w:r>
        <w:t xml:space="preserve">    (c) in a reasonable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pronounce properly</w:t>
      </w:r>
      <w:r>
        <w:br/>
      </w:r>
      <w:r>
        <w:t xml:space="preserve">    (b) spell properly</w:t>
      </w:r>
      <w:r>
        <w:br/>
      </w:r>
      <w:r>
        <w:t xml:space="preserve">    (c)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known facts</w:t>
      </w:r>
      <w:r>
        <w:br/>
      </w:r>
      <w:r>
        <w:t xml:space="preserve">    (b) firmness of purpose</w:t>
      </w:r>
      <w:r>
        <w:br/>
      </w:r>
      <w:r>
        <w:t xml:space="preserve">    (c) principles that discourage certain kinds of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him as humble, polite,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solicitous</w:t>
      </w:r>
      <w:r>
        <w:rPr>
          <w:b/>
          <w:bCs/>
        </w:rPr>
        <w:t xml:space="preserve">.</w:t>
      </w:r>
      <w:r>
        <w:br/>
      </w:r>
      <w:r>
        <w:t xml:space="preserve">    (a) perceptive</w:t>
      </w:r>
      <w:r>
        <w:br/>
      </w:r>
      <w:r>
        <w:t xml:space="preserve">    (b) smart</w:t>
      </w:r>
      <w:r>
        <w:br/>
      </w:r>
      <w:r>
        <w:t xml:space="preserve">    (c) caring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2026-07-31T14:51:34Z</dcterms:created>
  <dcterms:modified xsi:type="dcterms:W3CDTF">2026-07-31T14:51:34Z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