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b22b9cdf93296732d2e7790a7c09c3392bca75"/>
    <w:p>
      <w:pPr>
        <w:pStyle w:val="Heading1"/>
      </w:pPr>
      <w:r>
        <w:rPr>
          <w:b/>
          <w:bCs/>
        </w:rPr>
        <w:t xml:space="preserve">Persuasion</w:t>
      </w:r>
      <w:r>
        <w:br/>
      </w:r>
      <w:r>
        <w:rPr>
          <w:i/>
          <w:iCs/>
        </w:rPr>
        <w:t xml:space="preserve">Jane Austen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goodbye</w:t>
      </w:r>
      <w:r>
        <w:br/>
      </w:r>
      <w:r>
        <w:t xml:space="preserve">    (b) greetings</w:t>
      </w:r>
      <w:r>
        <w:br/>
      </w:r>
      <w:r>
        <w:t xml:space="preserve">    (c) hello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mechanic explained that this wheel was made from a lightweight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alloy</w:t>
      </w:r>
      <w:r>
        <w:rPr>
          <w:b/>
          <w:bCs/>
        </w:rPr>
        <w:t xml:space="preserve">, perfect for racing.</w:t>
      </w:r>
      <w:r>
        <w:br/>
      </w:r>
      <w:r>
        <w:t xml:space="preserve">    (a) mixture of metals</w:t>
      </w:r>
      <w:r>
        <w:br/>
      </w:r>
      <w:r>
        <w:t xml:space="preserve">    (b) pure aluminum</w:t>
      </w:r>
      <w:r>
        <w:br/>
      </w:r>
      <w:r>
        <w:t xml:space="preserve">    (c) type of plastic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it is better than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</w:t>
      </w:r>
      <w:r>
        <w:rPr>
          <w:b/>
          <w:bCs/>
        </w:rPr>
        <w:t xml:space="preserve">.</w:t>
      </w:r>
      <w:r>
        <w:br/>
      </w:r>
      <w:r>
        <w:t xml:space="preserve">    (a) fear</w:t>
      </w:r>
      <w:r>
        <w:br/>
      </w:r>
      <w:r>
        <w:t xml:space="preserve">    (b) have seen</w:t>
      </w:r>
      <w:r>
        <w:br/>
      </w:r>
      <w:r>
        <w:t xml:space="preserve">    (c) can capture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sympathy</w:t>
      </w:r>
      <w:r>
        <w:br/>
      </w:r>
      <w:r>
        <w:t xml:space="preserve">    (b) distrust</w:t>
      </w:r>
      <w:r>
        <w:br/>
      </w:r>
      <w:r>
        <w:t xml:space="preserve">    (c)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canvass</w:t>
      </w:r>
      <w:r>
        <w:rPr>
          <w:b/>
          <w:bCs/>
        </w:rPr>
        <w:t xml:space="preserve"> </w:t>
      </w:r>
      <w:r>
        <w:rPr>
          <w:b/>
          <w:bCs/>
        </w:rPr>
        <w:t xml:space="preserve">the neighborhood to gather support for the candidate.</w:t>
      </w:r>
      <w:r>
        <w:br/>
      </w:r>
      <w:r>
        <w:t xml:space="preserve">    (a) report news from</w:t>
      </w:r>
      <w:r>
        <w:br/>
      </w:r>
      <w:r>
        <w:t xml:space="preserve">    (b) set up a stage in</w:t>
      </w:r>
      <w:r>
        <w:br/>
      </w:r>
      <w:r>
        <w:t xml:space="preserve">    (c) go door-to-door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book provides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comprehensive</w:t>
      </w:r>
      <w:r>
        <w:rPr>
          <w:b/>
          <w:bCs/>
        </w:rPr>
        <w:t xml:space="preserve"> </w:t>
      </w:r>
      <w:r>
        <w:rPr>
          <w:b/>
          <w:bCs/>
        </w:rPr>
        <w:t xml:space="preserve">history of the revolution.</w:t>
      </w:r>
      <w:r>
        <w:br/>
      </w:r>
      <w:r>
        <w:t xml:space="preserve">    (a) early</w:t>
      </w:r>
      <w:r>
        <w:br/>
      </w:r>
      <w:r>
        <w:t xml:space="preserve">    (b) complete</w:t>
      </w:r>
      <w:r>
        <w:br/>
      </w:r>
      <w:r>
        <w:t xml:space="preserve">    (c) modern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Good students rarely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their study schedule.</w:t>
      </w:r>
      <w:r>
        <w:br/>
      </w:r>
      <w:r>
        <w:t xml:space="preserve">    (a) yell at rules</w:t>
      </w:r>
      <w:r>
        <w:br/>
      </w:r>
      <w:r>
        <w:t xml:space="preserve">    (b) depart from norms</w:t>
      </w:r>
      <w:r>
        <w:br/>
      </w:r>
      <w:r>
        <w:t xml:space="preserve">    (c) stick to plans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Russian TV is famous for inventing stories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those who disagree with Russian interests.</w:t>
      </w:r>
      <w:r>
        <w:br/>
      </w:r>
      <w:r>
        <w:t xml:space="preserve">    (a) anger</w:t>
      </w:r>
      <w:r>
        <w:br/>
      </w:r>
      <w:r>
        <w:t xml:space="preserve">    (b) damage the reputation of</w:t>
      </w:r>
      <w:r>
        <w:br/>
      </w:r>
      <w:r>
        <w:t xml:space="preserve">    (c) convince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believe him.</w:t>
      </w:r>
      <w:r>
        <w:br/>
      </w:r>
      <w:r>
        <w:t xml:space="preserve">    (a) related to belief in a single God</w:t>
      </w:r>
      <w:r>
        <w:br/>
      </w:r>
      <w:r>
        <w:t xml:space="preserve">    (b) reluctant</w:t>
      </w:r>
      <w:r>
        <w:br/>
      </w:r>
      <w:r>
        <w:t xml:space="preserve">    (c) able to be stopped from happening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study tested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efficacy</w:t>
      </w:r>
      <w:r>
        <w:rPr>
          <w:b/>
          <w:bCs/>
        </w:rPr>
        <w:t xml:space="preserve"> </w:t>
      </w:r>
      <w:r>
        <w:rPr>
          <w:b/>
          <w:bCs/>
        </w:rPr>
        <w:t xml:space="preserve">of the new reading program.</w:t>
      </w:r>
      <w:r>
        <w:br/>
      </w:r>
      <w:r>
        <w:t xml:space="preserve">    (a) effectiveness</w:t>
      </w:r>
      <w:r>
        <w:br/>
      </w:r>
      <w:r>
        <w:t xml:space="preserve">    (b) expense</w:t>
      </w:r>
      <w:r>
        <w:br/>
      </w:r>
      <w:r>
        <w:t xml:space="preserve">    (c) popularity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article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embellished</w:t>
      </w:r>
      <w:r>
        <w:rPr>
          <w:b/>
          <w:bCs/>
        </w:rPr>
        <w:t xml:space="preserve"> </w:t>
      </w:r>
      <w:r>
        <w:rPr>
          <w:b/>
          <w:bCs/>
        </w:rPr>
        <w:t xml:space="preserve">the basic facts with emotional quotes and vivid descriptions.</w:t>
      </w:r>
      <w:r>
        <w:br/>
      </w:r>
      <w:r>
        <w:t xml:space="preserve">    (a) slanted the story</w:t>
      </w:r>
      <w:r>
        <w:br/>
      </w:r>
      <w:r>
        <w:t xml:space="preserve">    (b) added detail</w:t>
      </w:r>
      <w:r>
        <w:br/>
      </w:r>
      <w:r>
        <w:t xml:space="preserve">    (c) corrected errors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financial loan</w:t>
      </w:r>
      <w:r>
        <w:br/>
      </w:r>
      <w:r>
        <w:t xml:space="preserve">    (b) patience or tolerance</w:t>
      </w:r>
      <w:r>
        <w:br/>
      </w:r>
      <w:r>
        <w:t xml:space="preserve">    (c) family concerns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inured</w:t>
      </w:r>
      <w:r>
        <w:rPr>
          <w:b/>
          <w:bCs/>
        </w:rPr>
        <w:t xml:space="preserve"> </w:t>
      </w:r>
      <w:r>
        <w:rPr>
          <w:b/>
          <w:bCs/>
        </w:rPr>
        <w:t xml:space="preserve">to her insults, but I cried as I drove home.</w:t>
      </w:r>
      <w:r>
        <w:br/>
      </w:r>
      <w:r>
        <w:t xml:space="preserve">    (a) already destroyed</w:t>
      </w:r>
      <w:r>
        <w:br/>
      </w:r>
      <w:r>
        <w:t xml:space="preserve">    (b) desensitized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irresolute</w:t>
      </w:r>
      <w:r>
        <w:rPr>
          <w:b/>
          <w:bCs/>
        </w:rPr>
        <w:t xml:space="preserve">; not sure if she should go left or right.</w:t>
      </w:r>
      <w:r>
        <w:br/>
      </w:r>
      <w:r>
        <w:t xml:space="preserve">    (a) quivering</w:t>
      </w:r>
      <w:r>
        <w:br/>
      </w:r>
      <w:r>
        <w:t xml:space="preserve">    (b) completely still</w:t>
      </w:r>
      <w:r>
        <w:br/>
      </w:r>
      <w:r>
        <w:t xml:space="preserve">    (c) uncertain of how to proceed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buried in accounting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minutiae</w:t>
      </w:r>
      <w:r>
        <w:rPr>
          <w:b/>
          <w:bCs/>
        </w:rPr>
        <w:t xml:space="preserve">.</w:t>
      </w:r>
      <w:r>
        <w:br/>
      </w:r>
      <w:r>
        <w:t xml:space="preserve">    (a) numbers</w:t>
      </w:r>
      <w:r>
        <w:br/>
      </w:r>
      <w:r>
        <w:t xml:space="preserve">    (b) expenses</w:t>
      </w:r>
      <w:r>
        <w:br/>
      </w:r>
      <w:r>
        <w:t xml:space="preserve">    (c) 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walking with a barely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limp.</w:t>
      </w:r>
      <w:r>
        <w:br/>
      </w:r>
      <w:r>
        <w:t xml:space="preserve">    (a) painful</w:t>
      </w:r>
      <w:r>
        <w:br/>
      </w:r>
      <w:r>
        <w:t xml:space="preserve">    (b) noticeable</w:t>
      </w:r>
      <w:r>
        <w:br/>
      </w:r>
      <w:r>
        <w:t xml:space="preserve">    (c) new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more notable for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perseverance</w:t>
      </w:r>
      <w:r>
        <w:rPr>
          <w:b/>
          <w:bCs/>
        </w:rPr>
        <w:t xml:space="preserve"> </w:t>
      </w:r>
      <w:r>
        <w:rPr>
          <w:b/>
          <w:bCs/>
        </w:rPr>
        <w:t xml:space="preserve">than for her natural talent.</w:t>
      </w:r>
      <w:r>
        <w:br/>
      </w:r>
      <w:r>
        <w:t xml:space="preserve">    (a) staying power</w:t>
      </w:r>
      <w:r>
        <w:br/>
      </w:r>
      <w:r>
        <w:t xml:space="preserve">    (b) education</w:t>
      </w:r>
      <w:r>
        <w:br/>
      </w:r>
      <w:r>
        <w:t xml:space="preserve">    (c) network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refuted</w:t>
      </w:r>
      <w:r>
        <w:rPr>
          <w:b/>
          <w:bCs/>
        </w:rPr>
        <w:t xml:space="preserve"> </w:t>
      </w:r>
      <w:r>
        <w:rPr>
          <w:b/>
          <w:bCs/>
        </w:rPr>
        <w:t xml:space="preserve">the argument.</w:t>
      </w:r>
      <w:r>
        <w:br/>
      </w:r>
      <w:r>
        <w:t xml:space="preserve">    (a) avoided</w:t>
      </w:r>
      <w:r>
        <w:br/>
      </w:r>
      <w:r>
        <w:t xml:space="preserve">    (b) complained about</w:t>
      </w:r>
      <w:r>
        <w:br/>
      </w:r>
      <w:r>
        <w:t xml:space="preserve">    (c) argued against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so confident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Lord of the Rings</w:t>
      </w:r>
      <w:r>
        <w:rPr>
          <w:b/>
          <w:bCs/>
        </w:rPr>
        <w:t xml:space="preserve"> </w:t>
      </w:r>
      <w:r>
        <w:rPr>
          <w:b/>
          <w:bCs/>
        </w:rPr>
        <w:t xml:space="preserve">would be successful, they filmed some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sequels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first film.</w:t>
      </w:r>
      <w:r>
        <w:br/>
      </w:r>
      <w:r>
        <w:t xml:space="preserve">    (a) movies that continued the story</w:t>
      </w:r>
      <w:r>
        <w:br/>
      </w:r>
      <w:r>
        <w:t xml:space="preserve">    (b) expensive promotional scenes</w:t>
      </w:r>
      <w:r>
        <w:br/>
      </w:r>
      <w:r>
        <w:t xml:space="preserve">    (c) interviews of actors expected to become famous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unsupportable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supposition</w:t>
      </w:r>
      <w:r>
        <w:rPr>
          <w:b/>
          <w:bCs/>
        </w:rPr>
        <w:t xml:space="preserve">.</w:t>
      </w:r>
      <w:r>
        <w:br/>
      </w:r>
      <w:r>
        <w:t xml:space="preserve">    (a) expense</w:t>
      </w:r>
      <w:r>
        <w:br/>
      </w:r>
      <w:r>
        <w:t xml:space="preserve">    (b) computer program</w:t>
      </w:r>
      <w:r>
        <w:br/>
      </w:r>
      <w:r>
        <w:t xml:space="preserve">    (c) belief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2026-07-31T14:51:34Z</dcterms:created>
  <dcterms:modified xsi:type="dcterms:W3CDTF">2026-07-31T14:51:34Z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