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699309ccfb18319aa70b9af464dd854e1e22e01"/>
    <w:p>
      <w:pPr>
        <w:pStyle w:val="Heading1"/>
      </w:pPr>
      <w:r>
        <w:rPr>
          <w:b/>
          <w:bCs/>
        </w:rPr>
        <w:t xml:space="preserve">Persuasion</w:t>
      </w:r>
      <w:r>
        <w:br/>
      </w:r>
      <w:r>
        <w:rPr>
          <w:i/>
          <w:iCs/>
        </w:rPr>
        <w:t xml:space="preserve">Jane Austen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There was only a small part of his estate that Sir Walter could</w:t>
      </w:r>
      <w:r>
        <w:rPr>
          <w:b/>
          <w:bCs/>
        </w:rPr>
        <w:t xml:space="preserve"> </w:t>
      </w:r>
      <w:r>
        <w:rPr>
          <w:b/>
          <w:bCs/>
          <w:u w:val="single"/>
        </w:rPr>
        <w:t xml:space="preserve">dispose</w:t>
      </w:r>
      <w:r>
        <w:rPr>
          <w:b/>
          <w:bCs/>
        </w:rPr>
        <w:t xml:space="preserve"> </w:t>
      </w:r>
      <w:r>
        <w:rPr>
          <w:b/>
          <w:bCs/>
        </w:rPr>
        <w:t xml:space="preserve">of;</w:t>
      </w:r>
      <w:r>
        <w:br/>
      </w:r>
      <w:r>
        <w:t xml:space="preserve">    (a) sell</w:t>
      </w:r>
      <w:r>
        <w:br/>
      </w:r>
      <w:r>
        <w:t xml:space="preserve">    (b) develop or change gradually</w:t>
      </w:r>
      <w:r>
        <w:br/>
      </w:r>
      <w:r>
        <w:t xml:space="preserve">    (c) pessimistic or disagreeable</w:t>
      </w:r>
    </w:p>
    <w:p>
      <w:pPr>
        <w:pStyle w:val="Compact"/>
        <w:numPr>
          <w:ilvl w:val="0"/>
          <w:numId w:val="1001"/>
        </w:numPr>
      </w:pPr>
      <w:r>
        <w:rPr>
          <w:b/>
          <w:bCs/>
        </w:rPr>
        <w:t xml:space="preserve">The party was divided and</w:t>
      </w:r>
      <w:r>
        <w:rPr>
          <w:b/>
          <w:bCs/>
        </w:rPr>
        <w:t xml:space="preserve"> </w:t>
      </w:r>
      <w:r>
        <w:rPr>
          <w:b/>
          <w:bCs/>
          <w:u w:val="single"/>
        </w:rPr>
        <w:t xml:space="preserve">disposed</w:t>
      </w:r>
      <w:r>
        <w:rPr>
          <w:b/>
          <w:bCs/>
        </w:rPr>
        <w:t xml:space="preserve"> </w:t>
      </w:r>
      <w:r>
        <w:rPr>
          <w:b/>
          <w:bCs/>
        </w:rPr>
        <w:t xml:space="preserve">of on two contiguous benches:</w:t>
      </w:r>
      <w:r>
        <w:br/>
      </w:r>
      <w:r>
        <w:t xml:space="preserve">    (a) positioned (or arranged; or placed)</w:t>
      </w:r>
      <w:r>
        <w:br/>
      </w:r>
      <w:r>
        <w:t xml:space="preserve">    (b) influenced or effected</w:t>
      </w:r>
      <w:r>
        <w:br/>
      </w:r>
      <w:r>
        <w:t xml:space="preserve">    (c) not roughly calculated</w:t>
      </w:r>
    </w:p>
    <w:p>
      <w:pPr>
        <w:pStyle w:val="Compact"/>
        <w:numPr>
          <w:ilvl w:val="0"/>
          <w:numId w:val="1001"/>
        </w:numPr>
      </w:pPr>
      <w:r>
        <w:rPr>
          <w:b/>
          <w:bCs/>
        </w:rPr>
        <w:t xml:space="preserve">...seemed thoughtful and not</w:t>
      </w:r>
      <w:r>
        <w:rPr>
          <w:b/>
          <w:bCs/>
        </w:rPr>
        <w:t xml:space="preserve"> </w:t>
      </w:r>
      <w:r>
        <w:rPr>
          <w:b/>
          <w:bCs/>
          <w:u w:val="single"/>
        </w:rPr>
        <w:t xml:space="preserve">disposed</w:t>
      </w:r>
      <w:r>
        <w:rPr>
          <w:b/>
          <w:bCs/>
        </w:rPr>
        <w:t xml:space="preserve"> </w:t>
      </w:r>
      <w:r>
        <w:rPr>
          <w:b/>
          <w:bCs/>
        </w:rPr>
        <w:t xml:space="preserve">to talk,</w:t>
      </w:r>
      <w:r>
        <w:br/>
      </w:r>
      <w:r>
        <w:t xml:space="preserve">    (a) inclined (in the mood)</w:t>
      </w:r>
      <w:r>
        <w:br/>
      </w:r>
      <w:r>
        <w:t xml:space="preserve">    (b) expelled or gotten rid of</w:t>
      </w:r>
      <w:r>
        <w:br/>
      </w:r>
      <w:r>
        <w:t xml:space="preserve">    (c) was abundant or plentiful</w:t>
      </w:r>
    </w:p>
    <w:p>
      <w:pPr>
        <w:pStyle w:val="Compact"/>
        <w:numPr>
          <w:ilvl w:val="0"/>
          <w:numId w:val="1001"/>
        </w:numPr>
      </w:pPr>
      <w:r>
        <w:rPr>
          <w:b/>
          <w:bCs/>
        </w:rPr>
        <w:t xml:space="preserve">He was not only to quit his home, but to see it in the hands of others; a trial of</w:t>
      </w:r>
      <w:r>
        <w:rPr>
          <w:b/>
          <w:bCs/>
        </w:rPr>
        <w:t xml:space="preserve"> </w:t>
      </w:r>
      <w:r>
        <w:rPr>
          <w:b/>
          <w:bCs/>
          <w:u w:val="single"/>
        </w:rPr>
        <w:t xml:space="preserve">fortitude</w:t>
      </w:r>
      <w:r>
        <w:rPr>
          <w:b/>
          <w:bCs/>
        </w:rPr>
        <w:t xml:space="preserve">, which stronger heads than Sir Walter's have found too much.</w:t>
      </w:r>
      <w:r>
        <w:br/>
      </w:r>
      <w:r>
        <w:t xml:space="preserve">    (a) unconstrained in some way -- such as untied or no longer obligated</w:t>
      </w:r>
      <w:r>
        <w:br/>
      </w:r>
      <w:r>
        <w:t xml:space="preserve">    (b) the highest degree awarded in universities in many fields of study</w:t>
      </w:r>
      <w:r>
        <w:br/>
      </w:r>
      <w:r>
        <w:t xml:space="preserve">    (c) strength of mind that enables one to endure adversity with courage</w:t>
      </w:r>
    </w:p>
    <w:p>
      <w:pPr>
        <w:pStyle w:val="Compact"/>
        <w:numPr>
          <w:ilvl w:val="0"/>
          <w:numId w:val="1001"/>
        </w:numPr>
      </w:pPr>
      <w:r>
        <w:rPr>
          <w:b/>
          <w:bCs/>
        </w:rPr>
        <w:t xml:space="preserve">He had left the country in</w:t>
      </w:r>
      <w:r>
        <w:rPr>
          <w:b/>
          <w:bCs/>
        </w:rPr>
        <w:t xml:space="preserve"> </w:t>
      </w:r>
      <w:r>
        <w:rPr>
          <w:b/>
          <w:bCs/>
          <w:u w:val="single"/>
        </w:rPr>
        <w:t xml:space="preserve">consequence</w:t>
      </w:r>
      <w:r>
        <w:rPr>
          <w:b/>
          <w:bCs/>
        </w:rPr>
        <w:t xml:space="preserve">.</w:t>
      </w:r>
      <w:r>
        <w:br/>
      </w:r>
      <w:r>
        <w:t xml:space="preserve">    (a) result</w:t>
      </w:r>
      <w:r>
        <w:br/>
      </w:r>
      <w:r>
        <w:t xml:space="preserve">    (b) memory</w:t>
      </w:r>
      <w:r>
        <w:br/>
      </w:r>
      <w:r>
        <w:t xml:space="preserve">    (c) battle</w:t>
      </w:r>
    </w:p>
    <w:p>
      <w:pPr>
        <w:pStyle w:val="Compact"/>
        <w:numPr>
          <w:ilvl w:val="0"/>
          <w:numId w:val="1001"/>
        </w:numPr>
      </w:pPr>
      <w:r>
        <w:rPr>
          <w:b/>
          <w:bCs/>
        </w:rPr>
        <w:t xml:space="preserve">As to Captain Wentworth's views, she deemed it of more</w:t>
      </w:r>
      <w:r>
        <w:rPr>
          <w:b/>
          <w:bCs/>
        </w:rPr>
        <w:t xml:space="preserve"> </w:t>
      </w:r>
      <w:r>
        <w:rPr>
          <w:b/>
          <w:bCs/>
          <w:u w:val="single"/>
        </w:rPr>
        <w:t xml:space="preserve">consequence</w:t>
      </w:r>
      <w:r>
        <w:rPr>
          <w:b/>
          <w:bCs/>
        </w:rPr>
        <w:t xml:space="preserve"> </w:t>
      </w:r>
      <w:r>
        <w:rPr>
          <w:b/>
          <w:bCs/>
        </w:rPr>
        <w:t xml:space="preserve">that he should know his own mind early enough not to be endangering the happiness of either sister, or impeaching his own honour, than that he should prefer Henrietta to Louisa, or Louisa to Henrietta.</w:t>
      </w:r>
      <w:r>
        <w:br/>
      </w:r>
      <w:r>
        <w:t xml:space="preserve">    (a) importance</w:t>
      </w:r>
      <w:r>
        <w:br/>
      </w:r>
      <w:r>
        <w:t xml:space="preserve">    (b) translates</w:t>
      </w:r>
      <w:r>
        <w:br/>
      </w:r>
      <w:r>
        <w:t xml:space="preserve">    (c) sticks out</w:t>
      </w:r>
    </w:p>
    <w:p>
      <w:pPr>
        <w:pStyle w:val="Compact"/>
        <w:numPr>
          <w:ilvl w:val="0"/>
          <w:numId w:val="1001"/>
        </w:numPr>
      </w:pPr>
      <w:r>
        <w:rPr>
          <w:b/>
          <w:bCs/>
        </w:rPr>
        <w:t xml:space="preserve">the</w:t>
      </w:r>
      <w:r>
        <w:rPr>
          <w:b/>
          <w:bCs/>
        </w:rPr>
        <w:t xml:space="preserve"> </w:t>
      </w:r>
      <w:r>
        <w:rPr>
          <w:b/>
          <w:bCs/>
          <w:u w:val="single"/>
        </w:rPr>
        <w:t xml:space="preserve">fastidiousness</w:t>
      </w:r>
      <w:r>
        <w:rPr>
          <w:b/>
          <w:bCs/>
        </w:rPr>
        <w:t xml:space="preserve"> </w:t>
      </w:r>
      <w:r>
        <w:rPr>
          <w:b/>
          <w:bCs/>
        </w:rPr>
        <w:t xml:space="preserve">of her taste, in the small limits of the society around them.</w:t>
      </w:r>
      <w:r>
        <w:br/>
      </w:r>
      <w:r>
        <w:t xml:space="preserve">    (a) highly concerned with matters of taste</w:t>
      </w:r>
      <w:r>
        <w:br/>
      </w:r>
      <w:r>
        <w:t xml:space="preserve">    (b) a person who works from within to destroy an established order; or relating to such destructive efforts</w:t>
      </w:r>
      <w:r>
        <w:br/>
      </w:r>
      <w:r>
        <w:t xml:space="preserve">    (c) not relevant (not related to the subject being considered, or not important enough to want to consider)</w:t>
      </w:r>
    </w:p>
    <w:p>
      <w:pPr>
        <w:pStyle w:val="Compact"/>
        <w:numPr>
          <w:ilvl w:val="0"/>
          <w:numId w:val="1001"/>
        </w:numPr>
      </w:pPr>
      <w:r>
        <w:rPr>
          <w:b/>
          <w:bCs/>
        </w:rPr>
        <w:t xml:space="preserve">She had been forced into</w:t>
      </w:r>
      <w:r>
        <w:rPr>
          <w:b/>
          <w:bCs/>
        </w:rPr>
        <w:t xml:space="preserve"> </w:t>
      </w:r>
      <w:r>
        <w:rPr>
          <w:b/>
          <w:bCs/>
          <w:u w:val="single"/>
        </w:rPr>
        <w:t xml:space="preserve">prudence</w:t>
      </w:r>
      <w:r>
        <w:rPr>
          <w:b/>
          <w:bCs/>
        </w:rPr>
        <w:t xml:space="preserve"> </w:t>
      </w:r>
      <w:r>
        <w:rPr>
          <w:b/>
          <w:bCs/>
        </w:rPr>
        <w:t xml:space="preserve">in her youth, she learned romance as she grew older:</w:t>
      </w:r>
      <w:r>
        <w:br/>
      </w:r>
      <w:r>
        <w:t xml:space="preserve">    (a) not easily set on fire</w:t>
      </w:r>
      <w:r>
        <w:br/>
      </w:r>
      <w:r>
        <w:t xml:space="preserve">    (b) good sense and caution</w:t>
      </w:r>
      <w:r>
        <w:br/>
      </w:r>
      <w:r>
        <w:t xml:space="preserve">    (c) surrounding conditions</w:t>
      </w:r>
    </w:p>
    <w:p>
      <w:pPr>
        <w:pStyle w:val="Compact"/>
        <w:numPr>
          <w:ilvl w:val="0"/>
          <w:numId w:val="1001"/>
        </w:numPr>
      </w:pPr>
      <w:r>
        <w:rPr>
          <w:b/>
          <w:bCs/>
        </w:rPr>
        <w:t xml:space="preserve">In person, she was</w:t>
      </w:r>
      <w:r>
        <w:rPr>
          <w:b/>
          <w:bCs/>
        </w:rPr>
        <w:t xml:space="preserve"> </w:t>
      </w:r>
      <w:r>
        <w:rPr>
          <w:b/>
          <w:bCs/>
          <w:u w:val="single"/>
        </w:rPr>
        <w:t xml:space="preserve">inferior</w:t>
      </w:r>
      <w:r>
        <w:rPr>
          <w:b/>
          <w:bCs/>
        </w:rPr>
        <w:t xml:space="preserve"> </w:t>
      </w:r>
      <w:r>
        <w:rPr>
          <w:b/>
          <w:bCs/>
        </w:rPr>
        <w:t xml:space="preserve">to both sisters, and had, even in her bloom, only reached the dignity of being "a fine girl."</w:t>
      </w:r>
      <w:r>
        <w:br/>
      </w:r>
      <w:r>
        <w:t xml:space="preserve">    (a) (adjective) of low quality, or of lower quality or rank than something else  OR  (more rarely as a noun) a person of lower rank or status</w:t>
      </w:r>
      <w:r>
        <w:br/>
      </w:r>
      <w:r>
        <w:t xml:space="preserve">    (b) of an organism in the early stages of development prior to birth, hatching, or sprouting  OR  of anything in an early stage of development</w:t>
      </w:r>
      <w:r>
        <w:br/>
      </w:r>
      <w:r>
        <w:t xml:space="preserve">    (c) relating to existentialism -- a philosophical movement that assumes each person is free to determine what is essential in their existence</w:t>
      </w:r>
    </w:p>
    <w:p>
      <w:pPr>
        <w:pStyle w:val="Compact"/>
        <w:numPr>
          <w:ilvl w:val="0"/>
          <w:numId w:val="1001"/>
        </w:numPr>
      </w:pPr>
      <w:r>
        <w:rPr>
          <w:b/>
          <w:bCs/>
        </w:rPr>
        <w:t xml:space="preserve">They were received with great</w:t>
      </w:r>
      <w:r>
        <w:rPr>
          <w:b/>
          <w:bCs/>
        </w:rPr>
        <w:t xml:space="preserve"> </w:t>
      </w:r>
      <w:r>
        <w:rPr>
          <w:b/>
          <w:bCs/>
          <w:u w:val="single"/>
        </w:rPr>
        <w:t xml:space="preserve">cordiality</w:t>
      </w:r>
      <w:r>
        <w:rPr>
          <w:b/>
          <w:bCs/>
        </w:rPr>
        <w:t xml:space="preserve">.</w:t>
      </w:r>
      <w:r>
        <w:br/>
      </w:r>
      <w:r>
        <w:t xml:space="preserve">    (a) friendliness</w:t>
      </w:r>
      <w:r>
        <w:br/>
      </w:r>
      <w:r>
        <w:t xml:space="preserve">    (b) satisfaction</w:t>
      </w:r>
      <w:r>
        <w:br/>
      </w:r>
      <w:r>
        <w:t xml:space="preserve">    (c) psychiatrist</w:t>
      </w:r>
    </w:p>
    <w:p>
      <w:pPr>
        <w:pStyle w:val="Compact"/>
        <w:numPr>
          <w:ilvl w:val="0"/>
          <w:numId w:val="1001"/>
        </w:numPr>
      </w:pPr>
      <w:r>
        <w:rPr>
          <w:b/>
          <w:bCs/>
        </w:rPr>
        <w:t xml:space="preserve">Your sister being with you, my love, I have no</w:t>
      </w:r>
      <w:r>
        <w:rPr>
          <w:b/>
          <w:bCs/>
        </w:rPr>
        <w:t xml:space="preserve"> </w:t>
      </w:r>
      <w:r>
        <w:rPr>
          <w:b/>
          <w:bCs/>
          <w:u w:val="single"/>
        </w:rPr>
        <w:t xml:space="preserve">scruple</w:t>
      </w:r>
      <w:r>
        <w:rPr>
          <w:b/>
          <w:bCs/>
        </w:rPr>
        <w:t xml:space="preserve"> </w:t>
      </w:r>
      <w:r>
        <w:rPr>
          <w:b/>
          <w:bCs/>
        </w:rPr>
        <w:t xml:space="preserve">at all.</w:t>
      </w:r>
      <w:r>
        <w:br/>
      </w:r>
      <w:r>
        <w:t xml:space="preserve">    (a) an ethical or moral principle that discourages certain kinds of action</w:t>
      </w:r>
      <w:r>
        <w:br/>
      </w:r>
      <w:r>
        <w:t xml:space="preserve">    (b) speak in a manner that does not clearly express an opinion or decision</w:t>
      </w:r>
      <w:r>
        <w:br/>
      </w:r>
      <w:r>
        <w:t xml:space="preserve">    (c) to stick out, attract more attention than desired, or impose on others</w:t>
      </w:r>
    </w:p>
    <w:p>
      <w:pPr>
        <w:pStyle w:val="Compact"/>
        <w:numPr>
          <w:ilvl w:val="0"/>
          <w:numId w:val="1001"/>
        </w:numPr>
      </w:pPr>
      <w:r>
        <w:rPr>
          <w:b/>
          <w:bCs/>
        </w:rPr>
        <w:t xml:space="preserve">But I hate to hear you talking so like a fine gentleman, and as if women were all fine ladies, instead of</w:t>
      </w:r>
      <w:r>
        <w:rPr>
          <w:b/>
          <w:bCs/>
        </w:rPr>
        <w:t xml:space="preserve"> </w:t>
      </w:r>
      <w:r>
        <w:rPr>
          <w:b/>
          <w:bCs/>
          <w:u w:val="single"/>
        </w:rPr>
        <w:t xml:space="preserve">rational</w:t>
      </w:r>
      <w:r>
        <w:rPr>
          <w:b/>
          <w:bCs/>
        </w:rPr>
        <w:t xml:space="preserve"> </w:t>
      </w:r>
      <w:r>
        <w:rPr>
          <w:b/>
          <w:bCs/>
        </w:rPr>
        <w:t xml:space="preserve">creatures.</w:t>
      </w:r>
      <w:r>
        <w:br/>
      </w:r>
      <w:r>
        <w:t xml:space="preserve">    (a) reasonable</w:t>
      </w:r>
      <w:r>
        <w:br/>
      </w:r>
      <w:r>
        <w:t xml:space="preserve">    (b) very large</w:t>
      </w:r>
      <w:r>
        <w:br/>
      </w:r>
      <w:r>
        <w:t xml:space="preserve">    (c) related to</w:t>
      </w:r>
    </w:p>
    <w:p>
      <w:pPr>
        <w:pStyle w:val="Compact"/>
        <w:numPr>
          <w:ilvl w:val="0"/>
          <w:numId w:val="1001"/>
        </w:numPr>
      </w:pPr>
      <w:r>
        <w:rPr>
          <w:b/>
          <w:bCs/>
        </w:rPr>
        <w:t xml:space="preserve">Charles Hayter had met with much to disquiet and</w:t>
      </w:r>
      <w:r>
        <w:rPr>
          <w:b/>
          <w:bCs/>
        </w:rPr>
        <w:t xml:space="preserve"> </w:t>
      </w:r>
      <w:r>
        <w:rPr>
          <w:b/>
          <w:bCs/>
          <w:u w:val="single"/>
        </w:rPr>
        <w:t xml:space="preserve">mortify</w:t>
      </w:r>
      <w:r>
        <w:rPr>
          <w:b/>
          <w:bCs/>
        </w:rPr>
        <w:t xml:space="preserve"> </w:t>
      </w:r>
      <w:r>
        <w:rPr>
          <w:b/>
          <w:bCs/>
        </w:rPr>
        <w:t xml:space="preserve">him in his cousin's behaviour.</w:t>
      </w:r>
      <w:r>
        <w:br/>
      </w:r>
      <w:r>
        <w:t xml:space="preserve">    (a) surgically interrupt nerve tracts to and from the frontal lobe of the brain</w:t>
      </w:r>
      <w:r>
        <w:br/>
      </w:r>
      <w:r>
        <w:t xml:space="preserve">    (b) extremely embarrassed and ashamed—so humiliated that pride feels wounded.</w:t>
      </w:r>
      <w:r>
        <w:br/>
      </w:r>
      <w:r>
        <w:t xml:space="preserve">    (c) get the opinions (of people) by asking specific questions; or solicit votes</w:t>
      </w:r>
    </w:p>
    <w:p>
      <w:pPr>
        <w:pStyle w:val="Compact"/>
        <w:numPr>
          <w:ilvl w:val="0"/>
          <w:numId w:val="1001"/>
        </w:numPr>
      </w:pPr>
      <w:r>
        <w:rPr>
          <w:b/>
          <w:bCs/>
        </w:rPr>
        <w:t xml:space="preserve">Captain Harville was a tall, dark man, with a sensible, benevolent</w:t>
      </w:r>
      <w:r>
        <w:rPr>
          <w:b/>
          <w:bCs/>
        </w:rPr>
        <w:t xml:space="preserve"> </w:t>
      </w:r>
      <w:r>
        <w:rPr>
          <w:b/>
          <w:bCs/>
          <w:u w:val="single"/>
        </w:rPr>
        <w:t xml:space="preserve">countenance</w:t>
      </w:r>
      <w:r>
        <w:rPr>
          <w:b/>
          <w:bCs/>
        </w:rPr>
        <w:t xml:space="preserve">;</w:t>
      </w:r>
      <w:r>
        <w:br/>
      </w:r>
      <w:r>
        <w:t xml:space="preserve">    (a) a secret agreement or plot</w:t>
      </w:r>
      <w:r>
        <w:br/>
      </w:r>
      <w:r>
        <w:t xml:space="preserve">    (b) facial expression</w:t>
      </w:r>
      <w:r>
        <w:br/>
      </w:r>
      <w:r>
        <w:t xml:space="preserve">    (c) the best or most important</w:t>
      </w:r>
    </w:p>
    <w:p>
      <w:pPr>
        <w:pStyle w:val="Compact"/>
        <w:numPr>
          <w:ilvl w:val="0"/>
          <w:numId w:val="1001"/>
        </w:numPr>
      </w:pPr>
      <w:r>
        <w:rPr>
          <w:b/>
          <w:bCs/>
        </w:rPr>
        <w:t xml:space="preserve">These</w:t>
      </w:r>
      <w:r>
        <w:rPr>
          <w:b/>
          <w:bCs/>
        </w:rPr>
        <w:t xml:space="preserve"> </w:t>
      </w:r>
      <w:r>
        <w:rPr>
          <w:b/>
          <w:bCs/>
          <w:u w:val="single"/>
        </w:rPr>
        <w:t xml:space="preserve">convictions</w:t>
      </w:r>
      <w:r>
        <w:rPr>
          <w:b/>
          <w:bCs/>
        </w:rPr>
        <w:t xml:space="preserve"> </w:t>
      </w:r>
      <w:r>
        <w:rPr>
          <w:b/>
          <w:bCs/>
        </w:rPr>
        <w:t xml:space="preserve">must unquestionably have their own pain, and severe was its kind; but they precluded that pain which Lady Russell would suffer in entering the house again, and returning through the well-known apartments.</w:t>
      </w:r>
      <w:r>
        <w:br/>
      </w:r>
      <w:r>
        <w:t xml:space="preserve">    (a) calculates or judges too low</w:t>
      </w:r>
      <w:r>
        <w:br/>
      </w:r>
      <w:r>
        <w:t xml:space="preserve">    (b) a strong, firmly held belief</w:t>
      </w:r>
      <w:r>
        <w:br/>
      </w:r>
      <w:r>
        <w:t xml:space="preserve">    (c) not working or not operating</w:t>
      </w:r>
    </w:p>
    <w:p>
      <w:pPr>
        <w:pStyle w:val="Compact"/>
        <w:numPr>
          <w:ilvl w:val="0"/>
          <w:numId w:val="1001"/>
        </w:numPr>
      </w:pPr>
      <w:r>
        <w:rPr>
          <w:b/>
          <w:bCs/>
        </w:rPr>
        <w:t xml:space="preserve">and with the most perfect</w:t>
      </w:r>
      <w:r>
        <w:rPr>
          <w:b/>
          <w:bCs/>
        </w:rPr>
        <w:t xml:space="preserve"> </w:t>
      </w:r>
      <w:r>
        <w:rPr>
          <w:b/>
          <w:bCs/>
          <w:u w:val="single"/>
        </w:rPr>
        <w:t xml:space="preserve">alacrity</w:t>
      </w:r>
      <w:r>
        <w:rPr>
          <w:b/>
          <w:bCs/>
        </w:rPr>
        <w:t xml:space="preserve"> </w:t>
      </w:r>
      <w:r>
        <w:rPr>
          <w:b/>
          <w:bCs/>
        </w:rPr>
        <w:t xml:space="preserve">he welcomed the relationship, alluded to the past, and entreated to be received as an acquaintance already.</w:t>
      </w:r>
      <w:r>
        <w:br/>
      </w:r>
      <w:r>
        <w:t xml:space="preserve">    (a) the quality of exactness or accuracy</w:t>
      </w:r>
      <w:r>
        <w:br/>
      </w:r>
      <w:r>
        <w:t xml:space="preserve">    (b) the gain of advantage from something</w:t>
      </w:r>
      <w:r>
        <w:br/>
      </w:r>
      <w:r>
        <w:t xml:space="preserve">    (c) quickness; and/or cheerful eagerness</w:t>
      </w:r>
    </w:p>
    <w:p>
      <w:pPr>
        <w:pStyle w:val="Compact"/>
        <w:numPr>
          <w:ilvl w:val="0"/>
          <w:numId w:val="1001"/>
        </w:numPr>
      </w:pPr>
      <w:r>
        <w:rPr>
          <w:b/>
          <w:bCs/>
        </w:rPr>
        <w:t xml:space="preserve">nothing could exceed his</w:t>
      </w:r>
      <w:r>
        <w:rPr>
          <w:b/>
          <w:bCs/>
        </w:rPr>
        <w:t xml:space="preserve"> </w:t>
      </w:r>
      <w:r>
        <w:rPr>
          <w:b/>
          <w:bCs/>
          <w:u w:val="single"/>
        </w:rPr>
        <w:t xml:space="preserve">solicitude</w:t>
      </w:r>
      <w:r>
        <w:rPr>
          <w:b/>
          <w:bCs/>
        </w:rPr>
        <w:t xml:space="preserve"> </w:t>
      </w:r>
      <w:r>
        <w:rPr>
          <w:b/>
          <w:bCs/>
        </w:rPr>
        <w:t xml:space="preserve">and care</w:t>
      </w:r>
      <w:r>
        <w:br/>
      </w:r>
      <w:r>
        <w:t xml:space="preserve">    (a) great concern</w:t>
      </w:r>
      <w:r>
        <w:br/>
      </w:r>
      <w:r>
        <w:t xml:space="preserve">    (b) opinion of what is good and bad about something</w:t>
      </w:r>
      <w:r>
        <w:br/>
      </w:r>
      <w:r>
        <w:t xml:space="preserve">    (c) the majority denomination of Islam (almost 90%)</w:t>
      </w:r>
    </w:p>
    <w:p>
      <w:pPr>
        <w:pStyle w:val="Compact"/>
        <w:numPr>
          <w:ilvl w:val="0"/>
          <w:numId w:val="1001"/>
        </w:numPr>
      </w:pPr>
      <w:r>
        <w:rPr>
          <w:b/>
          <w:bCs/>
        </w:rPr>
        <w:t xml:space="preserve">Anne's</w:t>
      </w:r>
      <w:r>
        <w:rPr>
          <w:b/>
          <w:bCs/>
        </w:rPr>
        <w:t xml:space="preserve"> </w:t>
      </w:r>
      <w:r>
        <w:rPr>
          <w:b/>
          <w:bCs/>
          <w:u w:val="single"/>
        </w:rPr>
        <w:t xml:space="preserve">recollections</w:t>
      </w:r>
      <w:r>
        <w:rPr>
          <w:b/>
          <w:bCs/>
        </w:rPr>
        <w:t xml:space="preserve"> </w:t>
      </w:r>
      <w:r>
        <w:rPr>
          <w:b/>
          <w:bCs/>
        </w:rPr>
        <w:t xml:space="preserve">of the concert were quite happy enough to animate her features and make her rejoice to talk of it.</w:t>
      </w:r>
      <w:r>
        <w:br/>
      </w:r>
      <w:r>
        <w:t xml:space="preserve">    (a) memories</w:t>
      </w:r>
      <w:r>
        <w:br/>
      </w:r>
      <w:r>
        <w:t xml:space="preserve">    (b) thoughts</w:t>
      </w:r>
      <w:r>
        <w:br/>
      </w:r>
      <w:r>
        <w:t xml:space="preserve">    (c) restores</w:t>
      </w:r>
    </w:p>
    <w:p>
      <w:pPr>
        <w:pStyle w:val="Compact"/>
        <w:numPr>
          <w:ilvl w:val="0"/>
          <w:numId w:val="1001"/>
        </w:numPr>
      </w:pPr>
      <w:r>
        <w:rPr>
          <w:b/>
          <w:bCs/>
        </w:rPr>
        <w:t xml:space="preserve">I got more</w:t>
      </w:r>
      <w:r>
        <w:rPr>
          <w:b/>
          <w:bCs/>
        </w:rPr>
        <w:t xml:space="preserve"> </w:t>
      </w:r>
      <w:r>
        <w:rPr>
          <w:b/>
          <w:bCs/>
          <w:u w:val="single"/>
        </w:rPr>
        <w:t xml:space="preserve">acquainted</w:t>
      </w:r>
      <w:r>
        <w:rPr>
          <w:b/>
          <w:bCs/>
        </w:rPr>
        <w:t xml:space="preserve"> </w:t>
      </w:r>
      <w:r>
        <w:rPr>
          <w:b/>
          <w:bCs/>
        </w:rPr>
        <w:t xml:space="preserve">with him last Monday than ever I did before.</w:t>
      </w:r>
      <w:r>
        <w:br/>
      </w:r>
      <w:r>
        <w:t xml:space="preserve">    (a) familiar (to know better)</w:t>
      </w:r>
      <w:r>
        <w:br/>
      </w:r>
      <w:r>
        <w:t xml:space="preserve">    (b) not having taken power or responsibility</w:t>
      </w:r>
      <w:r>
        <w:br/>
      </w:r>
      <w:r>
        <w:t xml:space="preserve">    (c) compensated for a loss; or paid a reward</w:t>
      </w:r>
    </w:p>
    <w:p>
      <w:pPr>
        <w:pStyle w:val="Compact"/>
        <w:numPr>
          <w:ilvl w:val="0"/>
          <w:numId w:val="1001"/>
        </w:numPr>
      </w:pPr>
      <w:r>
        <w:rPr>
          <w:b/>
          <w:bCs/>
        </w:rPr>
        <w:t xml:space="preserve">And then, if I could</w:t>
      </w:r>
      <w:r>
        <w:rPr>
          <w:b/>
          <w:bCs/>
        </w:rPr>
        <w:t xml:space="preserve"> </w:t>
      </w:r>
      <w:r>
        <w:rPr>
          <w:b/>
          <w:bCs/>
          <w:u w:val="single"/>
        </w:rPr>
        <w:t xml:space="preserve">convey</w:t>
      </w:r>
      <w:r>
        <w:rPr>
          <w:b/>
          <w:bCs/>
        </w:rPr>
        <w:t xml:space="preserve"> </w:t>
      </w:r>
      <w:r>
        <w:rPr>
          <w:b/>
          <w:bCs/>
        </w:rPr>
        <w:t xml:space="preserve">to you the glow of his soul when he does see them again; when, coming back after a twelvemonth's absence, perhaps, and obliged to put into another port, he calculates how soon it be possible to get them there, pretending to deceive himself, and saying, 'They cannot be here till such a day,' but all the while hoping for them twelve hours sooner, and seeing them arrive at last, as if Heaven had given them wings, by many hours sooner still!</w:t>
      </w:r>
      <w:r>
        <w:br/>
      </w:r>
      <w:r>
        <w:t xml:space="preserve">    (a) create dramatic change</w:t>
      </w:r>
      <w:r>
        <w:br/>
      </w:r>
      <w:r>
        <w:t xml:space="preserve">    (b) mirror back (an image)</w:t>
      </w:r>
      <w:r>
        <w:br/>
      </w:r>
      <w:r>
        <w:t xml:space="preserve">    (c) communicate or express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2026-07-31T14:51:34Z</dcterms:created>
  <dcterms:modified xsi:type="dcterms:W3CDTF">2026-07-31T14:51:34Z</dcterms:modified>
</cp:coreProperties>
</file>

<file path=docProps/custom.xml><?xml version="1.0" encoding="utf-8"?>
<Properties xmlns="http://schemas.openxmlformats.org/officeDocument/2006/custom-properties" xmlns:vt="http://schemas.openxmlformats.org/officeDocument/2006/docPropsVTypes"/>
</file>