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d84574ebf84b3b0dac346d1c4575804fbf57f1"/>
    <w:p>
      <w:pPr>
        <w:pStyle w:val="Heading1"/>
      </w:pPr>
      <w:r>
        <w:rPr>
          <w:b/>
          <w:bCs/>
        </w:rPr>
        <w:t xml:space="preserve">Perfect Chemistry</w:t>
      </w:r>
      <w:r>
        <w:br/>
      </w:r>
      <w:r>
        <w:rPr>
          <w:i/>
          <w:iCs/>
        </w:rPr>
        <w:t xml:space="preserve">Simone Elkeles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passage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adapted</w:t>
      </w:r>
      <w:r>
        <w:rPr>
          <w:b/>
          <w:bCs/>
        </w:rPr>
        <w:t xml:space="preserve"> </w:t>
      </w:r>
      <w:r>
        <w:rPr>
          <w:b/>
          <w:bCs/>
        </w:rPr>
        <w:t xml:space="preserve">from Ralph Ellison,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Invisible Man</w:t>
      </w:r>
      <w:r>
        <w:rPr>
          <w:b/>
          <w:bCs/>
        </w:rPr>
        <w:t xml:space="preserve"> </w:t>
      </w:r>
      <w:r>
        <w:rPr>
          <w:b/>
          <w:bCs/>
        </w:rPr>
        <w:t xml:space="preserve">©1952.</w:t>
      </w:r>
      <w:r>
        <w:br/>
      </w:r>
      <w:r>
        <w:t xml:space="preserve">    (a) changed</w:t>
      </w:r>
      <w:r>
        <w:br/>
      </w:r>
      <w:r>
        <w:t xml:space="preserve">    (b) read</w:t>
      </w:r>
      <w:r>
        <w:br/>
      </w:r>
      <w:r>
        <w:t xml:space="preserve">    (c) copied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entrance created quite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commotion</w:t>
      </w:r>
      <w:r>
        <w:rPr>
          <w:b/>
          <w:bCs/>
        </w:rPr>
        <w:t xml:space="preserve">.</w:t>
      </w:r>
      <w:r>
        <w:br/>
      </w:r>
      <w:r>
        <w:t xml:space="preserve">    (a) disturbance</w:t>
      </w:r>
      <w:r>
        <w:br/>
      </w:r>
      <w:r>
        <w:t xml:space="preserve">    (b) outburst of laughter</w:t>
      </w:r>
      <w:r>
        <w:br/>
      </w:r>
      <w:r>
        <w:t xml:space="preserve">    (c) accident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decided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confront</w:t>
      </w:r>
      <w:r>
        <w:rPr>
          <w:b/>
          <w:bCs/>
        </w:rPr>
        <w:t xml:space="preserve"> </w:t>
      </w:r>
      <w:r>
        <w:rPr>
          <w:b/>
          <w:bCs/>
        </w:rPr>
        <w:t xml:space="preserve">her coworker who had taken credit for her work.</w:t>
      </w:r>
      <w:r>
        <w:br/>
      </w:r>
      <w:r>
        <w:t xml:space="preserve">    (a) quietly forgive</w:t>
      </w:r>
      <w:r>
        <w:br/>
      </w:r>
      <w:r>
        <w:t xml:space="preserve">    (b) secretly observe</w:t>
      </w:r>
      <w:r>
        <w:br/>
      </w:r>
      <w:r>
        <w:t xml:space="preserve">    (c) deal directly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philosopher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contemplated</w:t>
      </w:r>
      <w:r>
        <w:rPr>
          <w:b/>
          <w:bCs/>
        </w:rPr>
        <w:t xml:space="preserve"> </w:t>
      </w:r>
      <w:r>
        <w:rPr>
          <w:b/>
          <w:bCs/>
        </w:rPr>
        <w:t xml:space="preserve">the meaning of life, pondering the big questions of existence.</w:t>
      </w:r>
      <w:r>
        <w:br/>
      </w:r>
      <w:r>
        <w:t xml:space="preserve">    (a) thought about</w:t>
      </w:r>
      <w:r>
        <w:br/>
      </w:r>
      <w:r>
        <w:t xml:space="preserve">    (b) wrote about</w:t>
      </w:r>
      <w:r>
        <w:br/>
      </w:r>
      <w:r>
        <w:t xml:space="preserve">    (c) read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tried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goad</w:t>
      </w:r>
      <w:r>
        <w:rPr>
          <w:b/>
          <w:bCs/>
        </w:rPr>
        <w:t xml:space="preserve"> </w:t>
      </w:r>
      <w:r>
        <w:rPr>
          <w:b/>
          <w:bCs/>
        </w:rPr>
        <w:t xml:space="preserve">the candidate into saying something extreme.</w:t>
      </w:r>
      <w:r>
        <w:br/>
      </w:r>
      <w:r>
        <w:t xml:space="preserve">    (a) provoke</w:t>
      </w:r>
      <w:r>
        <w:br/>
      </w:r>
      <w:r>
        <w:t xml:space="preserve">    (b) poke with a stick</w:t>
      </w:r>
      <w:r>
        <w:br/>
      </w:r>
      <w:r>
        <w:t xml:space="preserve">    (c) prevent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harassed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police.</w:t>
      </w:r>
      <w:r>
        <w:br/>
      </w:r>
      <w:r>
        <w:t xml:space="preserve">    (a) imprisoned rapidly</w:t>
      </w:r>
      <w:r>
        <w:br/>
      </w:r>
      <w:r>
        <w:t xml:space="preserve">    (b) interviewed formally</w:t>
      </w:r>
      <w:r>
        <w:br/>
      </w:r>
      <w:r>
        <w:t xml:space="preserve">    (c) bothered repeatedly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leaves fall each year with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inevitable</w:t>
      </w:r>
      <w:r>
        <w:rPr>
          <w:b/>
          <w:bCs/>
        </w:rPr>
        <w:t xml:space="preserve"> </w:t>
      </w:r>
      <w:r>
        <w:rPr>
          <w:b/>
          <w:bCs/>
        </w:rPr>
        <w:t xml:space="preserve">change of the seasons.</w:t>
      </w:r>
      <w:r>
        <w:br/>
      </w:r>
      <w:r>
        <w:t xml:space="preserve">    (a) complete or total</w:t>
      </w:r>
      <w:r>
        <w:br/>
      </w:r>
      <w:r>
        <w:t xml:space="preserve">    (b) certain to happen</w:t>
      </w:r>
      <w:r>
        <w:br/>
      </w:r>
      <w:r>
        <w:t xml:space="preserve">    (c) minor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mother couldn't attend my Honor Society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initiation</w:t>
      </w:r>
      <w:r>
        <w:rPr>
          <w:b/>
          <w:bCs/>
        </w:rPr>
        <w:t xml:space="preserve"> </w:t>
      </w:r>
      <w:r>
        <w:rPr>
          <w:b/>
          <w:bCs/>
        </w:rPr>
        <w:t xml:space="preserve">ceremony.</w:t>
      </w:r>
      <w:r>
        <w:br/>
      </w:r>
      <w:r>
        <w:t xml:space="preserve">    (a) joining</w:t>
      </w:r>
      <w:r>
        <w:br/>
      </w:r>
      <w:r>
        <w:t xml:space="preserve">    (b) convention</w:t>
      </w:r>
      <w:r>
        <w:br/>
      </w:r>
      <w:r>
        <w:t xml:space="preserve">    (c) graduation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are opposed to Russian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intervention</w:t>
      </w:r>
      <w:r>
        <w:rPr>
          <w:b/>
          <w:bCs/>
        </w:rPr>
        <w:t xml:space="preserve"> </w:t>
      </w:r>
      <w:r>
        <w:rPr>
          <w:b/>
          <w:bCs/>
        </w:rPr>
        <w:t xml:space="preserve">in their country.</w:t>
      </w:r>
      <w:r>
        <w:br/>
      </w:r>
      <w:r>
        <w:t xml:space="preserve">    (a) involvement</w:t>
      </w:r>
      <w:r>
        <w:br/>
      </w:r>
      <w:r>
        <w:t xml:space="preserve">    (b) severe damage -- for example by cutting up</w:t>
      </w:r>
      <w:r>
        <w:br/>
      </w:r>
      <w:r>
        <w:t xml:space="preserve">    (c) intense feeling of happiness and excitement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intimidated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formality of her first board meeting.</w:t>
      </w:r>
      <w:r>
        <w:br/>
      </w:r>
      <w:r>
        <w:t xml:space="preserve">    (a) quite amused</w:t>
      </w:r>
      <w:r>
        <w:br/>
      </w:r>
      <w:r>
        <w:t xml:space="preserve">    (b) made fearful</w:t>
      </w:r>
      <w:r>
        <w:br/>
      </w:r>
      <w:r>
        <w:t xml:space="preserve">    (c) made welcome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working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laboratory</w:t>
      </w:r>
      <w:r>
        <w:rPr>
          <w:b/>
          <w:bCs/>
        </w:rPr>
        <w:t xml:space="preserve">.</w:t>
      </w:r>
      <w:r>
        <w:br/>
      </w:r>
      <w:r>
        <w:t xml:space="preserve">    (a) manufacturing workplace</w:t>
      </w:r>
      <w:r>
        <w:br/>
      </w:r>
      <w:r>
        <w:t xml:space="preserve">    (b) repair workplace</w:t>
      </w:r>
      <w:r>
        <w:br/>
      </w:r>
      <w:r>
        <w:t xml:space="preserve">    (c) science workplace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the car is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neutral</w:t>
      </w:r>
      <w:r>
        <w:rPr>
          <w:b/>
          <w:bCs/>
        </w:rPr>
        <w:t xml:space="preserve">, I hear a whistling noise.</w:t>
      </w:r>
      <w:r>
        <w:br/>
      </w:r>
      <w:r>
        <w:t xml:space="preserve">    (a) with the engine working hard</w:t>
      </w:r>
      <w:r>
        <w:br/>
      </w:r>
      <w:r>
        <w:t xml:space="preserve">    (b) with the gears unengaged</w:t>
      </w:r>
      <w:r>
        <w:br/>
      </w:r>
      <w:r>
        <w:t xml:space="preserve">    (c) moving fast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omitted</w:t>
      </w:r>
      <w:r>
        <w:rPr>
          <w:b/>
          <w:bCs/>
        </w:rPr>
        <w:t xml:space="preserve"> </w:t>
      </w:r>
      <w:r>
        <w:rPr>
          <w:b/>
          <w:bCs/>
        </w:rPr>
        <w:t xml:space="preserve">a few details to place herself in a more favorable light.</w:t>
      </w:r>
      <w:r>
        <w:br/>
      </w:r>
      <w:r>
        <w:t xml:space="preserve">    (a) left out</w:t>
      </w:r>
      <w:r>
        <w:br/>
      </w:r>
      <w:r>
        <w:t xml:space="preserve">    (b) made up</w:t>
      </w:r>
      <w:r>
        <w:br/>
      </w:r>
      <w:r>
        <w:t xml:space="preserve">    (c) exaggerated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principal</w:t>
      </w:r>
      <w:r>
        <w:rPr>
          <w:b/>
          <w:bCs/>
        </w:rPr>
        <w:t xml:space="preserve"> </w:t>
      </w:r>
      <w:r>
        <w:rPr>
          <w:b/>
          <w:bCs/>
        </w:rPr>
        <w:t xml:space="preserve">reason for the delay was bad weather.</w:t>
      </w:r>
      <w:r>
        <w:br/>
      </w:r>
      <w:r>
        <w:t xml:space="preserve">    (a) final</w:t>
      </w:r>
      <w:r>
        <w:br/>
      </w:r>
      <w:r>
        <w:t xml:space="preserve">    (b) main</w:t>
      </w:r>
      <w:r>
        <w:br/>
      </w:r>
      <w:r>
        <w:t xml:space="preserve">    (c) stated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enjoyed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sensual</w:t>
      </w:r>
      <w:r>
        <w:rPr>
          <w:b/>
          <w:bCs/>
        </w:rPr>
        <w:t xml:space="preserve"> </w:t>
      </w:r>
      <w:r>
        <w:rPr>
          <w:b/>
          <w:bCs/>
        </w:rPr>
        <w:t xml:space="preserve">pleasure of the warm sun on her skin.</w:t>
      </w:r>
      <w:r>
        <w:br/>
      </w:r>
      <w:r>
        <w:t xml:space="preserve">    (a) exciting the mind's intellect</w:t>
      </w:r>
      <w:r>
        <w:br/>
      </w:r>
      <w:r>
        <w:t xml:space="preserve">    (b) pleasing the body's senses</w:t>
      </w:r>
      <w:r>
        <w:br/>
      </w:r>
      <w:r>
        <w:t xml:space="preserve">    (c) deep empathetic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truce between the warring factions proved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short-lived</w:t>
      </w:r>
      <w:r>
        <w:rPr>
          <w:b/>
          <w:bCs/>
        </w:rPr>
        <w:t xml:space="preserve">, and fighting resumed after only a few days.</w:t>
      </w:r>
      <w:r>
        <w:br/>
      </w:r>
      <w:r>
        <w:t xml:space="preserve">    (a) lasting a long time</w:t>
      </w:r>
      <w:r>
        <w:br/>
      </w:r>
      <w:r>
        <w:t xml:space="preserve">    (b) lasting a short time</w:t>
      </w:r>
      <w:r>
        <w:br/>
      </w:r>
      <w:r>
        <w:t xml:space="preserve">    (c) coming and going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Earth is one of several planets in 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solar system</w:t>
      </w:r>
      <w:r>
        <w:rPr>
          <w:b/>
          <w:bCs/>
        </w:rPr>
        <w:t xml:space="preserve">.</w:t>
      </w:r>
      <w:r>
        <w:br/>
      </w:r>
      <w:r>
        <w:t xml:space="preserve">    (a) star and its orbiting bodies</w:t>
      </w:r>
      <w:r>
        <w:br/>
      </w:r>
      <w:r>
        <w:t xml:space="preserve">    (b) a single galaxy</w:t>
      </w:r>
      <w:r>
        <w:br/>
      </w:r>
      <w:r>
        <w:t xml:space="preserve">    (c) one planet's weather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open restaurants in nice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suburban</w:t>
      </w:r>
      <w:r>
        <w:rPr>
          <w:b/>
          <w:bCs/>
        </w:rPr>
        <w:t xml:space="preserve"> </w:t>
      </w:r>
      <w:r>
        <w:rPr>
          <w:b/>
          <w:bCs/>
        </w:rPr>
        <w:t xml:space="preserve">areas.</w:t>
      </w:r>
      <w:r>
        <w:br/>
      </w:r>
      <w:r>
        <w:t xml:space="preserve">    (a) located outside the edge of a city</w:t>
      </w:r>
      <w:r>
        <w:br/>
      </w:r>
      <w:r>
        <w:t xml:space="preserve">    (b) located in the center of the city</w:t>
      </w:r>
      <w:r>
        <w:br/>
      </w:r>
      <w:r>
        <w:t xml:space="preserve">    (c) located far from any city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team's preferred style of defense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vulnerable to</w:t>
      </w:r>
      <w:r>
        <w:rPr>
          <w:b/>
          <w:bCs/>
        </w:rPr>
        <w:t xml:space="preserve"> </w:t>
      </w:r>
      <w:r>
        <w:rPr>
          <w:b/>
          <w:bCs/>
        </w:rPr>
        <w:t xml:space="preserve">good outside shooters.</w:t>
      </w:r>
      <w:r>
        <w:br/>
      </w:r>
      <w:r>
        <w:t xml:space="preserve">    (a) designed to stop</w:t>
      </w:r>
      <w:r>
        <w:br/>
      </w:r>
      <w:r>
        <w:t xml:space="preserve">    (b) easily hurt by</w:t>
      </w:r>
      <w:r>
        <w:br/>
      </w:r>
      <w:r>
        <w:t xml:space="preserve">    (c) dependent upon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looked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wary</w:t>
      </w:r>
      <w:r>
        <w:rPr>
          <w:b/>
          <w:bCs/>
        </w:rPr>
        <w:t xml:space="preserve"> </w:t>
      </w:r>
      <w:r>
        <w:rPr>
          <w:b/>
          <w:bCs/>
        </w:rPr>
        <w:t xml:space="preserve">as she reached out to pet her friend's new dog.</w:t>
      </w:r>
      <w:r>
        <w:br/>
      </w:r>
      <w:r>
        <w:t xml:space="preserve">    (a) distrustful</w:t>
      </w:r>
      <w:r>
        <w:br/>
      </w:r>
      <w:r>
        <w:t xml:space="preserve">    (b) determined</w:t>
      </w:r>
      <w:r>
        <w:br/>
      </w:r>
      <w:r>
        <w:t xml:space="preserve">    (c) excited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2026-07-31T18:37:22Z</dcterms:created>
  <dcterms:modified xsi:type="dcterms:W3CDTF">2026-07-31T18:37:22Z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