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a02e5746d523b1c46fd726ba28b364b7421600"/>
    <w:p>
      <w:pPr>
        <w:pStyle w:val="Heading1"/>
      </w:pPr>
      <w:r>
        <w:rPr>
          <w:b/>
          <w:bCs/>
        </w:rPr>
        <w:t xml:space="preserve">Paradise Lost</w:t>
      </w:r>
      <w:r>
        <w:br/>
      </w:r>
      <w:r>
        <w:rPr>
          <w:i/>
          <w:iCs/>
        </w:rPr>
        <w:t xml:space="preserve">John Milton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foot is stuck on the accelerator, and we are headed towards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abyss</w:t>
      </w:r>
      <w:r>
        <w:rPr>
          <w:b/>
          <w:bCs/>
        </w:rPr>
        <w:t xml:space="preserve">.</w:t>
      </w:r>
      <w:r>
        <w:br/>
      </w:r>
      <w:r>
        <w:t xml:space="preserve">    (a) turning point</w:t>
      </w:r>
      <w:r>
        <w:br/>
      </w:r>
      <w:r>
        <w:t xml:space="preserve">    (b) dangerous situation</w:t>
      </w:r>
      <w:r>
        <w:br/>
      </w:r>
      <w:r>
        <w:t xml:space="preserve">    (c) major opportunity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Flowers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adorned</w:t>
      </w:r>
      <w:r>
        <w:rPr>
          <w:b/>
          <w:bCs/>
        </w:rPr>
        <w:t xml:space="preserve"> </w:t>
      </w:r>
      <w:r>
        <w:rPr>
          <w:b/>
          <w:bCs/>
        </w:rPr>
        <w:t xml:space="preserve">all the tables.</w:t>
      </w:r>
      <w:r>
        <w:br/>
      </w:r>
      <w:r>
        <w:t xml:space="preserve">    (a) obscured (hid)</w:t>
      </w:r>
      <w:r>
        <w:br/>
      </w:r>
      <w:r>
        <w:t xml:space="preserve">    (b) decorated</w:t>
      </w:r>
      <w:r>
        <w:br/>
      </w:r>
      <w:r>
        <w:t xml:space="preserve">    (c) grew under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FDA discovered the problem while reviewing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events reported in the database.</w:t>
      </w:r>
      <w:r>
        <w:br/>
      </w:r>
      <w:r>
        <w:t xml:space="preserve">    (a) minor</w:t>
      </w:r>
      <w:r>
        <w:br/>
      </w:r>
      <w:r>
        <w:t xml:space="preserve">    (b) harmful</w:t>
      </w:r>
      <w:r>
        <w:br/>
      </w:r>
      <w:r>
        <w:t xml:space="preserve">    (c) routine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King claimed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right.</w:t>
      </w:r>
      <w:r>
        <w:br/>
      </w:r>
      <w:r>
        <w:t xml:space="preserve">    (a) from birth</w:t>
      </w:r>
      <w:r>
        <w:br/>
      </w:r>
      <w:r>
        <w:t xml:space="preserve">    (b) coming from God</w:t>
      </w:r>
      <w:r>
        <w:br/>
      </w:r>
      <w:r>
        <w:t xml:space="preserve">    (c) perfect or wonderful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wouldn't talk about it, but I was 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that the project isn't going well.</w:t>
      </w:r>
      <w:r>
        <w:br/>
      </w:r>
      <w:r>
        <w:t xml:space="preserve">    (a) figure out</w:t>
      </w:r>
      <w:r>
        <w:br/>
      </w:r>
      <w:r>
        <w:t xml:space="preserve">    (b) share</w:t>
      </w:r>
      <w:r>
        <w:br/>
      </w:r>
      <w:r>
        <w:t xml:space="preserve">    (c) state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family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dwelled</w:t>
      </w:r>
      <w:r>
        <w:rPr>
          <w:b/>
          <w:bCs/>
        </w:rPr>
        <w:t xml:space="preserve"> </w:t>
      </w:r>
      <w:r>
        <w:rPr>
          <w:b/>
          <w:bCs/>
        </w:rPr>
        <w:t xml:space="preserve">in that valley for ten generations.</w:t>
      </w:r>
      <w:r>
        <w:br/>
      </w:r>
      <w:r>
        <w:t xml:space="preserve">    (a) looked</w:t>
      </w:r>
      <w:r>
        <w:br/>
      </w:r>
      <w:r>
        <w:t xml:space="preserve">    (b) lived</w:t>
      </w:r>
      <w:r>
        <w:br/>
      </w:r>
      <w:r>
        <w:t xml:space="preserve">    (c) visited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searched the entire valley and did not find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dwelling</w:t>
      </w:r>
      <w:r>
        <w:rPr>
          <w:b/>
          <w:bCs/>
        </w:rPr>
        <w:t xml:space="preserve">.</w:t>
      </w:r>
      <w:r>
        <w:br/>
      </w:r>
      <w:r>
        <w:t xml:space="preserve">    (a) home</w:t>
      </w:r>
      <w:r>
        <w:br/>
      </w:r>
      <w:r>
        <w:t xml:space="preserve">    (b) horse</w:t>
      </w:r>
      <w:r>
        <w:br/>
      </w:r>
      <w:r>
        <w:t xml:space="preserve">    (c) deep well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eminent</w:t>
      </w:r>
      <w:r>
        <w:rPr>
          <w:b/>
          <w:bCs/>
        </w:rPr>
        <w:t xml:space="preserve"> </w:t>
      </w:r>
      <w:r>
        <w:rPr>
          <w:b/>
          <w:bCs/>
        </w:rPr>
        <w:t xml:space="preserve">status in the art world, she remained humble and approachable.</w:t>
      </w:r>
      <w:r>
        <w:br/>
      </w:r>
      <w:r>
        <w:t xml:space="preserve">    (a) respected and well-known</w:t>
      </w:r>
      <w:r>
        <w:br/>
      </w:r>
      <w:r>
        <w:t xml:space="preserve">    (b) newly acquired</w:t>
      </w:r>
      <w:r>
        <w:br/>
      </w:r>
      <w:r>
        <w:t xml:space="preserve">    (c) barely noticed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resolution calls upon the country to "cease hostilities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."</w:t>
      </w:r>
      <w:r>
        <w:br/>
      </w:r>
      <w:r>
        <w:t xml:space="preserve">    (a) carefully</w:t>
      </w:r>
      <w:r>
        <w:br/>
      </w:r>
      <w:r>
        <w:t xml:space="preserve">    (b) publicly</w:t>
      </w:r>
      <w:r>
        <w:br/>
      </w:r>
      <w:r>
        <w:t xml:space="preserve">    (c) immediately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was shut down after investigators uncovered a massive tax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fraud</w:t>
      </w:r>
      <w:r>
        <w:rPr>
          <w:b/>
          <w:bCs/>
        </w:rPr>
        <w:t xml:space="preserve"> </w:t>
      </w:r>
      <w:r>
        <w:rPr>
          <w:b/>
          <w:bCs/>
        </w:rPr>
        <w:t xml:space="preserve">scheme.</w:t>
      </w:r>
      <w:r>
        <w:br/>
      </w:r>
      <w:r>
        <w:t xml:space="preserve">    (a) foolish</w:t>
      </w:r>
      <w:r>
        <w:br/>
      </w:r>
      <w:r>
        <w:t xml:space="preserve">    (b) deception to get something illegally</w:t>
      </w:r>
      <w:r>
        <w:br/>
      </w:r>
      <w:r>
        <w:t xml:space="preserve">    (c) unsuccessful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infernal</w:t>
      </w:r>
      <w:r>
        <w:rPr>
          <w:b/>
          <w:bCs/>
        </w:rPr>
        <w:t xml:space="preserve"> </w:t>
      </w:r>
      <w:r>
        <w:rPr>
          <w:b/>
          <w:bCs/>
        </w:rPr>
        <w:t xml:space="preserve">alarm clock kept going off every five minutes.</w:t>
      </w:r>
      <w:r>
        <w:br/>
      </w:r>
      <w:r>
        <w:t xml:space="preserve">    (a) expensive</w:t>
      </w:r>
      <w:r>
        <w:br/>
      </w:r>
      <w:r>
        <w:t xml:space="preserve">    (b) annoying</w:t>
      </w:r>
      <w:r>
        <w:br/>
      </w:r>
      <w:r>
        <w:t xml:space="preserve">    (c) antique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way of arousing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ire</w:t>
      </w:r>
      <w:r>
        <w:rPr>
          <w:b/>
          <w:bCs/>
        </w:rPr>
        <w:t xml:space="preserve">.</w:t>
      </w:r>
      <w:r>
        <w:br/>
      </w:r>
      <w:r>
        <w:t xml:space="preserve">    (a) curiosity</w:t>
      </w:r>
      <w:r>
        <w:br/>
      </w:r>
      <w:r>
        <w:t xml:space="preserve">    (b) guilt</w:t>
      </w:r>
      <w:r>
        <w:br/>
      </w:r>
      <w:r>
        <w:t xml:space="preserve">    (c)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Words can be like baseball bats when used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maliciously</w:t>
      </w:r>
      <w:r>
        <w:rPr>
          <w:b/>
          <w:bCs/>
        </w:rPr>
        <w:t xml:space="preserve"> </w:t>
      </w:r>
      <w:r>
        <w:rPr>
          <w:b/>
          <w:bCs/>
        </w:rPr>
        <w:t xml:space="preserve">against someone who is sensitive.</w:t>
      </w:r>
      <w:r>
        <w:br/>
      </w:r>
      <w:r>
        <w:t xml:space="preserve">    (a) carelessly</w:t>
      </w:r>
      <w:r>
        <w:br/>
      </w:r>
      <w:r>
        <w:t xml:space="preserve">    (b) mockingly</w:t>
      </w:r>
      <w:r>
        <w:br/>
      </w:r>
      <w:r>
        <w:t xml:space="preserve">    (c) evilly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story, she was neither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nor a god. She was a demi-god.</w:t>
      </w:r>
      <w:r>
        <w:br/>
      </w:r>
      <w:r>
        <w:t xml:space="preserve">    (a) human</w:t>
      </w:r>
      <w:r>
        <w:br/>
      </w:r>
      <w:r>
        <w:t xml:space="preserve">    (b) lucky survivor</w:t>
      </w:r>
      <w:r>
        <w:br/>
      </w:r>
      <w:r>
        <w:t xml:space="preserve">    (c) type of bird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slow death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injury.</w:t>
      </w:r>
      <w:r>
        <w:br/>
      </w:r>
      <w:r>
        <w:t xml:space="preserve">    (a) unjust</w:t>
      </w:r>
      <w:r>
        <w:br/>
      </w:r>
      <w:r>
        <w:t xml:space="preserve">    (b) seemingly minor</w:t>
      </w:r>
      <w:r>
        <w:br/>
      </w:r>
      <w:r>
        <w:t xml:space="preserve">    (c) causing death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book was called</w:t>
      </w:r>
      <w:r>
        <w:rPr>
          <w:b/>
          <w:bCs/>
        </w:rPr>
        <w:t xml:space="preserve"> </w:t>
      </w:r>
      <w:r>
        <w:rPr>
          <w:b/>
          <w:bCs/>
          <w:i/>
          <w:iCs/>
          <w:u w:val="single"/>
        </w:rPr>
        <w:t xml:space="preserve">Omnipotent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Government</w:t>
      </w:r>
      <w:r>
        <w:rPr>
          <w:b/>
          <w:bCs/>
        </w:rPr>
        <w:t xml:space="preserve">.</w:t>
      </w:r>
      <w:r>
        <w:br/>
      </w:r>
      <w:r>
        <w:t xml:space="preserve">    (a) present everywhere</w:t>
      </w:r>
      <w:r>
        <w:br/>
      </w:r>
      <w:r>
        <w:t xml:space="preserve">    (b) all powerful</w:t>
      </w:r>
      <w:r>
        <w:br/>
      </w:r>
      <w:r>
        <w:t xml:space="preserve">    (c) knowing everything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criminal was ordered to pay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to his victims as part of his sentence.</w:t>
      </w:r>
      <w:r>
        <w:br/>
      </w:r>
      <w:r>
        <w:t xml:space="preserve">    (a) an apology</w:t>
      </w:r>
      <w:r>
        <w:br/>
      </w:r>
      <w:r>
        <w:t xml:space="preserve">    (b) a penalty fine</w:t>
      </w:r>
      <w:r>
        <w:br/>
      </w:r>
      <w:r>
        <w:t xml:space="preserve">    (c) compensation for loss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Work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region.</w:t>
      </w:r>
      <w:r>
        <w:br/>
      </w:r>
      <w:r>
        <w:t xml:space="preserve">    (a) extremely hard</w:t>
      </w:r>
      <w:r>
        <w:br/>
      </w:r>
      <w:r>
        <w:t xml:space="preserve">    (b) in short supply</w:t>
      </w:r>
      <w:r>
        <w:br/>
      </w:r>
      <w:r>
        <w:t xml:space="preserve">    (c) easily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slowed down</w:t>
      </w:r>
      <w:r>
        <w:br/>
      </w:r>
      <w:r>
        <w:t xml:space="preserve">    (b) produced</w:t>
      </w:r>
      <w:r>
        <w:br/>
      </w:r>
      <w:r>
        <w:t xml:space="preserve">    (c) destroyed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gave in</w:t>
      </w:r>
      <w:r>
        <w:br/>
      </w:r>
      <w:r>
        <w:t xml:space="preserve">    (b) added</w:t>
      </w:r>
      <w:r>
        <w:br/>
      </w:r>
      <w:r>
        <w:t xml:space="preserve">    (c) produced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2026-07-31T15:52:19Z</dcterms:created>
  <dcterms:modified xsi:type="dcterms:W3CDTF">2026-07-31T15:52:19Z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