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a12ba8b9f70b1183f60975c8d7b17d5f877b03"/>
    <w:p>
      <w:pPr>
        <w:pStyle w:val="Heading1"/>
      </w:pPr>
      <w:r>
        <w:rPr>
          <w:b/>
          <w:bCs/>
        </w:rPr>
        <w:t xml:space="preserve">Paradise Lost</w:t>
      </w:r>
      <w:r>
        <w:br/>
      </w:r>
      <w:r>
        <w:rPr>
          <w:i/>
          <w:iCs/>
        </w:rPr>
        <w:t xml:space="preserve">John Milton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distract from</w:t>
      </w:r>
      <w:r>
        <w:br/>
      </w:r>
      <w:r>
        <w:t xml:space="preserve">    (b) reduce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light-hearted</w:t>
      </w:r>
      <w:r>
        <w:br/>
      </w:r>
      <w:r>
        <w:t xml:space="preserve">    (b) romantic or sexual</w:t>
      </w:r>
      <w:r>
        <w:br/>
      </w:r>
      <w:r>
        <w:t xml:space="preserve">    (c) logical or analytical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forced</w:t>
      </w:r>
      <w:r>
        <w:br/>
      </w:r>
      <w:r>
        <w:t xml:space="preserve">    (b) tricked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treats his attraction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carnal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romantic.</w:t>
      </w:r>
      <w:r>
        <w:br/>
      </w:r>
      <w:r>
        <w:t xml:space="preserve">    (a) physical or sexual</w:t>
      </w:r>
      <w:r>
        <w:br/>
      </w:r>
      <w:r>
        <w:t xml:space="preserve">    (b) careful and polite</w:t>
      </w:r>
      <w:r>
        <w:br/>
      </w:r>
      <w:r>
        <w:t xml:space="preserve">    (c) legal or official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small in amount</w:t>
      </w:r>
      <w:r>
        <w:br/>
      </w:r>
      <w:r>
        <w:t xml:space="preserve">    (b) large in quantity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public celebration</w:t>
      </w:r>
      <w:r>
        <w:br/>
      </w:r>
      <w:r>
        <w:t xml:space="preserve">    (b) new beginning</w:t>
      </w:r>
      <w:r>
        <w:br/>
      </w:r>
      <w:r>
        <w:t xml:space="preserve">    (c) formal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owner/pet</w:t>
      </w:r>
      <w:r>
        <w:br/>
      </w:r>
      <w:r>
        <w:t xml:space="preserve">    (b) friend/friend</w:t>
      </w:r>
      <w:r>
        <w:br/>
      </w:r>
      <w:r>
        <w:t xml:space="preserve">    (c) parent/child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accused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fomenting</w:t>
      </w:r>
      <w:r>
        <w:rPr>
          <w:b/>
          <w:bCs/>
        </w:rPr>
        <w:t xml:space="preserve"> </w:t>
      </w:r>
      <w:r>
        <w:rPr>
          <w:b/>
          <w:bCs/>
        </w:rPr>
        <w:t xml:space="preserve">violence.</w:t>
      </w:r>
      <w:r>
        <w:br/>
      </w:r>
      <w:r>
        <w:t xml:space="preserve">    (a) hiding</w:t>
      </w:r>
      <w:r>
        <w:br/>
      </w:r>
      <w:r>
        <w:t xml:space="preserve">    (b) being violent</w:t>
      </w:r>
      <w:r>
        <w:br/>
      </w:r>
      <w:r>
        <w:t xml:space="preserve">    (c) stirring up (encouraging)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eventual</w:t>
      </w:r>
      <w:r>
        <w:br/>
      </w:r>
      <w:r>
        <w:t xml:space="preserve">    (b) disgraceful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universe is governed by fixed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immutable</w:t>
      </w:r>
      <w:r>
        <w:rPr>
          <w:b/>
          <w:bCs/>
        </w:rPr>
        <w:t xml:space="preserve"> </w:t>
      </w:r>
      <w:r>
        <w:rPr>
          <w:b/>
          <w:bCs/>
        </w:rPr>
        <w:t xml:space="preserve">laws.</w:t>
      </w:r>
      <w:r>
        <w:br/>
      </w:r>
      <w:r>
        <w:t xml:space="preserve">    (a) understandable</w:t>
      </w:r>
      <w:r>
        <w:br/>
      </w:r>
      <w:r>
        <w:t xml:space="preserve">    (b) unchangeable</w:t>
      </w:r>
      <w:r>
        <w:br/>
      </w:r>
      <w:r>
        <w:t xml:space="preserve">    (c) uncaring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hidden</w:t>
      </w:r>
      <w:r>
        <w:br/>
      </w:r>
      <w:r>
        <w:t xml:space="preserve">    (b) been seen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planning, the day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finally arrived.</w:t>
      </w:r>
      <w:r>
        <w:br/>
      </w:r>
      <w:r>
        <w:t xml:space="preserve">    (a) vacation</w:t>
      </w:r>
      <w:r>
        <w:br/>
      </w:r>
      <w:r>
        <w:t xml:space="preserve">    (b) move</w:t>
      </w:r>
      <w:r>
        <w:br/>
      </w:r>
      <w:r>
        <w:t xml:space="preserve">    (c) wedding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harmful</w:t>
      </w:r>
      <w:r>
        <w:br/>
      </w:r>
      <w:r>
        <w:t xml:space="preserve">    (b) careful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move to an afterlife</w:t>
      </w:r>
      <w:r>
        <w:br/>
      </w:r>
      <w:r>
        <w:t xml:space="preserve">    (b) children and their descendants</w:t>
      </w:r>
      <w:r>
        <w:br/>
      </w:r>
      <w:r>
        <w:t xml:space="preserve">    (c) scientific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tired</w:t>
      </w:r>
      <w:r>
        <w:br/>
      </w:r>
      <w:r>
        <w:t xml:space="preserve">    (b) satisfied</w:t>
      </w:r>
      <w:r>
        <w:br/>
      </w:r>
      <w:r>
        <w:t xml:space="preserve">    (c) knowledgeable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aggressive</w:t>
      </w:r>
      <w:r>
        <w:br/>
      </w:r>
      <w:r>
        <w:t xml:space="preserve">    (b) irresponsible</w:t>
      </w:r>
      <w:r>
        <w:br/>
      </w:r>
      <w:r>
        <w:t xml:space="preserve">    (c) submissive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important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drunken</w:t>
      </w:r>
      <w:r>
        <w:br/>
      </w:r>
      <w:r>
        <w:t xml:space="preserve">    (c) rude or unpleasant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2026-07-31T15:52:20Z</dcterms:created>
  <dcterms:modified xsi:type="dcterms:W3CDTF">2026-07-31T15:52:20Z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