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d48b72f8f7d08e636cc396f173136d9279240a"/>
    <w:p>
      <w:pPr>
        <w:pStyle w:val="Heading1"/>
      </w:pPr>
      <w:r>
        <w:rPr>
          <w:b/>
          <w:bCs/>
        </w:rPr>
        <w:t xml:space="preserve">Paradise Lost</w:t>
      </w:r>
      <w:r>
        <w:br/>
      </w:r>
      <w:r>
        <w:rPr>
          <w:i/>
          <w:iCs/>
        </w:rPr>
        <w:t xml:space="preserve">John Milton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is not lost—the unconquerable will,</w:t>
      </w:r>
      <w:r>
        <w:br/>
      </w:r>
      <w:r>
        <w:rPr>
          <w:b/>
          <w:bCs/>
        </w:rPr>
        <w:t xml:space="preserve">And study of revenge, immortal hate,</w:t>
      </w:r>
      <w:r>
        <w:br/>
      </w:r>
      <w:r>
        <w:rPr>
          <w:b/>
          <w:bCs/>
        </w:rPr>
        <w:t xml:space="preserve">And courage never to submit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:</w:t>
      </w:r>
      <w:r>
        <w:br/>
      </w:r>
      <w:r>
        <w:rPr>
          <w:b/>
          <w:bCs/>
        </w:rPr>
        <w:t xml:space="preserve">And what is else not to be overcome?</w:t>
      </w:r>
      <w:r>
        <w:br/>
      </w:r>
      <w:r>
        <w:t xml:space="preserve">    (a) stop (something from happening)</w:t>
      </w:r>
      <w:r>
        <w:br/>
      </w:r>
      <w:r>
        <w:t xml:space="preserve">    (b) produce or give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Rather, how hast thou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transgress</w:t>
      </w:r>
      <w:r>
        <w:br/>
      </w:r>
      <w:r>
        <w:rPr>
          <w:b/>
          <w:bCs/>
        </w:rPr>
        <w:t xml:space="preserve">The strict forbiddance, how to violate</w:t>
      </w:r>
      <w:r>
        <w:br/>
      </w:r>
      <w:r>
        <w:rPr>
          <w:b/>
          <w:bCs/>
        </w:rPr>
        <w:t xml:space="preserve">The sacred fruit forbidden!</w:t>
      </w:r>
      <w:r>
        <w:br/>
      </w:r>
      <w:r>
        <w:t xml:space="preserve">    (a) embarrassed or self-conscious</w:t>
      </w:r>
      <w:r>
        <w:br/>
      </w:r>
      <w:r>
        <w:t xml:space="preserve">    (b) with rises and falls in pitch</w:t>
      </w:r>
      <w:r>
        <w:br/>
      </w:r>
      <w:r>
        <w:t xml:space="preserve">    (c) gave in, gave way, or gave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 </w:t>
      </w:r>
      <w:r>
        <w:rPr>
          <w:b/>
          <w:bCs/>
        </w:rPr>
        <w:t xml:space="preserve">upright he rears from off the pool</w:t>
      </w:r>
      <w:r>
        <w:br/>
      </w:r>
      <w:r>
        <w:rPr>
          <w:b/>
          <w:bCs/>
        </w:rPr>
        <w:t xml:space="preserve">His mighty stature; on each hand the flames</w:t>
      </w:r>
      <w:r>
        <w:br/>
      </w:r>
      <w:r>
        <w:rPr>
          <w:b/>
          <w:bCs/>
        </w:rPr>
        <w:t xml:space="preserve">Driven backward slope their pointing spires, and rolled</w:t>
      </w:r>
      <w:r>
        <w:br/>
      </w:r>
      <w:r>
        <w:rPr>
          <w:b/>
          <w:bCs/>
        </w:rPr>
        <w:t xml:space="preserve">In billows, leave i' th' midst a horrid vale.</w:t>
      </w:r>
      <w:r>
        <w:br/>
      </w:r>
      <w:r>
        <w:t xml:space="preserve">    (a) a last name</w:t>
      </w:r>
      <w:r>
        <w:br/>
      </w:r>
      <w:r>
        <w:t xml:space="preserve">    (b) immediately</w:t>
      </w:r>
      <w:r>
        <w:br/>
      </w:r>
      <w:r>
        <w:t xml:space="preserve">    (c) well suited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He, above the rest</w:t>
      </w:r>
      <w:r>
        <w:br/>
      </w:r>
      <w:r>
        <w:rPr>
          <w:b/>
          <w:bCs/>
        </w:rPr>
        <w:t xml:space="preserve">In shape and gesture proudly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Stood like a tower.</w:t>
      </w:r>
      <w:r>
        <w:br/>
      </w:r>
      <w:r>
        <w:t xml:space="preserve">    (a) able to be stopped from happening</w:t>
      </w:r>
      <w:r>
        <w:br/>
      </w:r>
      <w:r>
        <w:t xml:space="preserve">    (b) respected and famous or important</w:t>
      </w:r>
      <w:r>
        <w:br/>
      </w:r>
      <w:r>
        <w:t xml:space="preserve">    (c) improper, awkward, or unfavorable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Thither, if but to pry, shall be perhaps</w:t>
      </w:r>
      <w:r>
        <w:br/>
      </w:r>
      <w:r>
        <w:rPr>
          <w:b/>
          <w:bCs/>
        </w:rPr>
        <w:t xml:space="preserve">Our first eruption—thither, or elsewhere;</w:t>
      </w:r>
      <w:r>
        <w:br/>
      </w:r>
      <w:r>
        <w:rPr>
          <w:b/>
          <w:bCs/>
        </w:rPr>
        <w:t xml:space="preserve">For this infernal pit shall never hold</w:t>
      </w:r>
      <w:r>
        <w:br/>
      </w:r>
      <w:r>
        <w:rPr>
          <w:b/>
          <w:bCs/>
        </w:rPr>
        <w:t xml:space="preserve">Celestial Spirits in bondage, nor th'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Abyss</w:t>
      </w:r>
      <w:r>
        <w:br/>
      </w:r>
      <w:r>
        <w:rPr>
          <w:b/>
          <w:bCs/>
        </w:rPr>
        <w:t xml:space="preserve">Long under darkness cover.</w:t>
      </w:r>
      <w:r>
        <w:br/>
      </w:r>
      <w:r>
        <w:t xml:space="preserve">    (a) of the American Indian civilization of Yucatan and Belize and Guatemala that reached its peak between AD 300 and 900</w:t>
      </w:r>
      <w:r>
        <w:br/>
      </w:r>
      <w:r>
        <w:t xml:space="preserve">    (b) removal and examination of tissues or liquids from the living body to determine the existence or cause of a disease</w:t>
      </w:r>
      <w:r>
        <w:br/>
      </w:r>
      <w:r>
        <w:t xml:space="preserve">    (c) a hole or dropoff so deep the bottom cannot be seen -- often used figuratively to imply a frightening bottomless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incorporeal Spirits to smallest forms</w:t>
      </w:r>
      <w:r>
        <w:br/>
      </w:r>
      <w:r>
        <w:rPr>
          <w:b/>
          <w:bCs/>
        </w:rPr>
        <w:t xml:space="preserve">Reduced their shapes immense, and were at large,</w:t>
      </w:r>
      <w:r>
        <w:br/>
      </w:r>
      <w:r>
        <w:rPr>
          <w:b/>
          <w:bCs/>
        </w:rPr>
        <w:t xml:space="preserve">Though without number still, amidst the hall</w:t>
      </w:r>
      <w:r>
        <w:br/>
      </w:r>
      <w:r>
        <w:rPr>
          <w:b/>
          <w:bCs/>
        </w:rPr>
        <w:t xml:space="preserve">Of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</w:t>
      </w:r>
      <w:r>
        <w:rPr>
          <w:b/>
          <w:bCs/>
        </w:rPr>
        <w:t xml:space="preserve"> </w:t>
      </w:r>
      <w:r>
        <w:rPr>
          <w:b/>
          <w:bCs/>
        </w:rPr>
        <w:t xml:space="preserve">court.</w:t>
      </w:r>
      <w:r>
        <w:br/>
      </w:r>
      <w:r>
        <w:t xml:space="preserve">    (a) very bad; or very annoying; or characteristic of hell or the underworld</w:t>
      </w:r>
      <w:r>
        <w:br/>
      </w:r>
      <w:r>
        <w:t xml:space="preserve">    (b) strict, firm, or hard (not giving in, not giving way, or not giving up)</w:t>
      </w:r>
      <w:r>
        <w:br/>
      </w:r>
      <w:r>
        <w:t xml:space="preserve">    (c) relating to classical music plays in which most of the dialogue is sung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such bethink them, if the sleepy drench</w:t>
      </w:r>
      <w:r>
        <w:br/>
      </w:r>
      <w:r>
        <w:rPr>
          <w:b/>
          <w:bCs/>
        </w:rPr>
        <w:t xml:space="preserve">Of that forgetful lake benumb not still,</w:t>
      </w:r>
      <w:r>
        <w:br/>
      </w:r>
      <w:r>
        <w:rPr>
          <w:b/>
          <w:bCs/>
        </w:rPr>
        <w:t xml:space="preserve">That in our proper motion we ascend</w:t>
      </w:r>
      <w:r>
        <w:br/>
      </w:r>
      <w:r>
        <w:rPr>
          <w:b/>
          <w:bCs/>
        </w:rPr>
        <w:t xml:space="preserve">Up to our native seat; descent and fall</w:t>
      </w:r>
      <w:r>
        <w:br/>
      </w:r>
      <w:r>
        <w:rPr>
          <w:b/>
          <w:bCs/>
        </w:rPr>
        <w:t xml:space="preserve">To us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.</w:t>
      </w:r>
      <w:r>
        <w:br/>
      </w:r>
      <w:r>
        <w:t xml:space="preserve">    (a) non-traditional or non-standard</w:t>
      </w:r>
      <w:r>
        <w:br/>
      </w:r>
      <w:r>
        <w:t xml:space="preserve">    (b) working against one's interests</w:t>
      </w:r>
      <w:r>
        <w:br/>
      </w:r>
      <w:r>
        <w:t xml:space="preserve">    (c) poor ability to make a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he, so wise, let loose at once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ire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Belike through impotence or unaware,</w:t>
      </w:r>
      <w:r>
        <w:br/>
      </w:r>
      <w:r>
        <w:rPr>
          <w:b/>
          <w:bCs/>
        </w:rPr>
        <w:t xml:space="preserve">To give his enemies their wish, and end</w:t>
      </w:r>
      <w:r>
        <w:br/>
      </w:r>
      <w:r>
        <w:rPr>
          <w:b/>
          <w:bCs/>
        </w:rPr>
        <w:t xml:space="preserve">Them in his anger whom his anger saves</w:t>
      </w:r>
      <w:r>
        <w:br/>
      </w:r>
      <w:r>
        <w:rPr>
          <w:b/>
          <w:bCs/>
        </w:rPr>
        <w:t xml:space="preserve">To punish endless?</w:t>
      </w:r>
      <w:r>
        <w:br/>
      </w:r>
      <w:r>
        <w:t xml:space="preserve">    (a) anger</w:t>
      </w:r>
      <w:r>
        <w:br/>
      </w:r>
      <w:r>
        <w:t xml:space="preserve">    (b) quits</w:t>
      </w:r>
      <w:r>
        <w:br/>
      </w:r>
      <w:r>
        <w:t xml:space="preserve">    (c) 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these than worse,</w:t>
      </w:r>
      <w:r>
        <w:br/>
      </w:r>
      <w:r>
        <w:rPr>
          <w:b/>
          <w:bCs/>
        </w:rPr>
        <w:t xml:space="preserve">By my advice; since fate inevitable</w:t>
      </w:r>
      <w:r>
        <w:br/>
      </w:r>
      <w:r>
        <w:rPr>
          <w:b/>
          <w:bCs/>
        </w:rPr>
        <w:t xml:space="preserve">Subdues us,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omnipotent</w:t>
      </w:r>
      <w:r>
        <w:rPr>
          <w:b/>
          <w:bCs/>
        </w:rPr>
        <w:t xml:space="preserve"> </w:t>
      </w:r>
      <w:r>
        <w:rPr>
          <w:b/>
          <w:bCs/>
        </w:rPr>
        <w:t xml:space="preserve">decree,</w:t>
      </w:r>
      <w:r>
        <w:br/>
      </w:r>
      <w:r>
        <w:rPr>
          <w:b/>
          <w:bCs/>
        </w:rPr>
        <w:t xml:space="preserve">The Victor's will.</w:t>
      </w:r>
      <w:r>
        <w:br/>
      </w:r>
      <w:r>
        <w:t xml:space="preserve">    (a) all powerful</w:t>
      </w:r>
      <w:r>
        <w:br/>
      </w:r>
      <w:r>
        <w:t xml:space="preserve">    (b) sticking out</w:t>
      </w:r>
      <w:r>
        <w:br/>
      </w:r>
      <w:r>
        <w:t xml:space="preserve">    (c) not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should ill become this throne, O Peers,</w:t>
      </w:r>
      <w:r>
        <w:br/>
      </w:r>
      <w:r>
        <w:rPr>
          <w:b/>
          <w:bCs/>
        </w:rPr>
        <w:t xml:space="preserve">And this imperial sovereignty,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adorned</w:t>
      </w:r>
      <w:r>
        <w:br/>
      </w:r>
      <w:r>
        <w:rPr>
          <w:b/>
          <w:bCs/>
        </w:rPr>
        <w:t xml:space="preserve">With splendour, armed with power, if aught proposed</w:t>
      </w:r>
      <w:r>
        <w:br/>
      </w:r>
      <w:r>
        <w:rPr>
          <w:b/>
          <w:bCs/>
        </w:rPr>
        <w:t xml:space="preserve">And judged of public moment in the shape</w:t>
      </w:r>
      <w:r>
        <w:br/>
      </w:r>
      <w:r>
        <w:rPr>
          <w:b/>
          <w:bCs/>
        </w:rPr>
        <w:t xml:space="preserve">Of difficulty or danger, could deter</w:t>
      </w:r>
      <w:r>
        <w:br/>
      </w:r>
      <w:r>
        <w:rPr>
          <w:b/>
          <w:bCs/>
        </w:rPr>
        <w:t xml:space="preserve">Me from attempting.</w:t>
      </w:r>
      <w:r>
        <w:br/>
      </w:r>
      <w:r>
        <w:t xml:space="preserve">    (a) postponed</w:t>
      </w:r>
      <w:r>
        <w:br/>
      </w:r>
      <w:r>
        <w:t xml:space="preserve">    (b) decorated</w:t>
      </w:r>
      <w:r>
        <w:br/>
      </w:r>
      <w:r>
        <w:t xml:space="preserve">    (c) disagreed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serpent armed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sting.</w:t>
      </w:r>
      <w:r>
        <w:br/>
      </w:r>
      <w:r>
        <w:t xml:space="preserve">    (a) flavorfulness</w:t>
      </w:r>
      <w:r>
        <w:br/>
      </w:r>
      <w:r>
        <w:t xml:space="preserve">    (b) not important</w:t>
      </w:r>
      <w:r>
        <w:br/>
      </w:r>
      <w:r>
        <w:t xml:space="preserve">    (c) causing death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voice of God</w:t>
      </w:r>
      <w:r>
        <w:br/>
      </w:r>
      <w:r>
        <w:rPr>
          <w:b/>
          <w:bCs/>
        </w:rPr>
        <w:t xml:space="preserve">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ear is dreadful:</w:t>
      </w:r>
      <w:r>
        <w:br/>
      </w:r>
      <w:r>
        <w:t xml:space="preserve">    (a) human (or subject to death)</w:t>
      </w:r>
      <w:r>
        <w:br/>
      </w:r>
      <w:r>
        <w:t xml:space="preserve">    (b) someone who provides start-up money to new companies</w:t>
      </w:r>
      <w:r>
        <w:br/>
      </w:r>
      <w:r>
        <w:t xml:space="preserve">    (c) someone who combines components into a complex whole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Direct my course:</w:t>
      </w:r>
      <w:r>
        <w:br/>
      </w:r>
      <w:r>
        <w:rPr>
          <w:b/>
          <w:bCs/>
        </w:rPr>
        <w:t xml:space="preserve">Directed, no mean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it brings</w:t>
      </w:r>
      <w:r>
        <w:br/>
      </w:r>
      <w:r>
        <w:rPr>
          <w:b/>
          <w:bCs/>
        </w:rPr>
        <w:t xml:space="preserve">To your behoof, if I that region lost,</w:t>
      </w:r>
      <w:r>
        <w:br/>
      </w:r>
      <w:r>
        <w:rPr>
          <w:b/>
          <w:bCs/>
        </w:rPr>
        <w:t xml:space="preserve">All usurpation thence expelled, reduce</w:t>
      </w:r>
      <w:r>
        <w:br/>
      </w:r>
      <w:r>
        <w:rPr>
          <w:b/>
          <w:bCs/>
        </w:rPr>
        <w:t xml:space="preserve">To her original darkness and your sway</w:t>
      </w:r>
      <w:r>
        <w:br/>
      </w:r>
      <w:r>
        <w:rPr>
          <w:b/>
          <w:bCs/>
        </w:rPr>
        <w:t xml:space="preserve">(Which is my present journey), and once more</w:t>
      </w:r>
      <w:r>
        <w:br/>
      </w:r>
      <w:r>
        <w:rPr>
          <w:b/>
          <w:bCs/>
        </w:rPr>
        <w:t xml:space="preserve">Erect the standard there of ancient Night.</w:t>
      </w:r>
      <w:r>
        <w:br/>
      </w:r>
      <w:r>
        <w:t xml:space="preserve">    (a) examine in detail to better understand</w:t>
      </w:r>
      <w:r>
        <w:br/>
      </w:r>
      <w:r>
        <w:t xml:space="preserve">    (b) appropriate in size, amount, or degree</w:t>
      </w:r>
      <w:r>
        <w:br/>
      </w:r>
      <w:r>
        <w:t xml:space="preserve">    (c) compensate for a loss; or pay a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should Man finally be lost, should Man,</w:t>
      </w:r>
      <w:r>
        <w:br/>
      </w:r>
      <w:r>
        <w:rPr>
          <w:b/>
          <w:bCs/>
        </w:rPr>
        <w:t xml:space="preserve">Thy creature late so lov'd, thy youngest son,</w:t>
      </w:r>
      <w:r>
        <w:br/>
      </w:r>
      <w:r>
        <w:rPr>
          <w:b/>
          <w:bCs/>
        </w:rPr>
        <w:t xml:space="preserve">Fall circumvented thus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fraud</w:t>
      </w:r>
      <w:r>
        <w:rPr>
          <w:b/>
          <w:bCs/>
        </w:rPr>
        <w:t xml:space="preserve">, though join'd</w:t>
      </w:r>
      <w:r>
        <w:br/>
      </w:r>
      <w:r>
        <w:rPr>
          <w:b/>
          <w:bCs/>
        </w:rPr>
        <w:t xml:space="preserve">With his own folly?</w:t>
      </w:r>
      <w:r>
        <w:br/>
      </w:r>
      <w:r>
        <w:t xml:space="preserve">    (a) the act of deceiving someone for personal gain; or a person or thing that is not what it pretends or appears to be</w:t>
      </w:r>
      <w:r>
        <w:br/>
      </w:r>
      <w:r>
        <w:t xml:space="preserve">    (b) intangible (non-touchable) property that is the result of creativity (such as patents or trademarks or copyrights)</w:t>
      </w:r>
      <w:r>
        <w:br/>
      </w:r>
      <w:r>
        <w:t xml:space="preserve">    (c) an English Protestant who in the 16th and 17th centuries who wanted simpler worship and strict, hard-working lives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had ended, when those two approached,</w:t>
      </w:r>
      <w:r>
        <w:br/>
      </w:r>
      <w:r>
        <w:rPr>
          <w:b/>
          <w:bCs/>
        </w:rPr>
        <w:t xml:space="preserve">And brief related whom they brought, where found,</w:t>
      </w:r>
      <w:r>
        <w:br/>
      </w:r>
      <w:r>
        <w:rPr>
          <w:b/>
          <w:bCs/>
        </w:rPr>
        <w:t xml:space="preserve">How busied, in what form and posture couched.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in short supply  OR  barely or hardly (by a small margin)</w:t>
      </w:r>
      <w:r>
        <w:br/>
      </w:r>
      <w:r>
        <w:t xml:space="preserve">    (c) a state similar to sleep where one is unaware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thee who hast 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dwelling</w:t>
      </w:r>
      <w:r>
        <w:rPr>
          <w:b/>
          <w:bCs/>
        </w:rPr>
        <w:t xml:space="preserve"> </w:t>
      </w:r>
      <w:r>
        <w:rPr>
          <w:b/>
          <w:bCs/>
        </w:rPr>
        <w:t xml:space="preserve">here on Earth.</w:t>
      </w:r>
      <w:r>
        <w:br/>
      </w:r>
      <w:r>
        <w:t xml:space="preserve">    (a) dense, rainy forest with many species</w:t>
      </w:r>
      <w:r>
        <w:br/>
      </w:r>
      <w:r>
        <w:t xml:space="preserve">    (b) home</w:t>
      </w:r>
      <w:r>
        <w:br/>
      </w:r>
      <w:r>
        <w:t xml:space="preserve">    (c) island (that is made of a coral reef)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in captivity he lets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</w:t>
      </w:r>
      <w:r>
        <w:br/>
      </w:r>
      <w:r>
        <w:t xml:space="preserve">    (a) enter another's property without right or permission</w:t>
      </w:r>
      <w:r>
        <w:br/>
      </w:r>
      <w:r>
        <w:t xml:space="preserve">    (b) live there</w:t>
      </w:r>
      <w:r>
        <w:br/>
      </w:r>
      <w:r>
        <w:t xml:space="preserve">    (c) to concentrate, look at; or the act of concentration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 thou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malice</w:t>
      </w:r>
      <w:r>
        <w:rPr>
          <w:b/>
          <w:bCs/>
        </w:rPr>
        <w:t xml:space="preserve"> </w:t>
      </w:r>
      <w:r>
        <w:rPr>
          <w:b/>
          <w:bCs/>
        </w:rPr>
        <w:t xml:space="preserve">and false guile contemn;</w:t>
      </w:r>
      <w:r>
        <w:br/>
      </w:r>
      <w:r>
        <w:rPr>
          <w:b/>
          <w:bCs/>
        </w:rPr>
        <w:t xml:space="preserve">Subtle he needs must be, who could seduce</w:t>
      </w:r>
      <w:r>
        <w:br/>
      </w:r>
      <w:r>
        <w:rPr>
          <w:b/>
          <w:bCs/>
        </w:rPr>
        <w:t xml:space="preserve">Angels; nor think superfluous other's aid.</w:t>
      </w:r>
      <w:r>
        <w:br/>
      </w:r>
      <w:r>
        <w:t xml:space="preserve">    (a) the quality of lacking exactness or accuracy</w:t>
      </w:r>
      <w:r>
        <w:br/>
      </w:r>
      <w:r>
        <w:t xml:space="preserve">    (b) not adjusting a lens to create a clear image</w:t>
      </w:r>
      <w:r>
        <w:br/>
      </w:r>
      <w:r>
        <w:t xml:space="preserve">    (c) the desire to hurt others or see them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fit, so acceptable,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,</w:t>
      </w:r>
      <w:r>
        <w:br/>
      </w:r>
      <w:r>
        <w:t xml:space="preserve">    (a) the quality of being sensible and careful</w:t>
      </w:r>
      <w:r>
        <w:br/>
      </w:r>
      <w:r>
        <w:t xml:space="preserve">    (b) wonderful</w:t>
      </w:r>
      <w:r>
        <w:br/>
      </w:r>
      <w:r>
        <w:t xml:space="preserve">    (c) unable or difficult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I no sooner in my heart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divined</w:t>
      </w:r>
      <w:r>
        <w:rPr>
          <w:b/>
          <w:bCs/>
        </w:rPr>
        <w:t xml:space="preserve">,</w:t>
      </w:r>
      <w:r>
        <w:br/>
      </w:r>
      <w:r>
        <w:t xml:space="preserve">    (a) discovered through intuition</w:t>
      </w:r>
      <w:r>
        <w:br/>
      </w:r>
      <w:r>
        <w:t xml:space="preserve">    (b) subtracted</w:t>
      </w:r>
      <w:r>
        <w:br/>
      </w:r>
      <w:r>
        <w:t xml:space="preserve">    (c) translated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2026-07-31T15:52:20Z</dcterms:created>
  <dcterms:modified xsi:type="dcterms:W3CDTF">2026-07-31T15:52:20Z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