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9ce9fc6be842f95692221e567d236ab00011e0"/>
    <w:p>
      <w:pPr>
        <w:pStyle w:val="Heading1"/>
      </w:pPr>
      <w:r>
        <w:rPr>
          <w:b/>
          <w:bCs/>
        </w:rPr>
        <w:t xml:space="preserve">Outliers</w:t>
      </w:r>
      <w:r>
        <w:br/>
      </w:r>
      <w:r>
        <w:rPr>
          <w:i/>
          <w:iCs/>
        </w:rPr>
        <w:t xml:space="preserve">Malcolm Gladwell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1896,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dynamic</w:t>
      </w:r>
      <w:r>
        <w:rPr>
          <w:b/>
          <w:bCs/>
        </w:rPr>
        <w:t xml:space="preserve"> </w:t>
      </w:r>
      <w:r>
        <w:rPr>
          <w:b/>
          <w:bCs/>
        </w:rPr>
        <w:t xml:space="preserve">young priest by the name of Father Pasquale de Nisco took over at Our Lady of Mount Carmel.</w:t>
      </w:r>
      <w:r>
        <w:br/>
      </w:r>
      <w:r>
        <w:t xml:space="preserve">    (a) exactness or accuracy</w:t>
      </w:r>
      <w:r>
        <w:br/>
      </w:r>
      <w:r>
        <w:t xml:space="preserve">    (b) able to be translated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cannot escape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dynamic</w:t>
      </w:r>
      <w:r>
        <w:rPr>
          <w:b/>
          <w:bCs/>
        </w:rPr>
        <w:t xml:space="preserve"> </w:t>
      </w:r>
      <w:r>
        <w:rPr>
          <w:b/>
          <w:bCs/>
        </w:rPr>
        <w:t xml:space="preserve">dictated to him by his culture in which subordinates must respect the dictates of their superiors.</w:t>
      </w:r>
      <w:r>
        <w:br/>
      </w:r>
      <w:r>
        <w:t xml:space="preserve">    (a) an electronic component that acts like a one-way valve</w:t>
      </w:r>
      <w:r>
        <w:br/>
      </w:r>
      <w:r>
        <w:t xml:space="preserve">    (b) any substance that tends to increase the flow of urine</w:t>
      </w:r>
      <w:r>
        <w:br/>
      </w:r>
      <w:r>
        <w:t xml:space="preserve">    (c) force resulting from the interaction of many influences in a system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these exact same biases also show up in areas of much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, like education.</w:t>
      </w:r>
      <w:r>
        <w:br/>
      </w:r>
      <w:r>
        <w:t xml:space="preserve">    (a) translates</w:t>
      </w:r>
      <w:r>
        <w:br/>
      </w:r>
      <w:r>
        <w:t xml:space="preserve">    (b) importance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long summer vacation, a peculiar and distinctive American legacy that has had profound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 </w:t>
      </w:r>
      <w:r>
        <w:rPr>
          <w:b/>
          <w:bCs/>
        </w:rPr>
        <w:t xml:space="preserve">for the learning patterns of the students of the present day.</w:t>
      </w:r>
      <w:r>
        <w:br/>
      </w:r>
      <w:r>
        <w:t xml:space="preserve">    (a) battles</w:t>
      </w:r>
      <w:r>
        <w:br/>
      </w:r>
      <w:r>
        <w:t xml:space="preserve">    (b) effects (results)</w:t>
      </w:r>
      <w:r>
        <w:br/>
      </w:r>
      <w:r>
        <w:t xml:space="preserve">    (c) desires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fact, by the age of twenty, the elite performers had each totaled ten thousand hours of practice.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By contrast</w:t>
      </w:r>
      <w:r>
        <w:rPr>
          <w:b/>
          <w:bCs/>
        </w:rPr>
        <w:t xml:space="preserve">, the merely good students had totaled eight thousand hours, and the future music teachers had totaled just over four thousand hours.</w:t>
      </w:r>
      <w:r>
        <w:br/>
      </w:r>
      <w:r>
        <w:t xml:space="preserve">    (a) injured muscles or tendons in the back</w:t>
      </w:r>
      <w:r>
        <w:br/>
      </w:r>
      <w:r>
        <w:t xml:space="preserve">    (b) in a comparison that shows differences</w:t>
      </w:r>
      <w:r>
        <w:br/>
      </w:r>
      <w:r>
        <w:t xml:space="preserve">    (c) beyond the permitted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proficient</w:t>
      </w:r>
      <w:r>
        <w:rPr>
          <w:b/>
          <w:bCs/>
        </w:rPr>
        <w:t xml:space="preserve"> </w:t>
      </w:r>
      <w:r>
        <w:rPr>
          <w:b/>
          <w:bCs/>
        </w:rPr>
        <w:t xml:space="preserve">by my second year there.</w:t>
      </w:r>
      <w:r>
        <w:br/>
      </w:r>
      <w:r>
        <w:t xml:space="preserve">    (a) skillful</w:t>
      </w:r>
      <w:r>
        <w:br/>
      </w:r>
      <w:r>
        <w:t xml:space="preserve">    (b) absolute</w:t>
      </w:r>
      <w:r>
        <w:br/>
      </w:r>
      <w:r>
        <w:t xml:space="preserve">    (c)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were born in the 1820s you were too old: your mind-set was shaped by the pre-Civil War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paradigm</w:t>
      </w:r>
      <w:r>
        <w:rPr>
          <w:b/>
          <w:bCs/>
        </w:rPr>
        <w:t xml:space="preserve">.</w:t>
      </w:r>
      <w:r>
        <w:br/>
      </w:r>
      <w:r>
        <w:t xml:space="preserve">    (a) untied or released</w:t>
      </w:r>
      <w:r>
        <w:br/>
      </w:r>
      <w:r>
        <w:t xml:space="preserve">    (b) easily set on fire</w:t>
      </w:r>
      <w:r>
        <w:br/>
      </w:r>
      <w:r>
        <w:t xml:space="preserve">    (c) a conceptual model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devastating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critique</w:t>
      </w:r>
      <w:r>
        <w:rPr>
          <w:b/>
          <w:bCs/>
        </w:rPr>
        <w:t xml:space="preserve">, the sociologist Pitirim Sorokin once showed that if Terman had simply put together a randomly selected group of children from the same kinds of family backgrounds as the Termites, and dispensed with IQs altogether, he would have ended up with a group doing almost as many impressive things as his painstakingly selected group of geniuses.</w:t>
      </w:r>
      <w:r>
        <w:br/>
      </w:r>
      <w:r>
        <w:t xml:space="preserve">    (a) an examination and judgment of something</w:t>
      </w:r>
      <w:r>
        <w:br/>
      </w:r>
      <w:r>
        <w:t xml:space="preserve">    (b) the difference between tones of an image</w:t>
      </w:r>
      <w:r>
        <w:br/>
      </w:r>
      <w:r>
        <w:t xml:space="preserve">    (c) hold together (connect or unite) or wrap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one point I asked Langan,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hypothetically</w:t>
      </w:r>
      <w:r>
        <w:rPr>
          <w:b/>
          <w:bCs/>
        </w:rPr>
        <w:t xml:space="preserve">, whether he would take a job at Harvard University were it offered to him.</w:t>
      </w:r>
      <w:r>
        <w:br/>
      </w:r>
      <w:r>
        <w:t xml:space="preserve">    (a) in a manner that violates a rule, promise, or social norm; or in a manner that exceeds a limit or boundary</w:t>
      </w:r>
      <w:r>
        <w:br/>
      </w:r>
      <w:r>
        <w:t xml:space="preserve">    (b) based on something that is temporarily treated as true to advance a discussion or to further investigation</w:t>
      </w:r>
      <w:r>
        <w:br/>
      </w:r>
      <w:r>
        <w:t xml:space="preserve">    (c) not in a sensible and clear manner; or not in a manner where parts fit together consistently or pleasingly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"culture of honor"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hypothesis</w:t>
      </w:r>
      <w:r>
        <w:rPr>
          <w:b/>
          <w:bCs/>
        </w:rPr>
        <w:t xml:space="preserve"> </w:t>
      </w:r>
      <w:r>
        <w:rPr>
          <w:b/>
          <w:bCs/>
        </w:rPr>
        <w:t xml:space="preserve">says that it matters where you're from, not just in terms of where you grew up or where your parents grew up, but in terms of where your great-grandparents and great-great-grandparents grew up and even where your great-great-great-grandparents grew up.</w:t>
      </w:r>
      <w:r>
        <w:br/>
      </w:r>
      <w:r>
        <w:t xml:space="preserve">    (a) feels or expresses regret for having done something wrong</w:t>
      </w:r>
      <w:r>
        <w:br/>
      </w:r>
      <w:r>
        <w:t xml:space="preserve">    (b) the quality of appropriateness in size, amount, or degree</w:t>
      </w:r>
      <w:r>
        <w:br/>
      </w:r>
      <w:r>
        <w:t xml:space="preserve">    (c) a seemingly reasonable, but unproven,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Langan talks about dealing with Reed and Montana State as if they were some kind of vast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unyielding</w:t>
      </w:r>
      <w:r>
        <w:rPr>
          <w:b/>
          <w:bCs/>
        </w:rPr>
        <w:t xml:space="preserve"> </w:t>
      </w:r>
      <w:r>
        <w:rPr>
          <w:b/>
          <w:bCs/>
        </w:rPr>
        <w:t xml:space="preserve">government bureaucracy.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rude or unfriendly because of using too few words or moving too quickly</w:t>
      </w:r>
      <w:r>
        <w:br/>
      </w:r>
      <w:r>
        <w:t xml:space="preserve">    (c) 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rice farmers improved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yields</w:t>
      </w:r>
      <w:r>
        <w:rPr>
          <w:b/>
          <w:bCs/>
        </w:rPr>
        <w:t xml:space="preserve"> </w:t>
      </w:r>
      <w:r>
        <w:rPr>
          <w:b/>
          <w:bCs/>
        </w:rPr>
        <w:t xml:space="preserve">by becoming smarter, by being better managers of their own time, and by making better choices.</w:t>
      </w:r>
      <w:r>
        <w:br/>
      </w:r>
      <w:r>
        <w:t xml:space="preserve">    (a) amount produced</w:t>
      </w:r>
      <w:r>
        <w:br/>
      </w:r>
      <w:r>
        <w:t xml:space="preserve">    (b) complains or verbally attacks in a loud, excited way</w:t>
      </w:r>
      <w:r>
        <w:br/>
      </w:r>
      <w:r>
        <w:t xml:space="preserve">    (c) formally gives up power, as of monarchs and emperors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just been reading the work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linguist</w:t>
      </w:r>
      <w:r>
        <w:rPr>
          <w:b/>
          <w:bCs/>
        </w:rPr>
        <w:t xml:space="preserve"> </w:t>
      </w:r>
      <w:r>
        <w:rPr>
          <w:b/>
          <w:bCs/>
        </w:rPr>
        <w:t xml:space="preserve">Noam Chomsky.</w:t>
      </w:r>
      <w:r>
        <w:br/>
      </w:r>
      <w:r>
        <w:t xml:space="preserve">    (a) a language specialist; or someone skilled in multiple languages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an optical device that produces an intense narrow beam of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Irish and the Italians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peasants</w:t>
      </w:r>
      <w:r>
        <w:rPr>
          <w:b/>
          <w:bCs/>
        </w:rPr>
        <w:t xml:space="preserve">, tenant farmers from the impoverished countryside of Europe.</w:t>
      </w:r>
      <w:r>
        <w:br/>
      </w:r>
      <w:r>
        <w:t xml:space="preserve">    (a) organisms in the early stages of growth prior to birth, hatching, or sprouting; in humans organisms during the first eight weeks of development (prior to the fetal stage)</w:t>
      </w:r>
      <w:r>
        <w:br/>
      </w:r>
      <w:r>
        <w:t xml:space="preserve">    (b)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(c) used historically or possibly in relation to a very poor country:  people of low income, education, and social standing -- especially those who raise crops or livestock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we learn something about why people succeed and how to make people better at what they do by taking cultural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legacies</w:t>
      </w:r>
      <w:r>
        <w:rPr>
          <w:b/>
          <w:bCs/>
        </w:rPr>
        <w:t xml:space="preserve"> </w:t>
      </w:r>
      <w:r>
        <w:rPr>
          <w:b/>
          <w:bCs/>
        </w:rPr>
        <w:t xml:space="preserve">seriously?</w:t>
      </w:r>
      <w:r>
        <w:br/>
      </w:r>
      <w:r>
        <w:t xml:space="preserve">    (a) males, females, or various trans categories</w:t>
      </w:r>
      <w:r>
        <w:br/>
      </w:r>
      <w:r>
        <w:t xml:space="preserve">    (b) things passed from one generation to the next</w:t>
      </w:r>
      <w:r>
        <w:br/>
      </w:r>
      <w:r>
        <w:t xml:space="preserve">    (c) jobs, reservations, bookings, or activities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plane came in on its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, the pilots encountered severe wind shear.</w:t>
      </w:r>
      <w:r>
        <w:br/>
      </w:r>
      <w:r>
        <w:t xml:space="preserve">    (a) route (way to get somewhere)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change the direction of something or the purpose for which it is 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VOR is a beacon that sends out a signal that allows pilots to calculate their altitude as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an airport.</w:t>
      </w:r>
      <w:r>
        <w:br/>
      </w:r>
      <w:r>
        <w:t xml:space="preserve">    (a) get near</w:t>
      </w:r>
      <w:r>
        <w:br/>
      </w:r>
      <w:r>
        <w:t xml:space="preserve">    (b) mirror back (an image)</w:t>
      </w:r>
      <w:r>
        <w:br/>
      </w:r>
      <w:r>
        <w:t xml:space="preserve">    (c) create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term used by linguists to describe what Klotz was engaging in in that moment is "</w:t>
      </w:r>
      <w:r>
        <w:rPr>
          <w:b/>
          <w:bCs/>
          <w:u w:val="single"/>
        </w:rPr>
        <w:t xml:space="preserve">mitigated</w:t>
      </w:r>
      <w:r>
        <w:rPr>
          <w:b/>
          <w:bCs/>
        </w:rPr>
        <w:t xml:space="preserve"> </w:t>
      </w:r>
      <w:r>
        <w:rPr>
          <w:b/>
          <w:bCs/>
        </w:rPr>
        <w:t xml:space="preserve">speech," which refers to any attempt to downplay or sugarcoat the meaning of what is being said.</w:t>
      </w:r>
      <w:r>
        <w:br/>
      </w:r>
      <w:r>
        <w:t xml:space="preserve">    (a) selected (on a computer screen)</w:t>
      </w:r>
      <w:r>
        <w:br/>
      </w:r>
      <w:r>
        <w:t xml:space="preserve">    (b) reduced in harm or unpleasantness</w:t>
      </w:r>
      <w:r>
        <w:br/>
      </w:r>
      <w:r>
        <w:t xml:space="preserve">    (c) took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mind must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.</w:t>
      </w:r>
      <w:r>
        <w:br/>
      </w:r>
      <w:r>
        <w:t xml:space="preserve">    (a) helped to develop (grow)</w:t>
      </w:r>
      <w:r>
        <w:br/>
      </w:r>
      <w:r>
        <w:t xml:space="preserve">    (b) not found guilty or forced into a bad situation</w:t>
      </w:r>
      <w:r>
        <w:br/>
      </w:r>
      <w:r>
        <w:t xml:space="preserve">    (c) a non-doctor who assisted a women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what Korean Air did, when it finally turned its operations around, was give its pilots the opportunity to escape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of their cultural legacy.</w:t>
      </w:r>
      <w:r>
        <w:br/>
      </w:r>
      <w:r>
        <w:t xml:space="preserve">    (a) thigh bones</w:t>
      </w:r>
      <w:r>
        <w:br/>
      </w:r>
      <w:r>
        <w:t xml:space="preserve">    (b) limitations</w:t>
      </w:r>
      <w:r>
        <w:br/>
      </w:r>
      <w:r>
        <w:t xml:space="preserve">    (c) differences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2026-07-31T16:40:15Z</dcterms:created>
  <dcterms:modified xsi:type="dcterms:W3CDTF">2026-07-31T16:40:15Z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