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1db825772eb93607dd200f668726c5dea96daa"/>
    <w:p>
      <w:pPr>
        <w:pStyle w:val="Heading1"/>
      </w:pPr>
      <w:r>
        <w:rPr>
          <w:b/>
          <w:bCs/>
        </w:rPr>
        <w:t xml:space="preserve">Outlander</w:t>
      </w:r>
      <w:r>
        <w:br/>
      </w:r>
      <w:r>
        <w:rPr>
          <w:i/>
          <w:iCs/>
        </w:rPr>
        <w:t xml:space="preserve">Diana Gabaldon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Hoovering in the hall stopped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abruptly</w:t>
      </w:r>
      <w:r>
        <w:rPr>
          <w:b/>
          <w:bCs/>
        </w:rPr>
        <w:t xml:space="preserve">.</w:t>
      </w:r>
      <w:r>
        <w:br/>
      </w:r>
      <w:r>
        <w:t xml:space="preserve">    (a) in a manner like a "monk"</w:t>
      </w:r>
      <w:r>
        <w:br/>
      </w:r>
      <w:r>
        <w:t xml:space="preserve">    (b) not exactly or accurately</w:t>
      </w:r>
      <w:r>
        <w:br/>
      </w:r>
      <w:r>
        <w:t xml:space="preserve">    (c) suddenly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got up and relit the candles, making mild remarks about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abrupt</w:t>
      </w:r>
      <w:r>
        <w:rPr>
          <w:b/>
          <w:bCs/>
        </w:rPr>
        <w:t xml:space="preserve"> </w:t>
      </w:r>
      <w:r>
        <w:rPr>
          <w:b/>
          <w:bCs/>
        </w:rPr>
        <w:t xml:space="preserve">methods of entering rooms.</w:t>
      </w:r>
      <w:r>
        <w:br/>
      </w:r>
      <w:r>
        <w:t xml:space="preserve">    (a) rude because of using too few words and moving too quickly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to say or handle things in a way that makes others feel good about them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Frank's passion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genealogy</w:t>
      </w:r>
      <w:r>
        <w:rPr>
          <w:b/>
          <w:bCs/>
        </w:rPr>
        <w:t xml:space="preserve"> </w:t>
      </w:r>
      <w:r>
        <w:rPr>
          <w:b/>
          <w:bCs/>
        </w:rPr>
        <w:t xml:space="preserve">was yet another reason for choosing the Highlands.</w:t>
      </w:r>
      <w:r>
        <w:br/>
      </w:r>
      <w:r>
        <w:t xml:space="preserve">    (a) family ancestry or its study</w:t>
      </w:r>
      <w:r>
        <w:br/>
      </w:r>
      <w:r>
        <w:t xml:space="preserve">    (b) small quantity or indication</w:t>
      </w:r>
      <w:r>
        <w:br/>
      </w:r>
      <w:r>
        <w:t xml:space="preserve">    (c) reason (for doing something)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Well, I phrased it a little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tactfully</w:t>
      </w:r>
      <w:r>
        <w:rPr>
          <w:b/>
          <w:bCs/>
        </w:rPr>
        <w:t xml:space="preserve"> </w:t>
      </w:r>
      <w:r>
        <w:rPr>
          <w:b/>
          <w:bCs/>
        </w:rPr>
        <w:t xml:space="preserve">than that, but only because the Gaelic language hasn't got a specific word for drawers.</w:t>
      </w:r>
      <w:r>
        <w:br/>
      </w:r>
      <w:r>
        <w:t xml:space="preserve">    (a) in a manner that makes others feel good</w:t>
      </w:r>
      <w:r>
        <w:br/>
      </w:r>
      <w:r>
        <w:t xml:space="preserve">    (b) enthusiastically or with great interest</w:t>
      </w:r>
      <w:r>
        <w:br/>
      </w:r>
      <w:r>
        <w:t xml:space="preserve">    (c) in a pessimistic or disagreeable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 mean, since the houses are fairly new, nothing was buried under them,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inhabitants</w:t>
      </w:r>
      <w:r>
        <w:rPr>
          <w:b/>
          <w:bCs/>
        </w:rPr>
        <w:t xml:space="preserve"> </w:t>
      </w:r>
      <w:r>
        <w:rPr>
          <w:b/>
          <w:bCs/>
        </w:rPr>
        <w:t xml:space="preserve">are now remedying the omission.</w:t>
      </w:r>
      <w:r>
        <w:br/>
      </w:r>
      <w:r>
        <w:t xml:space="preserve">    (a) things designed to stops something else</w:t>
      </w:r>
      <w:r>
        <w:br/>
      </w:r>
      <w:r>
        <w:t xml:space="preserve">    (b) people (who live in a particular place)</w:t>
      </w:r>
      <w:r>
        <w:br/>
      </w:r>
      <w:r>
        <w:t xml:space="preserve">    (c) things accepted as true (without proof)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Mr. Crook's seamed face seemed to be admitting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dubious</w:t>
      </w:r>
      <w:r>
        <w:rPr>
          <w:b/>
          <w:bCs/>
        </w:rPr>
        <w:t xml:space="preserve"> </w:t>
      </w:r>
      <w:r>
        <w:rPr>
          <w:b/>
          <w:bCs/>
        </w:rPr>
        <w:t xml:space="preserve">possibility to this suggestion.</w:t>
      </w:r>
      <w:r>
        <w:br/>
      </w:r>
      <w:r>
        <w:t xml:space="preserve">    (a) related to a mental illness most commonly associated with undeveloped social abilities, language, and other communication skills</w:t>
      </w:r>
      <w:r>
        <w:br/>
      </w:r>
      <w:r>
        <w:t xml:space="preserve">    (b) doubtful; or suspicious; or full of uncertainty -- sometimes to indicate that</w:t>
      </w:r>
      <w:r>
        <w:t xml:space="preserve"> </w:t>
      </w:r>
      <w:r>
        <w:rPr>
          <w:i/>
          <w:iCs/>
        </w:rPr>
        <w:t xml:space="preserve">something described as good</w:t>
      </w:r>
      <w:r>
        <w:t xml:space="preserve"> </w:t>
      </w:r>
      <w:r>
        <w:t xml:space="preserve">is actually bad</w:t>
      </w:r>
      <w:r>
        <w:br/>
      </w:r>
      <w:r>
        <w:t xml:space="preserve">    (c) relating to realities beyond scientific understanding  OR  inspiring a sense of wonder or mystery; or beyond human comprehension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 guide, despite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dour</w:t>
      </w:r>
      <w:r>
        <w:rPr>
          <w:b/>
          <w:bCs/>
        </w:rPr>
        <w:t xml:space="preserve"> </w:t>
      </w:r>
      <w:r>
        <w:rPr>
          <w:b/>
          <w:bCs/>
        </w:rPr>
        <w:t xml:space="preserve">appearance, was knowledgeable and talkative, pointing out the islands, castles, and ruins that rimmed the long, narrow loch.</w:t>
      </w:r>
      <w:r>
        <w:br/>
      </w:r>
      <w:r>
        <w:t xml:space="preserve">    (a) [of food] able to be prepared in a manner that keeps it from spoiling</w:t>
      </w:r>
      <w:r>
        <w:br/>
      </w:r>
      <w:r>
        <w:t xml:space="preserve">    (b) very serious, stern, and unfriendly -- often in a gloomy or harsh way</w:t>
      </w:r>
      <w:r>
        <w:br/>
      </w:r>
      <w:r>
        <w:t xml:space="preserve">    (c) relating to understanding or explaining something in a particular way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quite sure I was still hallucinating when the sound of shots was followed by the appearance of five or six men dressed in red coats and knee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breeches</w:t>
      </w:r>
      <w:r>
        <w:rPr>
          <w:b/>
          <w:bCs/>
        </w:rPr>
        <w:t xml:space="preserve">, waving muskets.</w:t>
      </w:r>
      <w:r>
        <w:br/>
      </w:r>
      <w:r>
        <w:t xml:space="preserve">    (a) names</w:t>
      </w:r>
      <w:r>
        <w:br/>
      </w:r>
      <w:r>
        <w:t xml:space="preserve">    (b) pants</w:t>
      </w:r>
      <w:r>
        <w:br/>
      </w:r>
      <w:r>
        <w:t xml:space="preserve">    (c) views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precarious</w:t>
      </w:r>
      <w:r>
        <w:rPr>
          <w:b/>
          <w:bCs/>
        </w:rPr>
        <w:t xml:space="preserve"> </w:t>
      </w:r>
      <w:r>
        <w:rPr>
          <w:b/>
          <w:bCs/>
        </w:rPr>
        <w:t xml:space="preserve">balance, heretofore contained in a staid wobble, suddenly became much more erratic.</w:t>
      </w:r>
      <w:r>
        <w:br/>
      </w:r>
      <w:r>
        <w:t xml:space="preserve">    (a) unsafe or unsure</w:t>
      </w:r>
      <w:r>
        <w:br/>
      </w:r>
      <w:r>
        <w:t xml:space="preserve">    (b) likely to change</w:t>
      </w:r>
      <w:r>
        <w:br/>
      </w:r>
      <w:r>
        <w:t xml:space="preserve">    (c) able to be found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a, levy put on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manors</w:t>
      </w:r>
      <w:r>
        <w:rPr>
          <w:b/>
          <w:bCs/>
        </w:rPr>
        <w:t xml:space="preserve"> </w:t>
      </w:r>
      <w:r>
        <w:rPr>
          <w:b/>
          <w:bCs/>
        </w:rPr>
        <w:t xml:space="preserve">near Fort William—food for the garrison, horses for transport, and suchlike.</w:t>
      </w:r>
      <w:r>
        <w:br/>
      </w:r>
      <w:r>
        <w:t xml:space="preserve">    (a) a large house of a wealthy person</w:t>
      </w:r>
      <w:r>
        <w:br/>
      </w:r>
      <w:r>
        <w:br/>
      </w:r>
      <w:r>
        <w:t xml:space="preserve">or historically:</w:t>
      </w:r>
      <w:r>
        <w:br/>
      </w:r>
      <w:r>
        <w:br/>
      </w:r>
      <w:r>
        <w:t xml:space="preserve">the main house of a lord and the land around it that was worked by tenant farmers</w:t>
      </w:r>
      <w:r>
        <w:br/>
      </w:r>
      <w:r>
        <w:t xml:space="preserve">    (b) enthusiastic expressions of feelings or thoughts  OR  things flowing or given off (often under pressure such as blood or leaking gas)</w:t>
      </w:r>
      <w:r>
        <w:br/>
      </w:r>
      <w:r>
        <w:t xml:space="preserve">    (c) people who monitor criminals who do not have to be in prison as long as they demonstrate good behavior and obey special restrictions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Because of the poor circulation and the degeneration of connective tissue, victims were invariably sterile, and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impotent</w:t>
      </w:r>
      <w:r>
        <w:rPr>
          <w:b/>
          <w:bCs/>
        </w:rPr>
        <w:t xml:space="preserve"> </w:t>
      </w:r>
      <w:r>
        <w:rPr>
          <w:b/>
          <w:bCs/>
        </w:rPr>
        <w:t xml:space="preserve">as well.</w:t>
      </w:r>
      <w:r>
        <w:br/>
      </w:r>
      <w:r>
        <w:t xml:space="preserve">    (a) a connection where measuring one particle instantly affects another, regardless of distance</w:t>
      </w:r>
      <w:r>
        <w:br/>
      </w:r>
      <w:r>
        <w:t xml:space="preserve">    (b) a potentially life-threatening eating disorder that prevents people from eating enough food</w:t>
      </w:r>
      <w:r>
        <w:br/>
      </w:r>
      <w:r>
        <w:t xml:space="preserve">    (c) unable to have an erection for sexual intercourse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hand bunched into a fist and struck the bedframe with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impotent</w:t>
      </w:r>
      <w:r>
        <w:rPr>
          <w:b/>
          <w:bCs/>
        </w:rPr>
        <w:t xml:space="preserve"> </w:t>
      </w:r>
      <w:r>
        <w:rPr>
          <w:b/>
          <w:bCs/>
        </w:rPr>
        <w:t xml:space="preserve">rage that made the whole bed tremble.</w:t>
      </w:r>
      <w:r>
        <w:br/>
      </w:r>
      <w:r>
        <w:t xml:space="preserve">    (a) the state of being awake</w:t>
      </w:r>
      <w:r>
        <w:br/>
      </w:r>
      <w:r>
        <w:t xml:space="preserve">    (b) powerless to change things</w:t>
      </w:r>
      <w:r>
        <w:br/>
      </w:r>
      <w:r>
        <w:t xml:space="preserve">    (c) able to take on or adopt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he invited me to come to the stable next day and see a newborn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foal</w:t>
      </w:r>
      <w:r>
        <w:rPr>
          <w:b/>
          <w:bCs/>
        </w:rPr>
        <w:t xml:space="preserve">.</w:t>
      </w:r>
      <w:r>
        <w:br/>
      </w:r>
      <w:r>
        <w:t xml:space="preserve">    (a) a young horse; or giving birth to a young horse</w:t>
      </w:r>
      <w:r>
        <w:br/>
      </w:r>
      <w:r>
        <w:t xml:space="preserve">    (b) mark important text; or the text that is marked</w:t>
      </w:r>
      <w:r>
        <w:br/>
      </w:r>
      <w:r>
        <w:t xml:space="preserve">    (c) give an opinion of what is wrong with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shook his head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reprovingly</w:t>
      </w:r>
      <w:r>
        <w:rPr>
          <w:b/>
          <w:bCs/>
        </w:rPr>
        <w:t xml:space="preserve"> </w:t>
      </w:r>
      <w:r>
        <w:rPr>
          <w:b/>
          <w:bCs/>
        </w:rPr>
        <w:t xml:space="preserve">at the boy.</w:t>
      </w:r>
      <w:r>
        <w:br/>
      </w:r>
      <w:r>
        <w:t xml:space="preserve">    (a) in a critical manner</w:t>
      </w:r>
      <w:r>
        <w:br/>
      </w:r>
      <w:r>
        <w:t xml:space="preserve">    (b) in a wasteful manner</w:t>
      </w:r>
      <w:r>
        <w:br/>
      </w:r>
      <w:r>
        <w:t xml:space="preserve">    (c) with great annoyance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time I had time to see the dagger hilt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protruding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beast's side, perhaps the work of the man on the ground before me.</w:t>
      </w:r>
      <w:r>
        <w:br/>
      </w:r>
      <w:r>
        <w:t xml:space="preserve">    (a) hiring again</w:t>
      </w:r>
      <w:r>
        <w:br/>
      </w:r>
      <w:r>
        <w:t xml:space="preserve">    (b) sticking out</w:t>
      </w:r>
      <w:r>
        <w:br/>
      </w:r>
      <w:r>
        <w:t xml:space="preserve">    (c) getting near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yielded</w:t>
      </w:r>
      <w:r>
        <w:rPr>
          <w:b/>
          <w:bCs/>
        </w:rPr>
        <w:t xml:space="preserve"> </w:t>
      </w:r>
      <w:r>
        <w:rPr>
          <w:b/>
          <w:bCs/>
        </w:rPr>
        <w:t xml:space="preserve">my horse and my bags with good grace, having little other choice.</w:t>
      </w:r>
      <w:r>
        <w:br/>
      </w:r>
      <w:r>
        <w:t xml:space="preserve">    (a) with rises and falls in pitch</w:t>
      </w:r>
      <w:r>
        <w:br/>
      </w:r>
      <w:r>
        <w:t xml:space="preserve">    (b) gave in, gave way, or gave up</w:t>
      </w:r>
      <w:r>
        <w:br/>
      </w:r>
      <w:r>
        <w:t xml:space="preserve">    (c) embarrassed or self-conscious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They're a root crop that will keep for a long time,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is better than wheat.</w:t>
      </w:r>
      <w:r>
        <w:br/>
      </w:r>
      <w:r>
        <w:t xml:space="preserve">    (a) stop (something from happening)</w:t>
      </w:r>
      <w:r>
        <w:br/>
      </w:r>
      <w:r>
        <w:t xml:space="preserve">    (b) production</w:t>
      </w:r>
      <w:r>
        <w:br/>
      </w:r>
      <w:r>
        <w:t xml:space="preserve">    (c) think deeply or carefully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said, a little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cynically</w:t>
      </w:r>
      <w:r>
        <w:rPr>
          <w:b/>
          <w:bCs/>
        </w:rPr>
        <w:t xml:space="preserve">.</w:t>
      </w:r>
      <w:r>
        <w:br/>
      </w:r>
      <w:r>
        <w:t xml:space="preserve">    (a) while taking pains to avoid being observed; or in a nervous manner (as though hoping not to be seen)</w:t>
      </w:r>
      <w:r>
        <w:br/>
      </w:r>
      <w:r>
        <w:t xml:space="preserve">    (b) someone who expects the worst -- especially of people (such as expecting them to be selfish and lie)</w:t>
      </w:r>
      <w:r>
        <w:br/>
      </w:r>
      <w:r>
        <w:t xml:space="preserve">    (c) in a manner that provokes, excites, or stimulates -- especially controversy, sexual desire, or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the second, he thought from the look of me I was going to die in any case, so he sent me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abbey</w:t>
      </w:r>
      <w:r>
        <w:rPr>
          <w:b/>
          <w:bCs/>
        </w:rPr>
        <w:t xml:space="preserve">.</w:t>
      </w:r>
      <w:r>
        <w:br/>
      </w:r>
      <w:r>
        <w:t xml:space="preserve">    (a) a small, rural parish church</w:t>
      </w:r>
      <w:r>
        <w:br/>
      </w:r>
      <w:r>
        <w:t xml:space="preserve">    (b) a large cathedral open to the public</w:t>
      </w:r>
      <w:r>
        <w:br/>
      </w:r>
      <w:r>
        <w:t xml:space="preserve">    (c) a building where monks or nuns live or lived; or a church associated with such a building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said I was a virgin, not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monk</w:t>
      </w:r>
      <w:r>
        <w:rPr>
          <w:b/>
          <w:bCs/>
        </w:rPr>
        <w:t xml:space="preserve">," he said, kissing me again.</w:t>
      </w:r>
      <w:r>
        <w:br/>
      </w:r>
      <w:r>
        <w:t xml:space="preserve">    (a) gradual destruction (of something previously established) -- such as a government, rule, or belief</w:t>
      </w:r>
      <w:r>
        <w:br/>
      </w:r>
      <w:r>
        <w:t xml:space="preserve">    (b) a male member of a religious order typically living under vows of poverty, chastity, and obedience</w:t>
      </w:r>
      <w:r>
        <w:br/>
      </w:r>
      <w:r>
        <w:t xml:space="preserve">    (c) a system of government with a ruler who has absolute power -- especially one who abuses that power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2026-07-31T20:03:52Z</dcterms:created>
  <dcterms:modified xsi:type="dcterms:W3CDTF">2026-07-31T20:03:52Z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