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20e2245129d9bfcf33cc638c5207d63e6c5520d"/>
    <w:p>
      <w:pPr>
        <w:pStyle w:val="Heading1"/>
      </w:pPr>
      <w:r>
        <w:rPr>
          <w:b/>
          <w:bCs/>
        </w:rPr>
        <w:t xml:space="preserve">Othello, the Moor of Venice</w:t>
      </w:r>
      <w:r>
        <w:br/>
      </w:r>
      <w:r>
        <w:rPr>
          <w:i/>
          <w:iCs/>
        </w:rPr>
        <w:t xml:space="preserve">William Shakespeare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waved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adieu</w:t>
      </w:r>
      <w:r>
        <w:rPr>
          <w:b/>
          <w:bCs/>
        </w:rPr>
        <w:t xml:space="preserve"> </w:t>
      </w:r>
      <w:r>
        <w:rPr>
          <w:b/>
          <w:bCs/>
        </w:rPr>
        <w:t xml:space="preserve">to our friends at the train station.</w:t>
      </w:r>
      <w:r>
        <w:br/>
      </w:r>
      <w:r>
        <w:t xml:space="preserve">    (a) greetings</w:t>
      </w:r>
      <w:r>
        <w:br/>
      </w:r>
      <w:r>
        <w:t xml:space="preserve">    (b) goodbye</w:t>
      </w:r>
      <w:r>
        <w:br/>
      </w:r>
      <w:r>
        <w:t xml:space="preserve">    (c) hello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 wined, dined,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beguiled</w:t>
      </w:r>
      <w:r>
        <w:rPr>
          <w:b/>
          <w:bCs/>
        </w:rPr>
        <w:t xml:space="preserve"> </w:t>
      </w:r>
      <w:r>
        <w:rPr>
          <w:b/>
          <w:bCs/>
        </w:rPr>
        <w:t xml:space="preserve">into signing the contract.</w:t>
      </w:r>
      <w:r>
        <w:br/>
      </w:r>
      <w:r>
        <w:t xml:space="preserve">    (a) encouraged</w:t>
      </w:r>
      <w:r>
        <w:br/>
      </w:r>
      <w:r>
        <w:t xml:space="preserve">    (b) forced</w:t>
      </w:r>
      <w:r>
        <w:br/>
      </w:r>
      <w:r>
        <w:t xml:space="preserve">    (c) tricked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closed the prayer by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beseeching</w:t>
      </w:r>
      <w:r>
        <w:rPr>
          <w:b/>
          <w:bCs/>
        </w:rPr>
        <w:t xml:space="preserve"> </w:t>
      </w:r>
      <w:r>
        <w:rPr>
          <w:b/>
          <w:bCs/>
        </w:rPr>
        <w:t xml:space="preserve">God to grant them wisdom and patience.</w:t>
      </w:r>
      <w:r>
        <w:br/>
      </w:r>
      <w:r>
        <w:t xml:space="preserve">    (a) asking</w:t>
      </w:r>
      <w:r>
        <w:br/>
      </w:r>
      <w:r>
        <w:t xml:space="preserve">    (b) instructing</w:t>
      </w:r>
      <w:r>
        <w:br/>
      </w:r>
      <w:r>
        <w:t xml:space="preserve">    (c) demanding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Our organization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bestows</w:t>
      </w:r>
      <w:r>
        <w:rPr>
          <w:b/>
          <w:bCs/>
        </w:rPr>
        <w:t xml:space="preserve"> </w:t>
      </w:r>
      <w:r>
        <w:rPr>
          <w:b/>
          <w:bCs/>
        </w:rPr>
        <w:t xml:space="preserve">honors, awards, and sometimes cash prizes to promising writers.</w:t>
      </w:r>
      <w:r>
        <w:br/>
      </w:r>
      <w:r>
        <w:t xml:space="preserve">    (a) gives</w:t>
      </w:r>
      <w:r>
        <w:br/>
      </w:r>
      <w:r>
        <w:t xml:space="preserve">    (b) shows</w:t>
      </w:r>
      <w:r>
        <w:br/>
      </w:r>
      <w:r>
        <w:t xml:space="preserve">    (c) recommends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spite of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censure</w:t>
      </w:r>
      <w:r>
        <w:rPr>
          <w:b/>
          <w:bCs/>
        </w:rPr>
        <w:t xml:space="preserve"> </w:t>
      </w:r>
      <w:r>
        <w:rPr>
          <w:b/>
          <w:bCs/>
        </w:rPr>
        <w:t xml:space="preserve">of her colleagues, she believed she had done the right thing.</w:t>
      </w:r>
      <w:r>
        <w:br/>
      </w:r>
      <w:r>
        <w:t xml:space="preserve">    (a) criticism</w:t>
      </w:r>
      <w:r>
        <w:br/>
      </w:r>
      <w:r>
        <w:t xml:space="preserve">    (b) anger</w:t>
      </w:r>
      <w:r>
        <w:br/>
      </w:r>
      <w:r>
        <w:t xml:space="preserve">    (c) disinterest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Jacob remained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chaste</w:t>
      </w:r>
      <w:r>
        <w:rPr>
          <w:b/>
          <w:bCs/>
        </w:rPr>
        <w:t xml:space="preserve"> </w:t>
      </w:r>
      <w:r>
        <w:rPr>
          <w:b/>
          <w:bCs/>
        </w:rPr>
        <w:t xml:space="preserve">until he met his future spouse.</w:t>
      </w:r>
      <w:r>
        <w:br/>
      </w:r>
      <w:r>
        <w:t xml:space="preserve">    (a) disillusioned</w:t>
      </w:r>
      <w:r>
        <w:br/>
      </w:r>
      <w:r>
        <w:t xml:space="preserve">    (b) unfaithful to anyone</w:t>
      </w:r>
      <w:r>
        <w:br/>
      </w:r>
      <w:r>
        <w:t xml:space="preserve">    (c) a virgin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gently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chides</w:t>
      </w:r>
      <w:r>
        <w:rPr>
          <w:b/>
          <w:bCs/>
        </w:rPr>
        <w:t xml:space="preserve"> </w:t>
      </w:r>
      <w:r>
        <w:rPr>
          <w:b/>
          <w:bCs/>
        </w:rPr>
        <w:t xml:space="preserve">her friends who run up credit card debt unnecessarily.</w:t>
      </w:r>
      <w:r>
        <w:br/>
      </w:r>
      <w:r>
        <w:t xml:space="preserve">    (a) criticizes</w:t>
      </w:r>
      <w:r>
        <w:br/>
      </w:r>
      <w:r>
        <w:t xml:space="preserve">    (b) celebrates with</w:t>
      </w:r>
      <w:r>
        <w:br/>
      </w:r>
      <w:r>
        <w:t xml:space="preserve">    (c) avoids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citadel</w:t>
      </w:r>
      <w:r>
        <w:rPr>
          <w:b/>
          <w:bCs/>
        </w:rPr>
        <w:t xml:space="preserve"> </w:t>
      </w:r>
      <w:r>
        <w:rPr>
          <w:b/>
          <w:bCs/>
        </w:rPr>
        <w:t xml:space="preserve">stood on a high hill, overlooking the town like a watchful guardian.</w:t>
      </w:r>
      <w:r>
        <w:br/>
      </w:r>
      <w:r>
        <w:t xml:space="preserve">    (a) outdoor marketplace</w:t>
      </w:r>
      <w:r>
        <w:br/>
      </w:r>
      <w:r>
        <w:t xml:space="preserve">    (b) fortified stronghold</w:t>
      </w:r>
      <w:r>
        <w:br/>
      </w:r>
      <w:r>
        <w:t xml:space="preserve">    (c) wooden farmhouse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worst mix -- greedy,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cunning</w:t>
      </w:r>
      <w:r>
        <w:rPr>
          <w:b/>
          <w:bCs/>
        </w:rPr>
        <w:t xml:space="preserve">, and without morals.</w:t>
      </w:r>
      <w:r>
        <w:br/>
      </w:r>
      <w:r>
        <w:t xml:space="preserve">    (a) strong and cruel</w:t>
      </w:r>
      <w:r>
        <w:br/>
      </w:r>
      <w:r>
        <w:t xml:space="preserve">    (b) stupid and impatient</w:t>
      </w:r>
      <w:r>
        <w:br/>
      </w:r>
      <w:r>
        <w:t xml:space="preserve">    (c) clever and deceitful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algebra, letters often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denote</w:t>
      </w:r>
      <w:r>
        <w:rPr>
          <w:b/>
          <w:bCs/>
        </w:rPr>
        <w:t xml:space="preserve"> </w:t>
      </w:r>
      <w:r>
        <w:rPr>
          <w:b/>
          <w:bCs/>
        </w:rPr>
        <w:t xml:space="preserve">unknown numbers in equations.</w:t>
      </w:r>
      <w:r>
        <w:br/>
      </w:r>
      <w:r>
        <w:t xml:space="preserve">    (a) scatter</w:t>
      </w:r>
      <w:r>
        <w:br/>
      </w:r>
      <w:r>
        <w:t xml:space="preserve">    (b) confuse</w:t>
      </w:r>
      <w:r>
        <w:br/>
      </w:r>
      <w:r>
        <w:t xml:space="preserve">    (c) represent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may be our last chance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devise</w:t>
      </w:r>
      <w:r>
        <w:rPr>
          <w:b/>
          <w:bCs/>
        </w:rPr>
        <w:t xml:space="preserve"> </w:t>
      </w:r>
      <w:r>
        <w:rPr>
          <w:b/>
          <w:bCs/>
        </w:rPr>
        <w:t xml:space="preserve">a compromise that will save the peace.</w:t>
      </w:r>
      <w:r>
        <w:br/>
      </w:r>
      <w:r>
        <w:t xml:space="preserve">    (a) consider</w:t>
      </w:r>
      <w:r>
        <w:br/>
      </w:r>
      <w:r>
        <w:t xml:space="preserve">    (b) create</w:t>
      </w:r>
      <w:r>
        <w:br/>
      </w:r>
      <w:r>
        <w:t xml:space="preserve">    (c) save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King claimed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divine</w:t>
      </w:r>
      <w:r>
        <w:rPr>
          <w:b/>
          <w:bCs/>
        </w:rPr>
        <w:t xml:space="preserve"> </w:t>
      </w:r>
      <w:r>
        <w:rPr>
          <w:b/>
          <w:bCs/>
        </w:rPr>
        <w:t xml:space="preserve">right.</w:t>
      </w:r>
      <w:r>
        <w:br/>
      </w:r>
      <w:r>
        <w:t xml:space="preserve">    (a) from birth</w:t>
      </w:r>
      <w:r>
        <w:br/>
      </w:r>
      <w:r>
        <w:t xml:space="preserve">    (b) perfect or wonderful</w:t>
      </w:r>
      <w:r>
        <w:br/>
      </w:r>
      <w:r>
        <w:t xml:space="preserve">    (c) coming from God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wouldn't talk about it, but I was able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divine</w:t>
      </w:r>
      <w:r>
        <w:rPr>
          <w:b/>
          <w:bCs/>
        </w:rPr>
        <w:t xml:space="preserve"> </w:t>
      </w:r>
      <w:r>
        <w:rPr>
          <w:b/>
          <w:bCs/>
        </w:rPr>
        <w:t xml:space="preserve">that the project isn't going well.</w:t>
      </w:r>
      <w:r>
        <w:br/>
      </w:r>
      <w:r>
        <w:t xml:space="preserve">    (a) figure out</w:t>
      </w:r>
      <w:r>
        <w:br/>
      </w:r>
      <w:r>
        <w:t xml:space="preserve">    (b) share</w:t>
      </w:r>
      <w:r>
        <w:br/>
      </w:r>
      <w:r>
        <w:t xml:space="preserve">    (c) state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dotes</w:t>
      </w:r>
      <w:r>
        <w:rPr>
          <w:b/>
          <w:bCs/>
        </w:rPr>
        <w:t xml:space="preserve"> </w:t>
      </w:r>
      <w:r>
        <w:rPr>
          <w:b/>
          <w:bCs/>
        </w:rPr>
        <w:t xml:space="preserve">upon her children.</w:t>
      </w:r>
      <w:r>
        <w:br/>
      </w:r>
      <w:r>
        <w:t xml:space="preserve">    (a) adores</w:t>
      </w:r>
      <w:r>
        <w:br/>
      </w:r>
      <w:r>
        <w:t xml:space="preserve">    (b) criticizes</w:t>
      </w:r>
      <w:r>
        <w:br/>
      </w:r>
      <w:r>
        <w:t xml:space="preserve">    (c) worries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students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entreated</w:t>
      </w:r>
      <w:r>
        <w:rPr>
          <w:b/>
          <w:bCs/>
        </w:rPr>
        <w:t xml:space="preserve"> </w:t>
      </w:r>
      <w:r>
        <w:rPr>
          <w:b/>
          <w:bCs/>
        </w:rPr>
        <w:t xml:space="preserve">the Chinese troops not to use force against peaceful demonstrations.</w:t>
      </w:r>
      <w:r>
        <w:br/>
      </w:r>
      <w:r>
        <w:t xml:space="preserve">    (a) asked earnestly</w:t>
      </w:r>
      <w:r>
        <w:br/>
      </w:r>
      <w:r>
        <w:t xml:space="preserve">    (b) threatened</w:t>
      </w:r>
      <w:r>
        <w:br/>
      </w:r>
      <w:r>
        <w:t xml:space="preserve">    (c) bribed (with gifts)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Words can be like baseball bats when used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maliciously</w:t>
      </w:r>
      <w:r>
        <w:rPr>
          <w:b/>
          <w:bCs/>
        </w:rPr>
        <w:t xml:space="preserve"> </w:t>
      </w:r>
      <w:r>
        <w:rPr>
          <w:b/>
          <w:bCs/>
        </w:rPr>
        <w:t xml:space="preserve">against someone who is sensitive.</w:t>
      </w:r>
      <w:r>
        <w:br/>
      </w:r>
      <w:r>
        <w:t xml:space="preserve">    (a) mockingly</w:t>
      </w:r>
      <w:r>
        <w:br/>
      </w:r>
      <w:r>
        <w:t xml:space="preserve">    (b) carelessly</w:t>
      </w:r>
      <w:r>
        <w:br/>
      </w:r>
      <w:r>
        <w:t xml:space="preserve">    (c) evilly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said the U.S. should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repent</w:t>
      </w:r>
      <w:r>
        <w:rPr>
          <w:b/>
          <w:bCs/>
        </w:rPr>
        <w:t xml:space="preserve"> </w:t>
      </w:r>
      <w:r>
        <w:rPr>
          <w:b/>
          <w:bCs/>
        </w:rPr>
        <w:t xml:space="preserve">for the sins of fossil fuels.</w:t>
      </w:r>
      <w:r>
        <w:br/>
      </w:r>
      <w:r>
        <w:t xml:space="preserve">    (a) suffer</w:t>
      </w:r>
      <w:r>
        <w:br/>
      </w:r>
      <w:r>
        <w:t xml:space="preserve">    (b) reimburse</w:t>
      </w:r>
      <w:r>
        <w:br/>
      </w:r>
      <w:r>
        <w:t xml:space="preserve">    (c) apologize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government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subdued</w:t>
      </w:r>
      <w:r>
        <w:rPr>
          <w:b/>
          <w:bCs/>
        </w:rPr>
        <w:t xml:space="preserve"> </w:t>
      </w:r>
      <w:r>
        <w:rPr>
          <w:b/>
          <w:bCs/>
        </w:rPr>
        <w:t xml:space="preserve">the uprising.</w:t>
      </w:r>
      <w:r>
        <w:br/>
      </w:r>
      <w:r>
        <w:t xml:space="preserve">    (a) made appropriate in size, amount, or degree</w:t>
      </w:r>
      <w:r>
        <w:br/>
      </w:r>
      <w:r>
        <w:t xml:space="preserve">    (b) put down or brought it under control</w:t>
      </w:r>
      <w:r>
        <w:br/>
      </w:r>
      <w:r>
        <w:t xml:space="preserve">    (c) concentrated, look at, or paid attention to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Don't waste my time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trifling</w:t>
      </w:r>
      <w:r>
        <w:rPr>
          <w:b/>
          <w:bCs/>
        </w:rPr>
        <w:t xml:space="preserve"> </w:t>
      </w:r>
      <w:r>
        <w:rPr>
          <w:b/>
          <w:bCs/>
        </w:rPr>
        <w:t xml:space="preserve">matters.</w:t>
      </w:r>
      <w:r>
        <w:br/>
      </w:r>
      <w:r>
        <w:t xml:space="preserve">    (a) unimportant</w:t>
      </w:r>
      <w:r>
        <w:br/>
      </w:r>
      <w:r>
        <w:t xml:space="preserve">    (b) future</w:t>
      </w:r>
      <w:r>
        <w:br/>
      </w:r>
      <w:r>
        <w:t xml:space="preserve">    (c) other's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European Parliament refuses to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trifled with</w:t>
      </w:r>
      <w:r>
        <w:rPr>
          <w:b/>
          <w:bCs/>
        </w:rPr>
        <w:t xml:space="preserve">.</w:t>
      </w:r>
      <w:r>
        <w:br/>
      </w:r>
      <w:r>
        <w:t xml:space="preserve">    (a) negotiated with</w:t>
      </w:r>
      <w:r>
        <w:br/>
      </w:r>
      <w:r>
        <w:t xml:space="preserve">    (b) argued with</w:t>
      </w:r>
      <w:r>
        <w:br/>
      </w:r>
      <w:r>
        <w:t xml:space="preserve">    (c) treated without respect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2026-07-31T14:31:32Z</dcterms:created>
  <dcterms:modified xsi:type="dcterms:W3CDTF">2026-07-31T14:31:32Z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