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f3b98f72e5982694aa3956b81519ac355b2e17"/>
    <w:p>
      <w:pPr>
        <w:pStyle w:val="Heading1"/>
      </w:pPr>
      <w:r>
        <w:rPr>
          <w:b/>
          <w:bCs/>
        </w:rPr>
        <w:t xml:space="preserve">Othello, the Moor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concern</w:t>
      </w:r>
      <w:r>
        <w:br/>
      </w:r>
      <w:r>
        <w:t xml:space="preserve">    (b) embarrassment</w:t>
      </w:r>
      <w:r>
        <w:br/>
      </w:r>
      <w:r>
        <w:t xml:space="preserve">    (c) quickness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record</w:t>
      </w:r>
      <w:r>
        <w:br/>
      </w:r>
      <w:r>
        <w:t xml:space="preserve">    (b) destroy</w:t>
      </w:r>
      <w:r>
        <w:br/>
      </w:r>
      <w:r>
        <w:t xml:space="preserve">    (c) interpret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accused the mayor of having been intentionally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dilatory</w:t>
      </w:r>
      <w:r>
        <w:rPr>
          <w:b/>
          <w:bCs/>
        </w:rPr>
        <w:t xml:space="preserve"> </w:t>
      </w:r>
      <w:r>
        <w:rPr>
          <w:b/>
          <w:bCs/>
        </w:rPr>
        <w:t xml:space="preserve">in eliminating corruption.</w:t>
      </w:r>
      <w:r>
        <w:br/>
      </w:r>
      <w:r>
        <w:t xml:space="preserve">    (a) not aware of something</w:t>
      </w:r>
      <w:r>
        <w:br/>
      </w:r>
      <w:r>
        <w:t xml:space="preserve">    (b) consistent or the same</w:t>
      </w:r>
      <w:r>
        <w:br/>
      </w:r>
      <w:r>
        <w:t xml:space="preserve">    (c) slow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disguise the truth</w:t>
      </w:r>
      <w:r>
        <w:br/>
      </w:r>
      <w:r>
        <w:t xml:space="preserve">    (b) change reality</w:t>
      </w:r>
      <w:r>
        <w:br/>
      </w:r>
      <w:r>
        <w:t xml:space="preserve">    (c) re-think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puzzles listeners</w:t>
      </w:r>
      <w:r>
        <w:br/>
      </w:r>
      <w:r>
        <w:t xml:space="preserve">    (b) learns from others</w:t>
      </w:r>
      <w:r>
        <w:br/>
      </w:r>
      <w:r>
        <w:t xml:space="preserve">    (c) teaches or instructs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Exeunt</w:t>
      </w:r>
      <w:r>
        <w:rPr>
          <w:b/>
          <w:bCs/>
        </w:rPr>
        <w:t xml:space="preserve"> </w:t>
      </w:r>
      <w:r>
        <w:rPr>
          <w:b/>
          <w:bCs/>
        </w:rPr>
        <w:t xml:space="preserve">Romeo.</w:t>
      </w:r>
      <w:r>
        <w:br/>
      </w:r>
      <w:r>
        <w:t xml:space="preserve">    (a) exit</w:t>
      </w:r>
      <w:r>
        <w:br/>
      </w:r>
      <w:r>
        <w:t xml:space="preserve">    (b) turn</w:t>
      </w:r>
      <w:r>
        <w:br/>
      </w:r>
      <w:r>
        <w:t xml:space="preserve">    (c) 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help them.</w:t>
      </w:r>
      <w:r>
        <w:br/>
      </w:r>
      <w:r>
        <w:t xml:space="preserve">    (a) make different; or show difference</w:t>
      </w:r>
      <w:r>
        <w:br/>
      </w:r>
      <w:r>
        <w:t xml:space="preserve">    (b) beg or urge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 quick to generalize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impute</w:t>
      </w:r>
      <w:r>
        <w:rPr>
          <w:b/>
          <w:bCs/>
        </w:rPr>
        <w:t xml:space="preserve"> </w:t>
      </w:r>
      <w:r>
        <w:rPr>
          <w:b/>
          <w:bCs/>
        </w:rPr>
        <w:t xml:space="preserve">personality traits based upon stereotypes.</w:t>
      </w:r>
      <w:r>
        <w:br/>
      </w:r>
      <w:r>
        <w:t xml:space="preserve">    (a) attribute</w:t>
      </w:r>
      <w:r>
        <w:br/>
      </w:r>
      <w:r>
        <w:t xml:space="preserve">    (b) learn, discover, or decide in advance</w:t>
      </w:r>
      <w:r>
        <w:br/>
      </w:r>
      <w:r>
        <w:t xml:space="preserve">    (c) a quick look or partial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Cold weather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the growth of many tropical plants.</w:t>
      </w:r>
      <w:r>
        <w:br/>
      </w:r>
      <w:r>
        <w:t xml:space="preserve">    (a) describe</w:t>
      </w:r>
      <w:r>
        <w:br/>
      </w:r>
      <w:r>
        <w:t xml:space="preserve">    (b) slow down</w:t>
      </w:r>
      <w:r>
        <w:br/>
      </w:r>
      <w:r>
        <w:t xml:space="preserve">    (c) monitor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supporters</w:t>
      </w:r>
      <w:r>
        <w:br/>
      </w:r>
      <w:r>
        <w:t xml:space="preserve">    (b) practice</w:t>
      </w:r>
      <w:r>
        <w:br/>
      </w:r>
      <w:r>
        <w:t xml:space="preserve">    (c) immorality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time choosing a font.</w:t>
      </w:r>
      <w:r>
        <w:br/>
      </w:r>
      <w:r>
        <w:t xml:space="preserve">    (a) ordinary</w:t>
      </w:r>
      <w:r>
        <w:br/>
      </w:r>
      <w:r>
        <w:t xml:space="preserve">    (b) excessive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mandates</w:t>
      </w:r>
      <w:r>
        <w:rPr>
          <w:b/>
          <w:bCs/>
        </w:rPr>
        <w:t xml:space="preserve"> </w:t>
      </w:r>
      <w:r>
        <w:rPr>
          <w:b/>
          <w:bCs/>
        </w:rPr>
        <w:t xml:space="preserve">that an appeal be filed for all convicts on death row.</w:t>
      </w:r>
      <w:r>
        <w:br/>
      </w:r>
      <w:r>
        <w:t xml:space="preserve">    (a) demands</w:t>
      </w:r>
      <w:r>
        <w:br/>
      </w:r>
      <w:r>
        <w:t xml:space="preserve">    (b) eliminates</w:t>
      </w:r>
      <w:r>
        <w:br/>
      </w:r>
      <w:r>
        <w:t xml:space="preserve">    (c) suggests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considered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of patience by all her coworkers.</w:t>
      </w:r>
      <w:r>
        <w:br/>
      </w:r>
      <w:r>
        <w:t xml:space="preserve">    (a) a clear failure</w:t>
      </w:r>
      <w:r>
        <w:br/>
      </w:r>
      <w:r>
        <w:t xml:space="preserve">    (b) an average sample</w:t>
      </w:r>
      <w:r>
        <w:br/>
      </w:r>
      <w:r>
        <w:t xml:space="preserve">    (c) a perfect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easily annoyed</w:t>
      </w:r>
      <w:r>
        <w:br/>
      </w:r>
      <w:r>
        <w:t xml:space="preserve">    (b) very tired</w:t>
      </w:r>
      <w:r>
        <w:br/>
      </w:r>
      <w:r>
        <w:t xml:space="preserve">    (c) very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confused about the rules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repeated, "The wicked will suffer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their sins."</w:t>
      </w:r>
      <w:r>
        <w:br/>
      </w:r>
      <w:r>
        <w:t xml:space="preserve">    (a) hell</w:t>
      </w:r>
      <w:r>
        <w:br/>
      </w:r>
      <w:r>
        <w:t xml:space="preserve">    (b) immediately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careful</w:t>
      </w:r>
      <w:r>
        <w:br/>
      </w:r>
      <w:r>
        <w:t xml:space="preserve">    (b) wise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amount of monetary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restitution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up for what I lost.</w:t>
      </w:r>
      <w:r>
        <w:br/>
      </w:r>
      <w:r>
        <w:t xml:space="preserve">    (a) adherents to the theological system of John Calvin and his followers emphasizing omnipotence of God and salvation by grace alone</w:t>
      </w:r>
      <w:r>
        <w:br/>
      </w:r>
      <w:r>
        <w:t xml:space="preserve">    (b) money paid in compensation for loss</w:t>
      </w:r>
      <w:r>
        <w:br/>
      </w:r>
      <w:r>
        <w:t xml:space="preserve">    (c) the ability to put someone into a state of hypnosis (a trance-like state of focused concentration and heightened suggestibility)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2026-07-31T14:31:33Z</dcterms:created>
  <dcterms:modified xsi:type="dcterms:W3CDTF">2026-07-31T14:31:33Z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