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c54f8b87b2ae94a3e6ea0a9ab986bd4b9da9d3"/>
    <w:p>
      <w:pPr>
        <w:pStyle w:val="Heading1"/>
      </w:pPr>
      <w:r>
        <w:rPr>
          <w:b/>
          <w:bCs/>
        </w:rPr>
        <w:t xml:space="preserve">Othello, the Moor of Venice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not believe That, from the sense of all civility, I thus would play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 with</w:t>
      </w:r>
      <w:r>
        <w:rPr>
          <w:b/>
          <w:bCs/>
        </w:rPr>
        <w:t xml:space="preserve"> </w:t>
      </w:r>
      <w:r>
        <w:rPr>
          <w:b/>
          <w:bCs/>
        </w:rPr>
        <w:t xml:space="preserve">your reverence: Your daughter,—if you have not given her leave,—I say again, hath made a gross revolt; Tying her duty, beauty, wit, and fortunes In an extravagant and wheeling stranger Of here and everywhere.</w:t>
      </w:r>
      <w:r>
        <w:br/>
      </w:r>
      <w:r>
        <w:t xml:space="preserve">    (a) beyond the permitted boundary or limit</w:t>
      </w:r>
      <w:r>
        <w:br/>
      </w:r>
      <w:r>
        <w:t xml:space="preserve">    (b) treat thoughtlessly or without respect</w:t>
      </w:r>
      <w:r>
        <w:br/>
      </w:r>
      <w:r>
        <w:t xml:space="preserve">    (c) injured muscles or tendons of the back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Trifles</w:t>
      </w:r>
      <w:r>
        <w:rPr>
          <w:b/>
          <w:bCs/>
        </w:rPr>
        <w:t xml:space="preserve"> </w:t>
      </w:r>
      <w:r>
        <w:rPr>
          <w:b/>
          <w:bCs/>
        </w:rPr>
        <w:t xml:space="preserve">light as air Are to the jealous confirmations strong As proofs of holy writ: this may do something.</w:t>
      </w:r>
      <w:r>
        <w:br/>
      </w:r>
      <w:r>
        <w:t xml:space="preserve">    (a) things of small importance</w:t>
      </w:r>
      <w:r>
        <w:br/>
      </w:r>
      <w:r>
        <w:t xml:space="preserve">    (b) struggles or disagreements</w:t>
      </w:r>
      <w:r>
        <w:br/>
      </w:r>
      <w:r>
        <w:t xml:space="preserve">    (c) is attractive or desirable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Something from Cyprus, as I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:</w:t>
      </w:r>
      <w:r>
        <w:br/>
      </w:r>
      <w:r>
        <w:t xml:space="preserve">    (a) add fuel or stir a fire to make it burn hotter; or make feelings stronger</w:t>
      </w:r>
      <w:r>
        <w:br/>
      </w:r>
      <w:r>
        <w:t xml:space="preserve">    (b) a rough calculation or guess of a value, quantity, or extent of something</w:t>
      </w:r>
      <w:r>
        <w:br/>
      </w:r>
      <w:r>
        <w:t xml:space="preserve">    (c) guess (discover through intuition or reflection)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Desdemona</w:t>
      </w:r>
      <w:r>
        <w:br/>
      </w:r>
      <w:r>
        <w:t xml:space="preserve">    (a) wonderful</w:t>
      </w:r>
      <w:r>
        <w:br/>
      </w:r>
      <w:r>
        <w:t xml:space="preserve">    (b) the quality of being sensible and careful</w:t>
      </w:r>
      <w:r>
        <w:br/>
      </w:r>
      <w:r>
        <w:t xml:space="preserve">    (c) unable or difficult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—Lay hold upon him: if he do resist,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Subdue</w:t>
      </w:r>
      <w:r>
        <w:rPr>
          <w:b/>
          <w:bCs/>
        </w:rPr>
        <w:t xml:space="preserve"> </w:t>
      </w:r>
      <w:r>
        <w:rPr>
          <w:b/>
          <w:bCs/>
        </w:rPr>
        <w:t xml:space="preserve">him at his peril.</w:t>
      </w:r>
      <w:r>
        <w:br/>
      </w:r>
      <w:r>
        <w:t xml:space="preserve">    (a) move out of an interacting position; or stop</w:t>
      </w:r>
      <w:r>
        <w:br/>
      </w:r>
      <w:r>
        <w:t xml:space="preserve">    (b) say something or make a sound with the voice</w:t>
      </w:r>
      <w:r>
        <w:br/>
      </w:r>
      <w:r>
        <w:t xml:space="preserve">    (c) control or put down by force or intimidation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let the Turk of Cyprus 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</w:t>
      </w:r>
      <w:r>
        <w:rPr>
          <w:b/>
          <w:bCs/>
        </w:rPr>
        <w:t xml:space="preserve">;</w:t>
      </w:r>
      <w:r>
        <w:br/>
      </w:r>
      <w:r>
        <w:t xml:space="preserve">    (a) to think of something as true or likely, even though it is not known with certainty</w:t>
      </w:r>
      <w:r>
        <w:br/>
      </w:r>
      <w:r>
        <w:t xml:space="preserve">    (b) give authority, power, knowledge, or confidence to someone so they can do something</w:t>
      </w:r>
      <w:r>
        <w:br/>
      </w:r>
      <w:r>
        <w:t xml:space="preserve">    (c) charm and/or deceive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, brave Moor; use Desdemona well.</w:t>
      </w:r>
      <w:r>
        <w:br/>
      </w:r>
      <w:r>
        <w:t xml:space="preserve">    (a) greetings</w:t>
      </w:r>
      <w:r>
        <w:br/>
      </w:r>
      <w:r>
        <w:t xml:space="preserve">    (b) hello</w:t>
      </w:r>
      <w:r>
        <w:br/>
      </w:r>
      <w:r>
        <w:t xml:space="preserve">    (c) goodbye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give their greeting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citadel</w:t>
      </w:r>
      <w:r>
        <w:rPr>
          <w:b/>
          <w:bCs/>
        </w:rPr>
        <w:t xml:space="preserve">: This likewise is a friend.</w:t>
      </w:r>
      <w:r>
        <w:br/>
      </w:r>
      <w:r>
        <w:t xml:space="preserve">    (a) island (that is made of a coral reef)</w:t>
      </w:r>
      <w:r>
        <w:br/>
      </w:r>
      <w:r>
        <w:t xml:space="preserve">    (b) dense, rainy forest with many species</w:t>
      </w:r>
      <w:r>
        <w:br/>
      </w:r>
      <w:r>
        <w:t xml:space="preserve">    (c) a stronghold or fortress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Sir, would she give you so much of her lips As of her tongue she oft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bestows</w:t>
      </w:r>
      <w:r>
        <w:rPr>
          <w:b/>
          <w:bCs/>
        </w:rPr>
        <w:t xml:space="preserve"> </w:t>
      </w:r>
      <w:r>
        <w:rPr>
          <w:b/>
          <w:bCs/>
        </w:rPr>
        <w:t xml:space="preserve">on me, You'd have enough.</w:t>
      </w:r>
      <w:r>
        <w:br/>
      </w:r>
      <w:r>
        <w:t xml:space="preserve">    (a) draws</w:t>
      </w:r>
      <w:r>
        <w:br/>
      </w:r>
      <w:r>
        <w:t xml:space="preserve">    (b) quits</w:t>
      </w:r>
      <w:r>
        <w:br/>
      </w:r>
      <w:r>
        <w:t xml:space="preserve">    (c) gives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puts her tongue a little in her heart,</w:t>
      </w:r>
      <w:r>
        <w:br/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chides</w:t>
      </w:r>
      <w:r>
        <w:rPr>
          <w:b/>
          <w:bCs/>
        </w:rPr>
        <w:t xml:space="preserve"> </w:t>
      </w:r>
      <w:r>
        <w:rPr>
          <w:b/>
          <w:bCs/>
        </w:rPr>
        <w:t xml:space="preserve">with thinking.</w:t>
      </w:r>
      <w:r>
        <w:br/>
      </w:r>
      <w:r>
        <w:t xml:space="preserve">    (a) tells someone they have done wrong</w:t>
      </w:r>
      <w:r>
        <w:br/>
      </w:r>
      <w:r>
        <w:t xml:space="preserve">    (b) boundaries or limits</w:t>
      </w:r>
      <w:r>
        <w:br/>
      </w:r>
      <w:r>
        <w:t xml:space="preserve">    (c) gains advantage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 my sweet, I prattle out of fashion, and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dote</w:t>
      </w:r>
      <w:r>
        <w:rPr>
          <w:b/>
          <w:bCs/>
        </w:rPr>
        <w:t xml:space="preserve"> </w:t>
      </w:r>
      <w:r>
        <w:rPr>
          <w:b/>
          <w:bCs/>
        </w:rPr>
        <w:t xml:space="preserve">In mine own comforts.</w:t>
      </w:r>
      <w:r>
        <w:br/>
      </w:r>
      <w:r>
        <w:t xml:space="preserve">    (a) demonstrate love and uncritical affection</w:t>
      </w:r>
      <w:r>
        <w:br/>
      </w:r>
      <w:r>
        <w:t xml:space="preserve">    (b) stop interacting; or stop having interest</w:t>
      </w:r>
      <w:r>
        <w:br/>
      </w:r>
      <w:r>
        <w:t xml:space="preserve">    (c) to spoil something so it is not desirable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I'll send her to you presently; And I'll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devise</w:t>
      </w:r>
      <w:r>
        <w:rPr>
          <w:b/>
          <w:bCs/>
        </w:rPr>
        <w:t xml:space="preserve"> </w:t>
      </w:r>
      <w:r>
        <w:rPr>
          <w:b/>
          <w:bCs/>
        </w:rPr>
        <w:t xml:space="preserve">a mean to draw the Moor Out of the way, that your converse and business May be more free.</w:t>
      </w:r>
      <w:r>
        <w:br/>
      </w:r>
      <w:r>
        <w:t xml:space="preserve">    (a) think deeply or carefully about</w:t>
      </w:r>
      <w:r>
        <w:br/>
      </w:r>
      <w:r>
        <w:t xml:space="preserve">    (b) come up with (invent or create)</w:t>
      </w:r>
      <w:r>
        <w:br/>
      </w:r>
      <w:r>
        <w:t xml:space="preserve">    (c) stop (something from happening)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humbly do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</w:t>
      </w:r>
      <w:r>
        <w:rPr>
          <w:b/>
          <w:bCs/>
        </w:rPr>
        <w:t xml:space="preserve"> </w:t>
      </w:r>
      <w:r>
        <w:rPr>
          <w:b/>
          <w:bCs/>
        </w:rPr>
        <w:t xml:space="preserve">you of your pardon</w:t>
      </w:r>
      <w:r>
        <w:br/>
      </w:r>
      <w:r>
        <w:rPr>
          <w:b/>
          <w:bCs/>
        </w:rPr>
        <w:t xml:space="preserve">For too much loving you.</w:t>
      </w:r>
      <w:r>
        <w:br/>
      </w:r>
      <w:r>
        <w:t xml:space="preserve">    (a) to spread to other parts of the body</w:t>
      </w:r>
      <w:r>
        <w:br/>
      </w:r>
      <w:r>
        <w:t xml:space="preserve">    (b) beg</w:t>
      </w:r>
      <w:r>
        <w:br/>
      </w:r>
      <w:r>
        <w:t xml:space="preserve">    (c) move into position to work; or start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see, sir, you are eaten up with passion: I do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</w:t>
      </w:r>
      <w:r>
        <w:rPr>
          <w:b/>
          <w:bCs/>
        </w:rPr>
        <w:t xml:space="preserve"> </w:t>
      </w:r>
      <w:r>
        <w:rPr>
          <w:b/>
          <w:bCs/>
        </w:rPr>
        <w:t xml:space="preserve">me that I put it to you.</w:t>
      </w:r>
      <w:r>
        <w:br/>
      </w:r>
      <w:r>
        <w:t xml:space="preserve">    (a) give an opinion of what is wrong with something</w:t>
      </w:r>
      <w:r>
        <w:br/>
      </w:r>
      <w:r>
        <w:t xml:space="preserve">    (b) to express or feel regret for having done wrong</w:t>
      </w:r>
      <w:r>
        <w:br/>
      </w:r>
      <w:r>
        <w:t xml:space="preserve">    (c) mark important text; or the text that is marked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denoted</w:t>
      </w:r>
      <w:r>
        <w:rPr>
          <w:b/>
          <w:bCs/>
        </w:rPr>
        <w:t xml:space="preserve"> </w:t>
      </w:r>
      <w:r>
        <w:rPr>
          <w:b/>
          <w:bCs/>
        </w:rPr>
        <w:t xml:space="preserve">a foregone conclusion: 'Tis a shrewd doubt, though it be but a dream.</w:t>
      </w:r>
      <w:r>
        <w:br/>
      </w:r>
      <w:r>
        <w:t xml:space="preserve">    (a) stand for or symbolize literally; or be a sign or indicator of</w:t>
      </w:r>
      <w:r>
        <w:br/>
      </w:r>
      <w:r>
        <w:t xml:space="preserve">    (b) embarrassed or self-conscious</w:t>
      </w:r>
      <w:r>
        <w:br/>
      </w:r>
      <w:r>
        <w:t xml:space="preserve">    (c) with rises and falls in pitch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Thus credulous fools are caught; And many worthy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chaste</w:t>
      </w:r>
      <w:r>
        <w:rPr>
          <w:b/>
          <w:bCs/>
        </w:rPr>
        <w:t xml:space="preserve"> </w:t>
      </w:r>
      <w:r>
        <w:rPr>
          <w:b/>
          <w:bCs/>
        </w:rPr>
        <w:t xml:space="preserve">dames even thus, All guiltless, meet reproach.</w:t>
      </w:r>
      <w:r>
        <w:br/>
      </w:r>
      <w:r>
        <w:t xml:space="preserve">    (a) not having sexual intercourse (ever, outside of marriage, or for a long time); or not involving sexual desire</w:t>
      </w:r>
      <w:r>
        <w:br/>
      </w:r>
      <w:r>
        <w:t xml:space="preserve">    (b) able to be portrayed or created in a particular way  OR  able to be interpreted, translated, or extracted from</w:t>
      </w:r>
      <w:r>
        <w:br/>
      </w:r>
      <w:r>
        <w:t xml:space="preserve">    (c) a citizen of Rome between the founding of the city (753 BC) and the fall of the Western Roman Empire (476 AD)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be found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 </w:t>
      </w:r>
      <w:r>
        <w:rPr>
          <w:b/>
          <w:bCs/>
        </w:rPr>
        <w:t xml:space="preserve">in my patience;</w:t>
      </w:r>
      <w:r>
        <w:br/>
      </w:r>
      <w:r>
        <w:t xml:space="preserve">    (a) related to the natural world (life, air, water, land...)</w:t>
      </w:r>
      <w:r>
        <w:br/>
      </w:r>
      <w:r>
        <w:t xml:space="preserve">    (b) clever</w:t>
      </w:r>
      <w:r>
        <w:br/>
      </w:r>
      <w:r>
        <w:t xml:space="preserve">    (c) relating to logical examination to improve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</w:t>
      </w:r>
      <w:r>
        <w:rPr>
          <w:b/>
          <w:bCs/>
        </w:rPr>
        <w:t xml:space="preserve"> </w:t>
      </w:r>
      <w:r>
        <w:rPr>
          <w:b/>
          <w:bCs/>
        </w:rPr>
        <w:t xml:space="preserve">that we may sup together:</w:t>
      </w:r>
      <w:r>
        <w:br/>
      </w:r>
      <w:r>
        <w:t xml:space="preserve">    (a) make possible</w:t>
      </w:r>
      <w:r>
        <w:br/>
      </w:r>
      <w:r>
        <w:t xml:space="preserve">    (b) ask</w:t>
      </w:r>
      <w:r>
        <w:br/>
      </w:r>
      <w:r>
        <w:t xml:space="preserve">    (c) stop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malice</w:t>
      </w:r>
      <w:r>
        <w:rPr>
          <w:b/>
          <w:bCs/>
        </w:rPr>
        <w:t xml:space="preserve"> </w:t>
      </w:r>
      <w:r>
        <w:rPr>
          <w:b/>
          <w:bCs/>
        </w:rPr>
        <w:t xml:space="preserve">was between you?</w:t>
      </w:r>
      <w:r>
        <w:br/>
      </w:r>
      <w:r>
        <w:t xml:space="preserve">    (a) not adjusting a lens to create a clear image</w:t>
      </w:r>
      <w:r>
        <w:br/>
      </w:r>
      <w:r>
        <w:t xml:space="preserve">    (b) the quality of lacking exactness or accuracy</w:t>
      </w:r>
      <w:r>
        <w:br/>
      </w:r>
      <w:r>
        <w:t xml:space="preserve">    (c) ill will (wanting to see others suffer)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...To you, lord governor,</w:t>
      </w:r>
      <w:r>
        <w:br/>
      </w:r>
      <w:r>
        <w:rPr>
          <w:b/>
          <w:bCs/>
        </w:rPr>
        <w:t xml:space="preserve">Remains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this hellish villain;</w:t>
      </w:r>
      <w:r>
        <w:br/>
      </w:r>
      <w:r>
        <w:rPr>
          <w:b/>
          <w:bCs/>
        </w:rPr>
        <w:t xml:space="preserve">The time, the place, the torture. O, enforce it!</w:t>
      </w:r>
      <w:r>
        <w:br/>
      </w:r>
      <w:r>
        <w:t xml:space="preserve">    (a) harsh or formal criticism</w:t>
      </w:r>
      <w:r>
        <w:br/>
      </w:r>
      <w:r>
        <w:t xml:space="preserve">    (b) being a boundary or limit</w:t>
      </w:r>
      <w:r>
        <w:br/>
      </w:r>
      <w:r>
        <w:t xml:space="preserve">    (c) find, search, or research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2026-07-31T14:31:33Z</dcterms:created>
  <dcterms:modified xsi:type="dcterms:W3CDTF">2026-07-31T14:31:33Z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