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76c6945ed514176b8142b67a438fbdc3d36880"/>
    <w:p>
      <w:pPr>
        <w:pStyle w:val="Heading1"/>
      </w:pPr>
      <w:r>
        <w:rPr>
          <w:b/>
          <w:bCs/>
        </w:rPr>
        <w:t xml:space="preserve">Othello, the Moor of Venice</w:t>
      </w:r>
      <w:r>
        <w:br/>
      </w:r>
      <w:r>
        <w:rPr>
          <w:i/>
          <w:iCs/>
        </w:rPr>
        <w:t xml:space="preserve">William Shakespeare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Though in the trade of war I have slain men, Yet do I hold it very stuff o' the conscience To do no contriv'd murder: I lack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iniquity</w:t>
      </w:r>
      <w:r>
        <w:rPr>
          <w:b/>
          <w:bCs/>
        </w:rPr>
        <w:t xml:space="preserve"> </w:t>
      </w:r>
      <w:r>
        <w:rPr>
          <w:b/>
          <w:bCs/>
        </w:rPr>
        <w:t xml:space="preserve">Sometimes to do me service: nine or ten times I had thought to have yerk'd him here under the ribs.</w:t>
      </w:r>
      <w:r>
        <w:br/>
      </w:r>
      <w:r>
        <w:t xml:space="preserve">    (a) long-accepted behavior</w:t>
      </w:r>
      <w:r>
        <w:br/>
      </w:r>
      <w:r>
        <w:t xml:space="preserve">    (b) immorality; or an immoral act</w:t>
      </w:r>
      <w:r>
        <w:br/>
      </w:r>
      <w:r>
        <w:t xml:space="preserve">    (c) set of laws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with the little godliness I have, I did full hard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</w:t>
      </w:r>
      <w:r>
        <w:rPr>
          <w:b/>
          <w:bCs/>
        </w:rPr>
        <w:t xml:space="preserve"> </w:t>
      </w:r>
      <w:r>
        <w:rPr>
          <w:b/>
          <w:bCs/>
        </w:rPr>
        <w:t xml:space="preserve">him.</w:t>
      </w:r>
      <w:r>
        <w:br/>
      </w:r>
      <w:r>
        <w:t xml:space="preserve">    (a) stop (keep him from acting)</w:t>
      </w:r>
      <w:r>
        <w:br/>
      </w:r>
      <w:r>
        <w:t xml:space="preserve">    (b) the ability to take on or adopt</w:t>
      </w:r>
      <w:r>
        <w:br/>
      </w:r>
      <w:r>
        <w:t xml:space="preserve">    (c) where attention is concentrated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therefore apprehend and do attach thee</w:t>
      </w:r>
      <w:r>
        <w:br/>
      </w:r>
      <w:r>
        <w:rPr>
          <w:b/>
          <w:bCs/>
        </w:rPr>
        <w:t xml:space="preserve">For an abuser of the world, a practiser</w:t>
      </w:r>
      <w:r>
        <w:br/>
      </w:r>
      <w:r>
        <w:rPr>
          <w:b/>
          <w:bCs/>
        </w:rPr>
        <w:t xml:space="preserve">Of arts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inhibited</w:t>
      </w:r>
      <w:r>
        <w:rPr>
          <w:b/>
          <w:bCs/>
        </w:rPr>
        <w:t xml:space="preserve"> </w:t>
      </w:r>
      <w:r>
        <w:rPr>
          <w:b/>
          <w:bCs/>
        </w:rPr>
        <w:t xml:space="preserve">and out of warrant.</w:t>
      </w:r>
      <w:r>
        <w:br/>
      </w:r>
      <w:r>
        <w:t xml:space="preserve">    (a) encouraged</w:t>
      </w:r>
      <w:r>
        <w:br/>
      </w:r>
      <w:r>
        <w:t xml:space="preserve">    (b) governed</w:t>
      </w:r>
      <w:r>
        <w:br/>
      </w:r>
      <w:r>
        <w:t xml:space="preserve">    (c) limited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 natural and prompt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alacrity</w:t>
      </w:r>
      <w:r>
        <w:rPr>
          <w:b/>
          <w:bCs/>
        </w:rPr>
        <w:t xml:space="preserve"> </w:t>
      </w:r>
      <w:r>
        <w:rPr>
          <w:b/>
          <w:bCs/>
        </w:rPr>
        <w:t xml:space="preserve">I find in hardness;</w:t>
      </w:r>
      <w:r>
        <w:br/>
      </w:r>
      <w:r>
        <w:t xml:space="preserve">    (a) the quality of exactness or accuracy</w:t>
      </w:r>
      <w:r>
        <w:br/>
      </w:r>
      <w:r>
        <w:t xml:space="preserve">    (b) the gain of advantage from something</w:t>
      </w:r>
      <w:r>
        <w:br/>
      </w:r>
      <w:r>
        <w:t xml:space="preserve">    (c) rising to the occasion (liveliness and eagerness)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Exeunt</w:t>
      </w:r>
      <w:r>
        <w:rPr>
          <w:b/>
          <w:bCs/>
        </w:rPr>
        <w:t xml:space="preserve"> </w:t>
      </w:r>
      <w:r>
        <w:rPr>
          <w:b/>
          <w:bCs/>
        </w:rPr>
        <w:t xml:space="preserve">Othello and Desdemona.</w:t>
      </w:r>
      <w:r>
        <w:br/>
      </w:r>
      <w:r>
        <w:t xml:space="preserve">    (a) exit from stage (a stage direction)</w:t>
      </w:r>
      <w:r>
        <w:br/>
      </w:r>
      <w:r>
        <w:t xml:space="preserve">    (b) the quality of lacking exactness or accuracy</w:t>
      </w:r>
      <w:r>
        <w:br/>
      </w:r>
      <w:r>
        <w:t xml:space="preserve">    (c) holds together (connects or unites) or wraps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Most fortunately: he hath achiev'd a maid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paragons</w:t>
      </w:r>
      <w:r>
        <w:rPr>
          <w:b/>
          <w:bCs/>
        </w:rPr>
        <w:t xml:space="preserve"> </w:t>
      </w:r>
      <w:r>
        <w:rPr>
          <w:b/>
          <w:bCs/>
        </w:rPr>
        <w:t xml:space="preserve">description and wild fame, One that excels the quirks of blazoning pens, And in the essential vesture of creation Does tire the ingener.</w:t>
      </w:r>
      <w:r>
        <w:br/>
      </w:r>
      <w:r>
        <w:t xml:space="preserve">    (a) emphasizes (calls attention to something)</w:t>
      </w:r>
      <w:r>
        <w:br/>
      </w:r>
      <w:r>
        <w:t xml:space="preserve">    (b) causes great mental or physical suffering</w:t>
      </w:r>
      <w:r>
        <w:br/>
      </w:r>
      <w:r>
        <w:t xml:space="preserve">    (c) an ideal instance; or model of excellence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cannot speak Any beginning to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peevish</w:t>
      </w:r>
      <w:r>
        <w:rPr>
          <w:b/>
          <w:bCs/>
        </w:rPr>
        <w:t xml:space="preserve"> </w:t>
      </w:r>
      <w:r>
        <w:rPr>
          <w:b/>
          <w:bCs/>
        </w:rPr>
        <w:t xml:space="preserve">odds; And would in action glorious I had lost Those legs that brought me to a part of it!</w:t>
      </w:r>
      <w:r>
        <w:br/>
      </w:r>
      <w:r>
        <w:t xml:space="preserve">    (a) trustworthy with secrets or subtle (not attracting attention)</w:t>
      </w:r>
      <w:r>
        <w:br/>
      </w:r>
      <w:r>
        <w:t xml:space="preserve">    (b) annoyed or easily annoyed -- especially by unimportant things</w:t>
      </w:r>
      <w:r>
        <w:br/>
      </w:r>
      <w:r>
        <w:t xml:space="preserve">    (c) related to the setting or situation in which something occurs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Worthy Othello, I am hurt to danger: Your officer, Iago, can inform you,—While I spare speech, which something now offends me,—Of all that I do know: nor know I aught By me that's said or done amiss this night: Unless self-charity be sometimes a vice, And to defend ourselves it be a sin When violence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assails</w:t>
      </w:r>
      <w:r>
        <w:rPr>
          <w:b/>
          <w:bCs/>
        </w:rPr>
        <w:t xml:space="preserve"> </w:t>
      </w:r>
      <w:r>
        <w:rPr>
          <w:b/>
          <w:bCs/>
        </w:rPr>
        <w:t xml:space="preserve">us.</w:t>
      </w:r>
      <w:r>
        <w:br/>
      </w:r>
      <w:r>
        <w:t xml:space="preserve">    (a) struggles or disagreements</w:t>
      </w:r>
      <w:r>
        <w:br/>
      </w:r>
      <w:r>
        <w:t xml:space="preserve">    (b) is attractive or desirable</w:t>
      </w:r>
      <w:r>
        <w:br/>
      </w:r>
      <w:r>
        <w:t xml:space="preserve">    (c) to attack or cause trouble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—Every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inordinate</w:t>
      </w:r>
      <w:r>
        <w:rPr>
          <w:b/>
          <w:bCs/>
        </w:rPr>
        <w:t xml:space="preserve"> </w:t>
      </w:r>
      <w:r>
        <w:rPr>
          <w:b/>
          <w:bCs/>
        </w:rPr>
        <w:t xml:space="preserve">cup is unbless'd, and the ingredient is a devil.</w:t>
      </w:r>
      <w:r>
        <w:br/>
      </w:r>
      <w:r>
        <w:t xml:space="preserve">    (a) with the involvement of other people or things</w:t>
      </w:r>
      <w:r>
        <w:br/>
      </w:r>
      <w:r>
        <w:t xml:space="preserve">    (b) mental activity of which one is not self-aware</w:t>
      </w:r>
      <w:r>
        <w:br/>
      </w:r>
      <w:r>
        <w:t xml:space="preserve">    (c) excessive or more than is reasonable or normal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Thou know'st we work by wit, and not by witchcraft; And wit depends 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dilatory</w:t>
      </w:r>
      <w:r>
        <w:rPr>
          <w:b/>
          <w:bCs/>
        </w:rPr>
        <w:t xml:space="preserve"> </w:t>
      </w:r>
      <w:r>
        <w:rPr>
          <w:b/>
          <w:bCs/>
        </w:rPr>
        <w:t xml:space="preserve">time.</w:t>
      </w:r>
      <w:r>
        <w:br/>
      </w:r>
      <w:r>
        <w:t xml:space="preserve">    (a) consistent or the same</w:t>
      </w:r>
      <w:r>
        <w:br/>
      </w:r>
      <w:r>
        <w:t xml:space="preserve">    (b) not aware of something</w:t>
      </w:r>
      <w:r>
        <w:br/>
      </w:r>
      <w:r>
        <w:t xml:space="preserve">    (c) slow; or causing delay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penitent</w:t>
      </w:r>
      <w:r>
        <w:br/>
      </w:r>
      <w:r>
        <w:t xml:space="preserve">    (a) suffering from too few red blood cells</w:t>
      </w:r>
      <w:r>
        <w:br/>
      </w:r>
      <w:r>
        <w:br/>
      </w:r>
      <w:r>
        <w:t xml:space="preserve">or (less commonly):  lacking vitality</w:t>
      </w:r>
      <w:r>
        <w:br/>
      </w:r>
      <w:r>
        <w:t xml:space="preserve">    (b) having the characteristic of or relating to bouncing back light/heat/sound...</w:t>
      </w:r>
      <w:r>
        <w:br/>
      </w:r>
      <w:r>
        <w:t xml:space="preserve">    (c) feeling or expressing remorse for misdeeds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Perdition</w:t>
      </w:r>
      <w:r>
        <w:rPr>
          <w:b/>
          <w:bCs/>
        </w:rPr>
        <w:t xml:space="preserve"> </w:t>
      </w:r>
      <w:r>
        <w:rPr>
          <w:b/>
          <w:bCs/>
        </w:rPr>
        <w:t xml:space="preserve">catch my soul, But I do love thee!</w:t>
      </w:r>
      <w:r>
        <w:br/>
      </w:r>
      <w:r>
        <w:t xml:space="preserve">    (a) Nathaniel Hawthorne's famous novel of hidden guilt and societal condemnation (1850)</w:t>
      </w:r>
      <w:r>
        <w:br/>
      </w:r>
      <w:r>
        <w:t xml:space="preserve">    (b) Rome from the founding of the city until the formation of the Republic (753-509 BC)</w:t>
      </w:r>
      <w:r>
        <w:br/>
      </w:r>
      <w:r>
        <w:t xml:space="preserve">    (c) hell (in Christianity: where Satan resides and non-saved suffer eternal punishment)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...But yet, I say,</w:t>
      </w:r>
      <w:r>
        <w:br/>
      </w:r>
      <w:r>
        <w:rPr>
          <w:b/>
          <w:bCs/>
        </w:rPr>
        <w:t xml:space="preserve">If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imputation</w:t>
      </w:r>
      <w:r>
        <w:rPr>
          <w:b/>
          <w:bCs/>
        </w:rPr>
        <w:t xml:space="preserve"> </w:t>
      </w:r>
      <w:r>
        <w:rPr>
          <w:b/>
          <w:bCs/>
        </w:rPr>
        <w:t xml:space="preserve">and strong circumstances,</w:t>
      </w:r>
      <w:r>
        <w:br/>
      </w:r>
      <w:r>
        <w:rPr>
          <w:b/>
          <w:bCs/>
        </w:rPr>
        <w:t xml:space="preserve">Which lead directly to the door of truth,</w:t>
      </w:r>
      <w:r>
        <w:br/>
      </w:r>
      <w:r>
        <w:rPr>
          <w:b/>
          <w:bCs/>
        </w:rPr>
        <w:t xml:space="preserve">Will give you satisfaction, you may have't.</w:t>
      </w:r>
      <w:r>
        <w:br/>
      </w:r>
      <w:r>
        <w:t xml:space="preserve">    (a) an optical device that produces an intense narrow beam of light</w:t>
      </w:r>
      <w:r>
        <w:br/>
      </w:r>
      <w:r>
        <w:t xml:space="preserve">    (b) a period of time or a stage during the development of something</w:t>
      </w:r>
      <w:r>
        <w:br/>
      </w:r>
      <w:r>
        <w:t xml:space="preserve">    (c) attribute this to; or believe the cause is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Can you inquire him out, and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edified</w:t>
      </w:r>
      <w:r>
        <w:rPr>
          <w:b/>
          <w:bCs/>
        </w:rPr>
        <w:t xml:space="preserve"> </w:t>
      </w:r>
      <w:r>
        <w:rPr>
          <w:b/>
          <w:bCs/>
        </w:rPr>
        <w:t xml:space="preserve">by report?</w:t>
      </w:r>
      <w:r>
        <w:br/>
      </w:r>
      <w:r>
        <w:t xml:space="preserve">    (a) subtracted</w:t>
      </w:r>
      <w:r>
        <w:br/>
      </w:r>
      <w:r>
        <w:t xml:space="preserve">    (b) translated</w:t>
      </w:r>
      <w:r>
        <w:br/>
      </w:r>
      <w:r>
        <w:t xml:space="preserve">    (c) instructed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O, hardness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dissemble</w:t>
      </w:r>
      <w:r>
        <w:rPr>
          <w:b/>
          <w:bCs/>
        </w:rPr>
        <w:t xml:space="preserve">!</w:t>
      </w:r>
      <w:r>
        <w:br/>
      </w:r>
      <w:r>
        <w:t xml:space="preserve">    (a) change reality</w:t>
      </w:r>
      <w:r>
        <w:br/>
      </w:r>
      <w:r>
        <w:t xml:space="preserve">    (b) re-think beliefs</w:t>
      </w:r>
      <w:r>
        <w:br/>
      </w:r>
      <w:r>
        <w:t xml:space="preserve">    (c) hide or disguise the truth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importune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beg persistently and urgently</w:t>
      </w:r>
      <w:r>
        <w:br/>
      </w:r>
      <w:r>
        <w:t xml:space="preserve">    (b) to cause something to move forward</w:t>
      </w:r>
      <w:r>
        <w:br/>
      </w:r>
      <w:r>
        <w:t xml:space="preserve">    (c) make different; or show difference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 will I question Cassio of Bianca, A housewife that, by selling her desires, Buys herself bread and clothes: it is a creature That dotes on Cassio,—as 'tis the strumpet's plague To beguile many and be beguil'd by one:—He, when he hears of her, cannot refrain From the excess of laughter:—here he comes:—As he shall smile Othello shall go mad; And his unbookish jealousy must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construe</w:t>
      </w:r>
      <w:r>
        <w:rPr>
          <w:b/>
          <w:bCs/>
        </w:rPr>
        <w:t xml:space="preserve"> </w:t>
      </w:r>
      <w:r>
        <w:rPr>
          <w:b/>
          <w:bCs/>
        </w:rPr>
        <w:t xml:space="preserve">Poor Cassio's smiles, gestures, and light behavior Quite in the wrong.</w:t>
      </w:r>
      <w:r>
        <w:br/>
      </w:r>
      <w:r>
        <w:t xml:space="preserve">    (a) give an opinion of what is wrong with something</w:t>
      </w:r>
      <w:r>
        <w:br/>
      </w:r>
      <w:r>
        <w:t xml:space="preserve">    (b) mark important text; or the text that is marked</w:t>
      </w:r>
      <w:r>
        <w:br/>
      </w:r>
      <w:r>
        <w:t xml:space="preserve">    (c) understand something to have a specific meaning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obey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mandate</w:t>
      </w:r>
      <w:r>
        <w:br/>
      </w:r>
      <w:r>
        <w:t xml:space="preserve">    (a) create, start, or set in a place</w:t>
      </w:r>
      <w:r>
        <w:br/>
      </w:r>
      <w:r>
        <w:t xml:space="preserve">    (b) interact again or interest again</w:t>
      </w:r>
      <w:r>
        <w:br/>
      </w:r>
      <w:r>
        <w:t xml:space="preserve">    (c) instruction that must be followed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Now, whether he kill Cassio, Or Cassio him, or each do kill the other, Every way makes my gain: live Roderigo, He calls me to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restitution</w:t>
      </w:r>
      <w:r>
        <w:rPr>
          <w:b/>
          <w:bCs/>
        </w:rPr>
        <w:t xml:space="preserve"> </w:t>
      </w:r>
      <w:r>
        <w:rPr>
          <w:b/>
          <w:bCs/>
        </w:rPr>
        <w:t xml:space="preserve">large Of gold and jewels that I bobb'd from him, As gifts to Desdemona; It must not be: if Cassio do remain, He hath a daily beauty in his life That makes me ugly; and besides, the Moor May unfold me to him; there stand I in much peril; No, he must die.</w:t>
      </w:r>
      <w:r>
        <w:br/>
      </w:r>
      <w:r>
        <w:t xml:space="preserve">    (a) money paid in compensation for loss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restoring a previous condition -- especially getting back something lost or stolen</w:t>
      </w:r>
      <w:r>
        <w:br/>
      </w:r>
      <w:r>
        <w:t xml:space="preserve">    (b) the ability to put someone into a state of hypnosis (a trance-like state of focused concentration and heightened suggestibility)</w:t>
      </w:r>
      <w:r>
        <w:br/>
      </w:r>
      <w:r>
        <w:t xml:space="preserve">    (c) adherents to the theological system of John Calvin and his followers emphasizing omnipotence of God and salvation by grace alone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If he say so, may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pernicious</w:t>
      </w:r>
      <w:r>
        <w:rPr>
          <w:b/>
          <w:bCs/>
        </w:rPr>
        <w:t xml:space="preserve"> </w:t>
      </w:r>
      <w:r>
        <w:rPr>
          <w:b/>
          <w:bCs/>
        </w:rPr>
        <w:t xml:space="preserve">soul rot half a grain a day!</w:t>
      </w:r>
      <w:r>
        <w:br/>
      </w:r>
      <w:r>
        <w:t xml:space="preserve">    (a) the state or degree of having the ability to change for different situations</w:t>
      </w:r>
      <w:r>
        <w:br/>
      </w:r>
      <w:r>
        <w:t xml:space="preserve">    (b) the quality of behaving in an instinctive, uninhibited, and unplanned manner</w:t>
      </w:r>
      <w:r>
        <w:br/>
      </w:r>
      <w:r>
        <w:t xml:space="preserve">    (c) something spreading great harm in a gradual or subtle way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2026-07-31T14:31:33Z</dcterms:created>
  <dcterms:modified xsi:type="dcterms:W3CDTF">2026-07-31T14:31:33Z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