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5a38d3ee81b8620d70a01fe4ffe0febbf7fe13"/>
    <w:p>
      <w:pPr>
        <w:pStyle w:val="Heading1"/>
      </w:pPr>
      <w:r>
        <w:rPr>
          <w:b/>
          <w:bCs/>
        </w:rPr>
        <w:t xml:space="preserve">Ordinary People</w:t>
      </w:r>
      <w:r>
        <w:br/>
      </w:r>
      <w:r>
        <w:rPr>
          <w:i/>
          <w:iCs/>
        </w:rPr>
        <w:t xml:space="preserve">Judith Guest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 flies,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narrator</w:t>
      </w:r>
      <w:r>
        <w:rPr>
          <w:b/>
          <w:bCs/>
        </w:rPr>
        <w:t xml:space="preserve"> </w:t>
      </w:r>
      <w:r>
        <w:rPr>
          <w:b/>
          <w:bCs/>
        </w:rPr>
        <w:t xml:space="preserve">explained, know the answer.</w:t>
      </w:r>
      <w:r>
        <w:br/>
      </w:r>
      <w:r>
        <w:t xml:space="preserve">    (a) quiet voice</w:t>
      </w:r>
      <w:r>
        <w:br/>
      </w:r>
      <w:r>
        <w:t xml:space="preserve">    (b) translation</w:t>
      </w:r>
      <w:r>
        <w:br/>
      </w:r>
      <w:r>
        <w:t xml:space="preserve">    (c) storyteller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one or two guiding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principles</w:t>
      </w:r>
      <w:r>
        <w:rPr>
          <w:b/>
          <w:bCs/>
        </w:rPr>
        <w:t xml:space="preserve"> </w:t>
      </w:r>
      <w:r>
        <w:rPr>
          <w:b/>
          <w:bCs/>
        </w:rPr>
        <w:t xml:space="preserve">to get him through the day.</w:t>
      </w:r>
      <w:r>
        <w:br/>
      </w:r>
      <w:r>
        <w:t xml:space="preserve">    (a) basic rules or beliefs</w:t>
      </w:r>
      <w:r>
        <w:br/>
      </w:r>
      <w:r>
        <w:t xml:space="preserve">    (b) subtle characteristics</w:t>
      </w:r>
      <w:r>
        <w:br/>
      </w:r>
      <w:r>
        <w:t xml:space="preserve">    (c) long eventful journeys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doesn't know exactly what he wants from people except that he prefers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indifference</w:t>
      </w:r>
      <w:r>
        <w:rPr>
          <w:b/>
          <w:bCs/>
        </w:rPr>
        <w:t xml:space="preserve"> </w:t>
      </w:r>
      <w:r>
        <w:rPr>
          <w:b/>
          <w:bCs/>
        </w:rPr>
        <w:t xml:space="preserve">to concern.</w:t>
      </w:r>
      <w:r>
        <w:br/>
      </w:r>
      <w:r>
        <w:t xml:space="preserve">    (a) chaotic disorder</w:t>
      </w:r>
      <w:r>
        <w:br/>
      </w:r>
      <w:r>
        <w:t xml:space="preserve">    (b) without interest</w:t>
      </w:r>
      <w:r>
        <w:br/>
      </w:r>
      <w:r>
        <w:t xml:space="preserve">    (c) risky investment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"Fine," he says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curtly</w:t>
      </w:r>
      <w:r>
        <w:rPr>
          <w:b/>
          <w:bCs/>
        </w:rPr>
        <w:t xml:space="preserve">.</w:t>
      </w:r>
      <w:r>
        <w:br/>
      </w:r>
      <w:r>
        <w:t xml:space="preserve">    (a) in a manner that is the most exciting or important part of a series of events</w:t>
      </w:r>
      <w:r>
        <w:br/>
      </w:r>
      <w:r>
        <w:t xml:space="preserve">    (b) in a manner that uses few words or is abrupt and perhaps discourteous or rude</w:t>
      </w:r>
      <w:r>
        <w:br/>
      </w:r>
      <w:r>
        <w:t xml:space="preserve">    (c) in a manner that makes uncomfortable (weighs heavily on the senses or spirit)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smile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benign</w:t>
      </w:r>
      <w:r>
        <w:rPr>
          <w:b/>
          <w:bCs/>
        </w:rPr>
        <w:t xml:space="preserve">.</w:t>
      </w:r>
      <w:r>
        <w:br/>
      </w:r>
      <w:r>
        <w:t xml:space="preserve">    (a) a mental disorder characterized by alternating episodes of major depression and abnormally elevated mood</w:t>
      </w:r>
      <w:r>
        <w:br/>
      </w:r>
      <w:r>
        <w:t xml:space="preserve">    (b) kindly, mild, or harmless</w:t>
      </w:r>
      <w:r>
        <w:br/>
      </w:r>
      <w:r>
        <w:br/>
      </w:r>
      <w:r>
        <w:t xml:space="preserve">(In medicine, a tumor that is not life-threatening, is called</w:t>
      </w:r>
      <w:r>
        <w:t xml:space="preserve"> </w:t>
      </w:r>
      <w:r>
        <w:rPr>
          <w:i/>
          <w:iCs/>
        </w:rPr>
        <w:t xml:space="preserve">benign</w:t>
      </w:r>
      <w:r>
        <w:t xml:space="preserve">.)</w:t>
      </w:r>
      <w:r>
        <w:br/>
      </w:r>
      <w:r>
        <w:t xml:space="preserve">    (c) acts to tendency to engage in acts that resist government authority or attempt to overthrow a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pecks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inquiringly</w:t>
      </w:r>
      <w:r>
        <w:rPr>
          <w:b/>
          <w:bCs/>
        </w:rPr>
        <w:t xml:space="preserve"> </w:t>
      </w:r>
      <w:r>
        <w:rPr>
          <w:b/>
          <w:bCs/>
        </w:rPr>
        <w:t xml:space="preserve">at the window for a moment; then flies off.</w:t>
      </w:r>
      <w:r>
        <w:br/>
      </w:r>
      <w:r>
        <w:t xml:space="preserve">    (a) in a manner that calls or attracts</w:t>
      </w:r>
      <w:r>
        <w:br/>
      </w:r>
      <w:r>
        <w:t xml:space="preserve">    (b) in a manner that involves betrayal</w:t>
      </w:r>
      <w:r>
        <w:br/>
      </w:r>
      <w:r>
        <w:t xml:space="preserve">    (c) in a manner that seeks information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</w:t>
      </w:r>
      <w:r>
        <w:rPr>
          <w:b/>
          <w:bCs/>
        </w:rPr>
        <w:t xml:space="preserve"> </w:t>
      </w:r>
      <w:r>
        <w:rPr>
          <w:b/>
          <w:bCs/>
        </w:rPr>
        <w:t xml:space="preserve">it, then do it alone at isolated periods with long intervals in between, so as not to drive yourself bats.</w:t>
      </w:r>
      <w:r>
        <w:br/>
      </w:r>
      <w:r>
        <w:t xml:space="preserve">    (a) think deeply or carefully about</w:t>
      </w:r>
      <w:r>
        <w:br/>
      </w:r>
      <w:r>
        <w:t xml:space="preserve">    (b) fulfill one's highest potential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Diffusion</w:t>
      </w:r>
      <w:r>
        <w:rPr>
          <w:b/>
          <w:bCs/>
        </w:rPr>
        <w:t xml:space="preserve"> </w:t>
      </w:r>
      <w:r>
        <w:rPr>
          <w:b/>
          <w:bCs/>
        </w:rPr>
        <w:t xml:space="preserve">of energy, he called it.</w:t>
      </w:r>
      <w:r>
        <w:br/>
      </w:r>
      <w:r>
        <w:t xml:space="preserve">    (a) a computer that uses subatomic particles to tackle some problems that would take ordinary computers thousands of years</w:t>
      </w:r>
      <w:r>
        <w:br/>
      </w:r>
      <w:r>
        <w:t xml:space="preserve">    (b) to spread; or to soften or calm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be spread out (not concentrated) -- sometimes implying a lack of organization</w:t>
      </w:r>
      <w:r>
        <w:br/>
      </w:r>
      <w:r>
        <w:t xml:space="preserve">    (c) the degree to which something is terrible (vile; disgusting) -- worthy of being strongly disliked and looked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undermined</w:t>
      </w:r>
      <w:r>
        <w:rPr>
          <w:b/>
          <w:bCs/>
        </w:rPr>
        <w:t xml:space="preserve"> </w:t>
      </w:r>
      <w:r>
        <w:rPr>
          <w:b/>
          <w:bCs/>
        </w:rPr>
        <w:t xml:space="preserve">him, taken away something that he hadn't even realized he possessed; he had regarded it so lightly, so casually.</w:t>
      </w:r>
      <w:r>
        <w:br/>
      </w:r>
      <w:r>
        <w:t xml:space="preserve">    (a) influenced opinion</w:t>
      </w:r>
      <w:r>
        <w:br/>
      </w:r>
      <w:r>
        <w:t xml:space="preserve">    (b) wrongly understood</w:t>
      </w:r>
      <w:r>
        <w:br/>
      </w:r>
      <w:r>
        <w:t xml:space="preserve">    (c) weakened gradually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Now, on top of the shame, is disgust with himself for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slandering</w:t>
      </w:r>
      <w:r>
        <w:rPr>
          <w:b/>
          <w:bCs/>
        </w:rPr>
        <w:t xml:space="preserve"> </w:t>
      </w:r>
      <w:r>
        <w:rPr>
          <w:b/>
          <w:bCs/>
        </w:rPr>
        <w:t xml:space="preserve">words.</w:t>
      </w:r>
      <w:r>
        <w:br/>
      </w:r>
      <w:r>
        <w:t xml:space="preserve">    (a) spreading one-sided information to influence opinions</w:t>
      </w:r>
      <w:r>
        <w:br/>
      </w:r>
      <w:r>
        <w:t xml:space="preserve">    (b) lying in a way that damages the reputation of another</w:t>
      </w:r>
      <w:r>
        <w:br/>
      </w:r>
      <w:r>
        <w:t xml:space="preserve">    (c) moving again into position to work; or starting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Beth and Mac are in one corner, consulting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 </w:t>
      </w:r>
      <w:r>
        <w:rPr>
          <w:b/>
          <w:bCs/>
        </w:rPr>
        <w:t xml:space="preserve">about books, he is sure.</w:t>
      </w:r>
      <w:r>
        <w:br/>
      </w:r>
      <w:r>
        <w:t xml:space="preserve">    (a) finally; or in the end</w:t>
      </w:r>
      <w:r>
        <w:br/>
      </w:r>
      <w:r>
        <w:t xml:space="preserve">    (b) sincerely or seriously</w:t>
      </w:r>
      <w:r>
        <w:br/>
      </w:r>
      <w:r>
        <w:t xml:space="preserve">    (c) in a self-aware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Conrad is looking at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warily</w:t>
      </w:r>
      <w:r>
        <w:rPr>
          <w:b/>
          <w:bCs/>
        </w:rPr>
        <w:t xml:space="preserve">.</w:t>
      </w:r>
      <w:r>
        <w:br/>
      </w:r>
      <w:r>
        <w:t xml:space="preserve">    (a) with difficulty moving or managing</w:t>
      </w:r>
      <w:r>
        <w:br/>
      </w:r>
      <w:r>
        <w:t xml:space="preserve">    (b) in a nervous or distrustful manner</w:t>
      </w:r>
      <w:r>
        <w:br/>
      </w:r>
      <w:r>
        <w:t xml:space="preserve">    (c) in a manner that involves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maybe his big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was a selfish one.</w:t>
      </w:r>
      <w:r>
        <w:br/>
      </w:r>
      <w:r>
        <w:t xml:space="preserve">    (a) reason (for doing something)</w:t>
      </w:r>
      <w:r>
        <w:br/>
      </w:r>
      <w:r>
        <w:t xml:space="preserve">    (b) small quantity or indication</w:t>
      </w:r>
      <w:r>
        <w:br/>
      </w:r>
      <w:r>
        <w:t xml:space="preserve">    (c) the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all of his reactors are at work—summing up,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, rejecting.</w:t>
      </w:r>
      <w:r>
        <w:br/>
      </w:r>
      <w:r>
        <w:t xml:space="preserve">    (a) thinking carefully and making a judgment about</w:t>
      </w:r>
      <w:r>
        <w:br/>
      </w:r>
      <w:r>
        <w:t xml:space="preserve">    (b) returning to an undesirable previous condition</w:t>
      </w:r>
      <w:r>
        <w:br/>
      </w:r>
      <w:r>
        <w:t xml:space="preserve">    (c) moving back and forth; or being unsure or weak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series of five-minute telephone calls over a two-week period does not establish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evening that now stretches lengthily ahead.</w:t>
      </w:r>
      <w:r>
        <w:br/>
      </w:r>
      <w:r>
        <w:t xml:space="preserve">    (a) related to a mental illness most commonly associated with undeveloped social abilities, language, and other communication skills</w:t>
      </w:r>
      <w:r>
        <w:br/>
      </w:r>
      <w:r>
        <w:t xml:space="preserve">    (b) related to accepting someone's membership though a special procedure such as a ceremony and/or period of instruction and/or test</w:t>
      </w:r>
      <w:r>
        <w:br/>
      </w:r>
      <w:r>
        <w:t xml:space="preserve">    (c) an example from a prior time -- typically used to justify similar occurrences at a later time (especially a judicial decision)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then, did she meet you at the Evanston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symphony</w:t>
      </w:r>
      <w:r>
        <w:rPr>
          <w:b/>
          <w:bCs/>
        </w:rPr>
        <w:t xml:space="preserve"> </w:t>
      </w:r>
      <w:r>
        <w:rPr>
          <w:b/>
          <w:bCs/>
        </w:rPr>
        <w:t xml:space="preserve">concert?</w:t>
      </w:r>
      <w:r>
        <w:br/>
      </w:r>
      <w:r>
        <w:t xml:space="preserve">    (a) treatment with extra kindness or tolerance  OR  (more rarely) a special pleasure (typically something done in excess of what is thought good -- such as eating too much cake, or being too lazy)</w:t>
      </w:r>
      <w:r>
        <w:br/>
      </w:r>
      <w:r>
        <w:t xml:space="preserve">    (b)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(c) a long, complex piece of music for full orchestra (often in several movements); also, the orchestra or performance of such a work, or by extension any richly harmonious combination of many parts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him, the words are gentler, but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technique</w:t>
      </w:r>
      <w:r>
        <w:rPr>
          <w:b/>
          <w:bCs/>
        </w:rPr>
        <w:t xml:space="preserve"> </w:t>
      </w:r>
      <w:r>
        <w:rPr>
          <w:b/>
          <w:bCs/>
        </w:rPr>
        <w:t xml:space="preserve">is the same.</w:t>
      </w:r>
      <w:r>
        <w:br/>
      </w:r>
      <w:r>
        <w:t xml:space="preserve">    (a) way of doing something</w:t>
      </w:r>
      <w:r>
        <w:br/>
      </w:r>
      <w:r>
        <w:t xml:space="preserve">    (b) surrounding conditions</w:t>
      </w:r>
      <w:r>
        <w:br/>
      </w:r>
      <w:r>
        <w:t xml:space="preserve">    (c) not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listens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chords</w:t>
      </w:r>
      <w:r>
        <w:rPr>
          <w:b/>
          <w:bCs/>
        </w:rPr>
        <w:t xml:space="preserve">: C and G, D and A. E minor.</w:t>
      </w:r>
      <w:r>
        <w:br/>
      </w:r>
      <w:r>
        <w:t xml:space="preserve">    (a) (verb) intentionally angers, challenges, or upsets someone  OR  (noun) insults or other actions intended to anger, challenge, or upset someone</w:t>
      </w:r>
      <w:r>
        <w:br/>
      </w:r>
      <w:r>
        <w:t xml:space="preserve">    (b) items characterized by narrower parallel folds when closed and wider when open -- such as a door or musical instrument with that characteristic</w:t>
      </w:r>
      <w:r>
        <w:br/>
      </w:r>
      <w:r>
        <w:t xml:space="preserve">    (c) a combination of three or more notes that blend harmoniously when sounded together; or figuratively to express harmonious blending or clashing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, he pulls the cowboy hat lower over his eyes.</w:t>
      </w:r>
      <w:r>
        <w:br/>
      </w:r>
      <w:r>
        <w:t xml:space="preserve">    (a) work or operate</w:t>
      </w:r>
      <w:r>
        <w:br/>
      </w:r>
      <w:r>
        <w:t xml:space="preserve">    (b) help make clear</w:t>
      </w:r>
      <w:r>
        <w:br/>
      </w:r>
      <w:r>
        <w:t xml:space="preserve">    (c) think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Data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assimilation</w:t>
      </w:r>
      <w:r>
        <w:rPr>
          <w:b/>
          <w:bCs/>
        </w:rPr>
        <w:t xml:space="preserve">, but later, later.</w:t>
      </w:r>
      <w:r>
        <w:br/>
      </w:r>
      <w:r>
        <w:t xml:space="preserve">    (a) an expert in the branch of geology that studies rocks</w:t>
      </w:r>
      <w:r>
        <w:br/>
      </w:r>
      <w:r>
        <w:t xml:space="preserve">    (b) a lens that limits light vibrations to a single plane</w:t>
      </w:r>
      <w:r>
        <w:br/>
      </w:r>
      <w:r>
        <w:t xml:space="preserve">    (c) the process of taking in, transforming, or fitting 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2026-07-31T19:34:58Z</dcterms:created>
  <dcterms:modified xsi:type="dcterms:W3CDTF">2026-07-31T19:34:58Z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