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dabf46ce6a78367669f972c2656a44f68493e1"/>
    <w:p>
      <w:pPr>
        <w:pStyle w:val="Heading1"/>
      </w:pPr>
      <w:r>
        <w:rPr>
          <w:b/>
          <w:bCs/>
        </w:rPr>
        <w:t xml:space="preserve">One Hundred Years of Solitude</w:t>
      </w:r>
      <w:r>
        <w:br/>
      </w:r>
      <w:r>
        <w:rPr>
          <w:i/>
          <w:iCs/>
        </w:rPr>
        <w:t xml:space="preserve">Gabriel Garcia Marquez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"We'll never get anywhere,"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to Ursula.</w:t>
      </w:r>
      <w:r>
        <w:br/>
      </w:r>
      <w:r>
        <w:t xml:space="preserve">    (a) thought -- possibly aloud</w:t>
      </w:r>
      <w:r>
        <w:br/>
      </w:r>
      <w:r>
        <w:t xml:space="preserve">    (b) expressed grief or regret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Ursula was insensible to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clairvoyance</w:t>
      </w:r>
      <w:r>
        <w:rPr>
          <w:b/>
          <w:bCs/>
        </w:rPr>
        <w:t xml:space="preserve">.</w:t>
      </w:r>
      <w:r>
        <w:br/>
      </w:r>
      <w:r>
        <w:t xml:space="preserve">    (a) measles -- a highly contagious viral disease marked by distinct red spots followed by a rash</w:t>
      </w:r>
      <w:r>
        <w:br/>
      </w:r>
      <w:r>
        <w:t xml:space="preserve">    (b) a school of philosophy whose adherents try not to be affected by pleasure, pain, or emotions</w:t>
      </w:r>
      <w:r>
        <w:br/>
      </w:r>
      <w:r>
        <w:t xml:space="preserve">    (c) to perceive things beyond the natural range of the senses -- especially foreseeing the future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night they would wrestle for several hours in an anguished violence that seemed to be a substitute for the act of love, until popular intuition got a whiff of something irregular and the rumor spread that Ursula was still a virgin a year after her marriage because her husband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impotent</w:t>
      </w:r>
      <w:r>
        <w:rPr>
          <w:b/>
          <w:bCs/>
        </w:rPr>
        <w:t xml:space="preserve">.</w:t>
      </w:r>
      <w:r>
        <w:br/>
      </w:r>
      <w:r>
        <w:t xml:space="preserve">    (a) a connection where measuring one particle instantly affects another, regardless of distance</w:t>
      </w:r>
      <w:r>
        <w:br/>
      </w:r>
      <w:r>
        <w:t xml:space="preserve">    (b) unable to have an erection for sexual intercourse</w:t>
      </w:r>
      <w:r>
        <w:br/>
      </w:r>
      <w:r>
        <w:t xml:space="preserve">    (c) a potentially life-threatening eating disorder that prevents people from eating enough food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saw with quiet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impotence</w:t>
      </w:r>
      <w:r>
        <w:rPr>
          <w:b/>
          <w:bCs/>
        </w:rPr>
        <w:t xml:space="preserve"> </w:t>
      </w:r>
      <w:r>
        <w:rPr>
          <w:b/>
          <w:bCs/>
        </w:rPr>
        <w:t xml:space="preserve">how the deluge was pitilessly exterminating a fortune that at one time was considered the largest and most solid in Macondo, and of which nothing remained but pestilence.</w:t>
      </w:r>
      <w:r>
        <w:br/>
      </w:r>
      <w:r>
        <w:t xml:space="preserve">    (a) not sensible and careful</w:t>
      </w:r>
      <w:r>
        <w:br/>
      </w:r>
      <w:r>
        <w:t xml:space="preserve">    (b) lack of power to change things</w:t>
      </w:r>
      <w:r>
        <w:br/>
      </w:r>
      <w:r>
        <w:t xml:space="preserve">    (c) changing or not reliable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indeed contracted the illness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insomnia</w:t>
      </w:r>
      <w:r>
        <w:rPr>
          <w:b/>
          <w:bCs/>
        </w:rPr>
        <w:t xml:space="preserve">.</w:t>
      </w:r>
      <w:r>
        <w:br/>
      </w:r>
      <w:r>
        <w:t xml:space="preserve">    (a) shows or demonstrates</w:t>
      </w:r>
      <w:r>
        <w:br/>
      </w:r>
      <w:r>
        <w:t xml:space="preserve">    (b) has a hunched posture</w:t>
      </w:r>
      <w:r>
        <w:br/>
      </w:r>
      <w:r>
        <w:t xml:space="preserve">    (c) inability to sleep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saw his friends and the women sailing in a radiant glow, without weight or mass, saying words that did not come out of their mouths and making mysterious signals that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their expressions.</w:t>
      </w:r>
      <w:r>
        <w:br/>
      </w:r>
      <w:r>
        <w:t xml:space="preserve">    (a) speak in a manner that does not clearly express an opinion or decision</w:t>
      </w:r>
      <w:r>
        <w:br/>
      </w:r>
      <w:r>
        <w:t xml:space="preserve">    (b) connect or fit together by being equivalent, proportionate, or matched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the reason for her anxious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invisible doctors, interrupted by frequent disasters of the mail.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communication by written letters or messages</w:t>
      </w:r>
      <w:r>
        <w:br/>
      </w:r>
      <w:r>
        <w:t xml:space="preserve">    (c) Nazi organization for children aged 10 to 18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there were only two pieces left to draw,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to whom they belonged.</w:t>
      </w:r>
      <w:r>
        <w:br/>
      </w:r>
      <w:r>
        <w:t xml:space="preserve">    (a) examined an issue, got opinions by asking specific questions; and/or asked people for political support individually</w:t>
      </w:r>
      <w:r>
        <w:br/>
      </w:r>
      <w:r>
        <w:t xml:space="preserve">    (b) accepted someone's membership though a special procedure such as a ceremony and/or period of instruction and/or test</w:t>
      </w:r>
      <w:r>
        <w:br/>
      </w:r>
      <w:r>
        <w:t xml:space="preserve">    (c) determined (figured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put small wooden chairs in the living room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a nursery with other children from neighboring families.</w:t>
      </w:r>
      <w:r>
        <w:br/>
      </w:r>
      <w:r>
        <w:t xml:space="preserve">    (a) not having a relationship whereby a change in one thing helps predict a change in another</w:t>
      </w:r>
      <w:r>
        <w:br/>
      </w:r>
      <w:r>
        <w:t xml:space="preserve">    (b) created</w:t>
      </w:r>
      <w:r>
        <w:br/>
      </w:r>
      <w:r>
        <w:t xml:space="preserve">    (c) persuaded someone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spent nights awake shaking with fever, fighting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delirium</w:t>
      </w:r>
      <w:r>
        <w:rPr>
          <w:b/>
          <w:bCs/>
        </w:rPr>
        <w:t xml:space="preserve">,</w:t>
      </w:r>
      <w:r>
        <w:br/>
      </w:r>
      <w:r>
        <w:t xml:space="preserve">    (a) a psychologist concerned with the treatment of abnormal thinking and behavior</w:t>
      </w:r>
      <w:r>
        <w:br/>
      </w:r>
      <w:r>
        <w:t xml:space="preserve">    (b) a stone shaped like a disk that spins and is used to grind, sharpen or polish</w:t>
      </w:r>
      <w:r>
        <w:br/>
      </w:r>
      <w:r>
        <w:t xml:space="preserve">    (c) a usually brief state of mental confusion often accompanied by hallucinations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only relatives who knew about it were Jose Arcadio and Rebeca, with whom Arcadio maintained close relations at that time, based not so much on kinship as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complicity</w:t>
      </w:r>
      <w:r>
        <w:rPr>
          <w:b/>
          <w:bCs/>
        </w:rPr>
        <w:t xml:space="preserve">.</w:t>
      </w:r>
      <w:r>
        <w:br/>
      </w:r>
      <w:r>
        <w:t xml:space="preserve">    (a) a Muslim religious teacher or leader</w:t>
      </w:r>
      <w:r>
        <w:br/>
      </w:r>
      <w:r>
        <w:t xml:space="preserve">    (b) act of helping in a crime or offense</w:t>
      </w:r>
      <w:r>
        <w:br/>
      </w:r>
      <w:r>
        <w:t xml:space="preserve">    (c) lacking experience or sophistication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Simultaneous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contradictory</w:t>
      </w:r>
      <w:r>
        <w:rPr>
          <w:b/>
          <w:bCs/>
        </w:rPr>
        <w:t xml:space="preserve"> </w:t>
      </w:r>
      <w:r>
        <w:rPr>
          <w:b/>
          <w:bCs/>
        </w:rPr>
        <w:t xml:space="preserve">information declared him victorious in Villanueva, defeated in Guacamayal, devoured by Motilon Indians, dead in a village in the swamp, and up in arms again in Urumita.</w:t>
      </w:r>
      <w:r>
        <w:br/>
      </w:r>
      <w:r>
        <w:t xml:space="preserve">    (a) in disagreement</w:t>
      </w:r>
      <w:r>
        <w:br/>
      </w:r>
      <w:r>
        <w:t xml:space="preserve">    (b) dramatic change</w:t>
      </w:r>
      <w:r>
        <w:br/>
      </w:r>
      <w:r>
        <w:t xml:space="preserve">    (c) relative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beginning of December the long-awaited interview, which many had foreseen as an interminable argument,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in less than an hour.</w:t>
      </w:r>
      <w:r>
        <w:br/>
      </w:r>
      <w:r>
        <w:t xml:space="preserve">    (a) thought carefully</w:t>
      </w:r>
      <w:r>
        <w:br/>
      </w:r>
      <w:r>
        <w:t xml:space="preserve">    (b) helped make clear</w:t>
      </w:r>
      <w:r>
        <w:br/>
      </w:r>
      <w:r>
        <w:t xml:space="preserve">    (c)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he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take her out of the bedroom she had occupied since childhood, where the fearful eyes of the saints still fed her adolescent terrors, and he furnished for her a room with a royal bed, a large dressing table, and velvet curtains, not realizing that he was producing a second version of Petra Cotes's room.</w:t>
      </w:r>
      <w:r>
        <w:br/>
      </w:r>
      <w:r>
        <w:t xml:space="preserve">    (a) decided</w:t>
      </w:r>
      <w:r>
        <w:br/>
      </w:r>
      <w:r>
        <w:t xml:space="preserve">    (b) changed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thought confusedly, finally captive in a trap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nostalgia</w:t>
      </w:r>
      <w:r>
        <w:rPr>
          <w:b/>
          <w:bCs/>
        </w:rPr>
        <w:t xml:space="preserve">, that perhaps if he had married her he would have been a man without war and without glory, a nameless artisan, a happy animal.</w:t>
      </w:r>
      <w:r>
        <w:br/>
      </w:r>
      <w:r>
        <w:t xml:space="preserve">    (a) the best or most important</w:t>
      </w:r>
      <w:r>
        <w:br/>
      </w:r>
      <w:r>
        <w:t xml:space="preserve">    (b) longing for something past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young woman who was selling numbers for the raffle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accordion</w:t>
      </w:r>
      <w:r>
        <w:rPr>
          <w:b/>
          <w:bCs/>
        </w:rPr>
        <w:t xml:space="preserve"> </w:t>
      </w:r>
      <w:r>
        <w:rPr>
          <w:b/>
          <w:bCs/>
        </w:rPr>
        <w:t xml:space="preserve">greeted him with a great deal of familiarity.</w:t>
      </w:r>
      <w:r>
        <w:br/>
      </w:r>
      <w:r>
        <w:t xml:space="preserve">    (a) regular crisscross grid that repeats in a pattern of squares or diamonds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Taciturn</w:t>
      </w:r>
      <w:r>
        <w:rPr>
          <w:b/>
          <w:bCs/>
        </w:rPr>
        <w:t xml:space="preserve">, silent, insensible to the new breath of vitality that was shaking the house, Colonel Aureliano Buendia could understand only that the secret of a good old age is simply an honorable pact with solitude.</w:t>
      </w:r>
      <w:r>
        <w:br/>
      </w:r>
      <w:r>
        <w:t xml:space="preserve">    (a) with a tendency to be reserved and not to talk</w:t>
      </w:r>
      <w:r>
        <w:br/>
      </w:r>
      <w:r>
        <w:t xml:space="preserve">    (b) mental activity of which one is not self-aware</w:t>
      </w:r>
      <w:r>
        <w:br/>
      </w:r>
      <w:r>
        <w:t xml:space="preserve">    (c) the state or degree of being greater than zero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...but she would not allow herself to become upset by the confusion and went on perfecting the details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minutely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came to be more than a specialist and was a virtuoso in the rites of death.</w:t>
      </w:r>
      <w:r>
        <w:br/>
      </w:r>
      <w:r>
        <w:t xml:space="preserve">    (a) carefully (with attention to detail)</w:t>
      </w:r>
      <w:r>
        <w:br/>
      </w:r>
      <w:r>
        <w:t xml:space="preserve">    (b) in a manner that deserves praise</w:t>
      </w:r>
      <w:r>
        <w:br/>
      </w:r>
      <w:r>
        <w:t xml:space="preserve">    (c) in a manner that does not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soon as they carried off Mauricio Babilonia with his shattered spinal column, Fernanda had worked out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details of a plan destined to wipe out all traces of the burden.</w:t>
      </w:r>
      <w:r>
        <w:br/>
      </w:r>
      <w:r>
        <w:t xml:space="preserve">    (a) awake</w:t>
      </w:r>
      <w:r>
        <w:br/>
      </w:r>
      <w:r>
        <w:t xml:space="preserve">    (b) small</w:t>
      </w:r>
      <w:r>
        <w:br/>
      </w:r>
      <w:r>
        <w:t xml:space="preserve">    (c) exact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seemed completely exhausted by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.</w:t>
      </w:r>
      <w:r>
        <w:br/>
      </w:r>
      <w:r>
        <w:t xml:space="preserve">    (a) measure of general intelligence</w:t>
      </w:r>
      <w:r>
        <w:br/>
      </w:r>
      <w:r>
        <w:t xml:space="preserve">    (b) a firm decision to do something</w:t>
      </w:r>
      <w:r>
        <w:br/>
      </w:r>
      <w:r>
        <w:t xml:space="preserve">    (c) deep and bitter anger or hatred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2026-07-31T15:51:22Z</dcterms:created>
  <dcterms:modified xsi:type="dcterms:W3CDTF">2026-07-31T15:51:22Z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