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f97054432f5f2fb20921c9e38b521a49aaf922"/>
    <w:p>
      <w:pPr>
        <w:pStyle w:val="Heading1"/>
      </w:pPr>
      <w:r>
        <w:rPr>
          <w:b/>
          <w:bCs/>
        </w:rPr>
        <w:t xml:space="preserve">One Flew Over the Cuckoo's Nest</w:t>
      </w:r>
      <w:r>
        <w:br/>
      </w:r>
      <w:r>
        <w:rPr>
          <w:i/>
          <w:iCs/>
        </w:rPr>
        <w:t xml:space="preserve">Ken Kesey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analogy</w:t>
      </w:r>
      <w:r>
        <w:rPr>
          <w:b/>
          <w:bCs/>
        </w:rPr>
        <w:t xml:space="preserve"> </w:t>
      </w:r>
      <w:r>
        <w:rPr>
          <w:b/>
          <w:bCs/>
        </w:rPr>
        <w:t xml:space="preserve">can make a complex problem seem simpler by comparing it to a similar situation.</w:t>
      </w:r>
      <w:r>
        <w:br/>
      </w:r>
      <w:r>
        <w:t xml:space="preserve">    (a) list of opposite traits</w:t>
      </w:r>
      <w:r>
        <w:br/>
      </w:r>
      <w:r>
        <w:t xml:space="preserve">    (b) comparison of similar things</w:t>
      </w:r>
      <w:r>
        <w:br/>
      </w:r>
      <w:r>
        <w:t xml:space="preserve">    (c) summary of key arguments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chronic</w:t>
      </w:r>
      <w:r>
        <w:rPr>
          <w:b/>
          <w:bCs/>
        </w:rPr>
        <w:t xml:space="preserve"> </w:t>
      </w:r>
      <w:r>
        <w:rPr>
          <w:b/>
          <w:bCs/>
        </w:rPr>
        <w:t xml:space="preserve">back pain made it hard to sit at a desk all day.</w:t>
      </w:r>
      <w:r>
        <w:br/>
      </w:r>
      <w:r>
        <w:t xml:space="preserve">    (a) easily cured</w:t>
      </w:r>
      <w:r>
        <w:br/>
      </w:r>
      <w:r>
        <w:t xml:space="preserve">    (b) brand new</w:t>
      </w:r>
      <w:r>
        <w:br/>
      </w:r>
      <w:r>
        <w:t xml:space="preserve">    (c) long-lasting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was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diagnosis</w:t>
      </w:r>
      <w:r>
        <w:rPr>
          <w:b/>
          <w:bCs/>
        </w:rPr>
        <w:t xml:space="preserve">?</w:t>
      </w:r>
      <w:r>
        <w:br/>
      </w:r>
      <w:r>
        <w:t xml:space="preserve">    (a) treatment for the illness</w:t>
      </w:r>
      <w:r>
        <w:br/>
      </w:r>
      <w:r>
        <w:t xml:space="preserve">    (b) identification of an illness</w:t>
      </w:r>
      <w:r>
        <w:br/>
      </w:r>
      <w:r>
        <w:t xml:space="preserve">    (c) major symptom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dominates</w:t>
      </w:r>
      <w:r>
        <w:rPr>
          <w:b/>
          <w:bCs/>
        </w:rPr>
        <w:t xml:space="preserve"> </w:t>
      </w:r>
      <w:r>
        <w:rPr>
          <w:b/>
          <w:bCs/>
        </w:rPr>
        <w:t xml:space="preserve">her boyfriend.</w:t>
      </w:r>
      <w:r>
        <w:br/>
      </w:r>
      <w:r>
        <w:t xml:space="preserve">    (a) worships</w:t>
      </w:r>
      <w:r>
        <w:br/>
      </w:r>
      <w:r>
        <w:t xml:space="preserve">    (b) obeys</w:t>
      </w:r>
      <w:r>
        <w:br/>
      </w:r>
      <w:r>
        <w:t xml:space="preserve">    (c) controls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fidgeted</w:t>
      </w:r>
      <w:r>
        <w:rPr>
          <w:b/>
          <w:bCs/>
        </w:rPr>
        <w:t xml:space="preserve"> </w:t>
      </w:r>
      <w:r>
        <w:rPr>
          <w:b/>
          <w:bCs/>
        </w:rPr>
        <w:t xml:space="preserve">like a child caught in a lie.</w:t>
      </w:r>
      <w:r>
        <w:br/>
      </w:r>
      <w:r>
        <w:t xml:space="preserve">    (a) moved restlessly</w:t>
      </w:r>
      <w:r>
        <w:br/>
      </w:r>
      <w:r>
        <w:t xml:space="preserve">    (b) cried</w:t>
      </w:r>
      <w:r>
        <w:br/>
      </w:r>
      <w:r>
        <w:t xml:space="preserve">    (c) was embarrassed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denied</w:t>
      </w:r>
      <w:r>
        <w:br/>
      </w:r>
      <w:r>
        <w:t xml:space="preserve">    (b) insisted</w:t>
      </w:r>
      <w:r>
        <w:br/>
      </w:r>
      <w:r>
        <w:t xml:space="preserve">    (c) hinted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thought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impregnable</w:t>
      </w:r>
      <w:r>
        <w:rPr>
          <w:b/>
          <w:bCs/>
        </w:rPr>
        <w:t xml:space="preserve"> </w:t>
      </w:r>
      <w:r>
        <w:rPr>
          <w:b/>
          <w:bCs/>
        </w:rPr>
        <w:t xml:space="preserve">fortress.</w:t>
      </w:r>
      <w:r>
        <w:br/>
      </w:r>
      <w:r>
        <w:t xml:space="preserve">    (a) susceptible to attack</w:t>
      </w:r>
      <w:r>
        <w:br/>
      </w:r>
      <w:r>
        <w:t xml:space="preserve">    (b) able to withstand attack</w:t>
      </w:r>
      <w:r>
        <w:br/>
      </w:r>
      <w:r>
        <w:t xml:space="preserve">    (c) lacking strong defenses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afraid</w:t>
      </w:r>
      <w:r>
        <w:br/>
      </w:r>
      <w:r>
        <w:t xml:space="preserve">    (b) tending</w:t>
      </w:r>
      <w:r>
        <w:br/>
      </w:r>
      <w:r>
        <w:t xml:space="preserve">    (c) disinclined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intentionally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induced</w:t>
      </w:r>
      <w:r>
        <w:rPr>
          <w:b/>
          <w:bCs/>
        </w:rPr>
        <w:t xml:space="preserve"> </w:t>
      </w:r>
      <w:r>
        <w:rPr>
          <w:b/>
          <w:bCs/>
        </w:rPr>
        <w:t xml:space="preserve">a coma.</w:t>
      </w:r>
      <w:r>
        <w:br/>
      </w:r>
      <w:r>
        <w:t xml:space="preserve">    (a) caused</w:t>
      </w:r>
      <w:r>
        <w:br/>
      </w:r>
      <w:r>
        <w:t xml:space="preserve">    (b) prolonged</w:t>
      </w:r>
      <w:r>
        <w:br/>
      </w:r>
      <w:r>
        <w:t xml:space="preserve">    (c) ended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underlying philosophy</w:t>
      </w:r>
      <w:r>
        <w:br/>
      </w:r>
      <w:r>
        <w:t xml:space="preserve">    (b) complex ideas</w:t>
      </w:r>
      <w:r>
        <w:br/>
      </w:r>
      <w:r>
        <w:t xml:space="preserve">    (c) special vocabulary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liable</w:t>
      </w:r>
      <w:r>
        <w:rPr>
          <w:b/>
          <w:bCs/>
        </w:rPr>
        <w:t xml:space="preserve"> </w:t>
      </w:r>
      <w:r>
        <w:rPr>
          <w:b/>
          <w:bCs/>
        </w:rPr>
        <w:t xml:space="preserve">to forget something that important.</w:t>
      </w:r>
      <w:r>
        <w:br/>
      </w:r>
      <w:r>
        <w:t xml:space="preserve">    (a) the state or degree of being less than zero</w:t>
      </w:r>
      <w:r>
        <w:br/>
      </w:r>
      <w:r>
        <w:t xml:space="preserve">    (b) the state or degree of being bad or harmful</w:t>
      </w:r>
      <w:r>
        <w:br/>
      </w:r>
      <w:r>
        <w:t xml:space="preserve">    (c) likely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Stretching every morning keeps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</w:t>
      </w:r>
      <w:r>
        <w:rPr>
          <w:b/>
          <w:bCs/>
        </w:rPr>
        <w:t xml:space="preserve"> </w:t>
      </w:r>
      <w:r>
        <w:rPr>
          <w:b/>
          <w:bCs/>
        </w:rPr>
        <w:t xml:space="preserve">enough to do the splits.</w:t>
      </w:r>
      <w:r>
        <w:br/>
      </w:r>
      <w:r>
        <w:t xml:space="preserve">    (a) flexible and loose</w:t>
      </w:r>
      <w:r>
        <w:br/>
      </w:r>
      <w:r>
        <w:t xml:space="preserve">    (b) weak and tired</w:t>
      </w:r>
      <w:r>
        <w:br/>
      </w:r>
      <w:r>
        <w:t xml:space="preserve">    (c) stiff and sore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warned that the tech giant's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monopoly</w:t>
      </w:r>
      <w:r>
        <w:rPr>
          <w:b/>
          <w:bCs/>
        </w:rPr>
        <w:t xml:space="preserve"> </w:t>
      </w:r>
      <w:r>
        <w:rPr>
          <w:b/>
          <w:bCs/>
        </w:rPr>
        <w:t xml:space="preserve">over online search could limit innovation and competition.</w:t>
      </w:r>
      <w:r>
        <w:br/>
      </w:r>
      <w:r>
        <w:t xml:space="preserve">    (a) complete control</w:t>
      </w:r>
      <w:r>
        <w:br/>
      </w:r>
      <w:r>
        <w:t xml:space="preserve">    (b) shared market</w:t>
      </w:r>
      <w:r>
        <w:br/>
      </w:r>
      <w:r>
        <w:t xml:space="preserve">    (c) minor stake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technique</w:t>
      </w:r>
      <w:r>
        <w:br/>
      </w:r>
      <w:r>
        <w:t xml:space="preserve">    (b) reason</w:t>
      </w:r>
      <w:r>
        <w:br/>
      </w:r>
      <w:r>
        <w:t xml:space="preserve">    (c) excuse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ornery</w:t>
      </w:r>
      <w:r>
        <w:rPr>
          <w:b/>
          <w:bCs/>
        </w:rPr>
        <w:t xml:space="preserve"> </w:t>
      </w:r>
      <w:r>
        <w:rPr>
          <w:b/>
          <w:bCs/>
        </w:rPr>
        <w:t xml:space="preserve">to celebrate his birthday.</w:t>
      </w:r>
      <w:r>
        <w:br/>
      </w:r>
      <w:r>
        <w:t xml:space="preserve">    (a) ill</w:t>
      </w:r>
      <w:r>
        <w:br/>
      </w:r>
      <w:r>
        <w:t xml:space="preserve">    (b) bad-tempered</w:t>
      </w:r>
      <w:r>
        <w:br/>
      </w:r>
      <w:r>
        <w:t xml:space="preserve">    (c) 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reunion gave everyone a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reminisce</w:t>
      </w:r>
      <w:r>
        <w:rPr>
          <w:b/>
          <w:bCs/>
        </w:rPr>
        <w:t xml:space="preserve"> </w:t>
      </w:r>
      <w:r>
        <w:rPr>
          <w:b/>
          <w:bCs/>
        </w:rPr>
        <w:t xml:space="preserve">and reconnect.</w:t>
      </w:r>
      <w:r>
        <w:br/>
      </w:r>
      <w:r>
        <w:t xml:space="preserve">    (a) debate old arguments</w:t>
      </w:r>
      <w:r>
        <w:br/>
      </w:r>
      <w:r>
        <w:t xml:space="preserve">    (b) recall fond memories</w:t>
      </w:r>
      <w:r>
        <w:br/>
      </w:r>
      <w:r>
        <w:t xml:space="preserve">    (c) plan future trips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watched him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shrewd</w:t>
      </w:r>
      <w:r>
        <w:rPr>
          <w:b/>
          <w:bCs/>
        </w:rPr>
        <w:t xml:space="preserve"> </w:t>
      </w:r>
      <w:r>
        <w:rPr>
          <w:b/>
          <w:bCs/>
        </w:rPr>
        <w:t xml:space="preserve">eye.</w:t>
      </w:r>
      <w:r>
        <w:br/>
      </w:r>
      <w:r>
        <w:t xml:space="preserve">    (a) smart</w:t>
      </w:r>
      <w:r>
        <w:br/>
      </w:r>
      <w:r>
        <w:t xml:space="preserve">    (b) nearby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Landscaping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strenuous</w:t>
      </w:r>
      <w:r>
        <w:rPr>
          <w:b/>
          <w:bCs/>
        </w:rPr>
        <w:t xml:space="preserve"> </w:t>
      </w:r>
      <w:r>
        <w:rPr>
          <w:b/>
          <w:bCs/>
        </w:rPr>
        <w:t xml:space="preserve">work in the Texas summer.</w:t>
      </w:r>
      <w:r>
        <w:br/>
      </w:r>
      <w:r>
        <w:t xml:space="preserve">    (a) difficult</w:t>
      </w:r>
      <w:r>
        <w:br/>
      </w:r>
      <w:r>
        <w:t xml:space="preserve">    (b) dangerous</w:t>
      </w:r>
      <w:r>
        <w:br/>
      </w:r>
      <w:r>
        <w:t xml:space="preserve">    (c) hot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cowboy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swaggered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saloon with his holster unstrapped.</w:t>
      </w:r>
      <w:r>
        <w:br/>
      </w:r>
      <w:r>
        <w:t xml:space="preserve">    (a) walked confidently</w:t>
      </w:r>
      <w:r>
        <w:br/>
      </w:r>
      <w:r>
        <w:t xml:space="preserve">    (b) limped with difficulty</w:t>
      </w:r>
      <w:r>
        <w:br/>
      </w:r>
      <w:r>
        <w:t xml:space="preserve">    (c) snuck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clothesline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two trees in the yard.</w:t>
      </w:r>
      <w:r>
        <w:br/>
      </w:r>
      <w:r>
        <w:t xml:space="preserve">    (a) noisy</w:t>
      </w:r>
      <w:r>
        <w:br/>
      </w:r>
      <w:r>
        <w:t xml:space="preserve">    (b) tight</w:t>
      </w:r>
      <w:r>
        <w:br/>
      </w:r>
      <w:r>
        <w:t xml:space="preserve">    (c) shiny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2026-07-31T15:51:06Z</dcterms:created>
  <dcterms:modified xsi:type="dcterms:W3CDTF">2026-07-31T15:51:06Z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