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b4526f714a8dfec7416651cd05ceaa10e7969f"/>
    <w:p>
      <w:pPr>
        <w:pStyle w:val="Heading1"/>
      </w:pPr>
      <w:r>
        <w:rPr>
          <w:b/>
          <w:bCs/>
        </w:rPr>
        <w:t xml:space="preserve">One Flew Over the Cuckoo's Nest</w:t>
      </w:r>
      <w:r>
        <w:br/>
      </w:r>
      <w:r>
        <w:rPr>
          <w:i/>
          <w:iCs/>
        </w:rPr>
        <w:t xml:space="preserve">Ken Kesey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was released to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</w:t>
      </w:r>
      <w:r>
        <w:rPr>
          <w:b/>
          <w:bCs/>
        </w:rPr>
        <w:t xml:space="preserve">.</w:t>
      </w:r>
      <w:r>
        <w:br/>
      </w:r>
      <w:r>
        <w:t xml:space="preserve">    (a) praise</w:t>
      </w:r>
      <w:r>
        <w:br/>
      </w:r>
      <w:r>
        <w:t xml:space="preserve">    (b) curiosity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lack of ability</w:t>
      </w:r>
      <w:r>
        <w:br/>
      </w:r>
      <w:r>
        <w:t xml:space="preserve">    (b) lack of interest</w:t>
      </w:r>
      <w:r>
        <w:br/>
      </w:r>
      <w:r>
        <w:t xml:space="preserve">    (c)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Arbitration</w:t>
      </w:r>
      <w:r>
        <w:rPr>
          <w:b/>
          <w:bCs/>
        </w:rPr>
        <w:t xml:space="preserve"> </w:t>
      </w:r>
      <w:r>
        <w:rPr>
          <w:b/>
          <w:bCs/>
        </w:rPr>
        <w:t xml:space="preserve">is used to settle many differences out of court.</w:t>
      </w:r>
      <w:r>
        <w:br/>
      </w:r>
      <w:r>
        <w:t xml:space="preserve">    (a) the process of solving an argument with the help of an impartial referee</w:t>
      </w:r>
      <w:r>
        <w:br/>
      </w:r>
      <w:r>
        <w:t xml:space="preserve">    (b) the process of settling a disagreement with a majority vote</w:t>
      </w:r>
      <w:r>
        <w:br/>
      </w:r>
      <w:r>
        <w:t xml:space="preserve">    (c) settling a disagreement by flipping a coin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begrudge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success. She's earned it.</w:t>
      </w:r>
      <w:r>
        <w:br/>
      </w:r>
      <w:r>
        <w:t xml:space="preserve">    (a) resent</w:t>
      </w:r>
      <w:r>
        <w:br/>
      </w:r>
      <w:r>
        <w:t xml:space="preserve">    (b) hope for luck for</w:t>
      </w:r>
      <w:r>
        <w:br/>
      </w:r>
      <w:r>
        <w:t xml:space="preserve">    (c) experience surprise 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confident speech was mostly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bravado</w:t>
      </w:r>
      <w:r>
        <w:rPr>
          <w:b/>
          <w:bCs/>
        </w:rPr>
        <w:t xml:space="preserve">; he was nervous before the debate.</w:t>
      </w:r>
      <w:r>
        <w:br/>
      </w:r>
      <w:r>
        <w:t xml:space="preserve">    (a) false show of courage</w:t>
      </w:r>
      <w:r>
        <w:br/>
      </w:r>
      <w:r>
        <w:t xml:space="preserve">    (b) careful use of facts</w:t>
      </w:r>
      <w:r>
        <w:br/>
      </w:r>
      <w:r>
        <w:t xml:space="preserve">    (c) quiet act of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Both Leonardo da Vinci and Michelangelo studied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cadavers</w:t>
      </w:r>
      <w:r>
        <w:rPr>
          <w:b/>
          <w:bCs/>
        </w:rPr>
        <w:t xml:space="preserve"> </w:t>
      </w:r>
      <w:r>
        <w:rPr>
          <w:b/>
          <w:bCs/>
        </w:rPr>
        <w:t xml:space="preserve">to advance their understanding of the human form.</w:t>
      </w:r>
      <w:r>
        <w:br/>
      </w:r>
      <w:r>
        <w:t xml:space="preserve">    (a) famous sculptures</w:t>
      </w:r>
      <w:r>
        <w:br/>
      </w:r>
      <w:r>
        <w:t xml:space="preserve">    (b) corpses</w:t>
      </w:r>
      <w:r>
        <w:br/>
      </w:r>
      <w:r>
        <w:t xml:space="preserve">    (c) unclothed models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condone</w:t>
      </w:r>
      <w:r>
        <w:rPr>
          <w:b/>
          <w:bCs/>
        </w:rPr>
        <w:t xml:space="preserve"> </w:t>
      </w:r>
      <w:r>
        <w:rPr>
          <w:b/>
          <w:bCs/>
        </w:rPr>
        <w:t xml:space="preserve">such behavior.</w:t>
      </w:r>
      <w:r>
        <w:br/>
      </w:r>
      <w:r>
        <w:t xml:space="preserve">    (a) understand</w:t>
      </w:r>
      <w:r>
        <w:br/>
      </w:r>
      <w:r>
        <w:t xml:space="preserve">    (b) approve of</w:t>
      </w:r>
      <w:r>
        <w:br/>
      </w:r>
      <w:r>
        <w:t xml:space="preserve">    (c) insure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cull</w:t>
      </w:r>
      <w:r>
        <w:rPr>
          <w:b/>
          <w:bCs/>
        </w:rPr>
        <w:t xml:space="preserve"> </w:t>
      </w:r>
      <w:r>
        <w:rPr>
          <w:b/>
          <w:bCs/>
        </w:rPr>
        <w:t xml:space="preserve">the sick members of the herd.</w:t>
      </w:r>
      <w:r>
        <w:br/>
      </w:r>
      <w:r>
        <w:t xml:space="preserve">    (a) medicate quickly</w:t>
      </w:r>
      <w:r>
        <w:br/>
      </w:r>
      <w:r>
        <w:t xml:space="preserve">    (b) count accurately</w:t>
      </w:r>
      <w:r>
        <w:br/>
      </w:r>
      <w:r>
        <w:t xml:space="preserve">    (c) select to remove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Negotiating with the newly elected government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entails</w:t>
      </w:r>
      <w:r>
        <w:rPr>
          <w:b/>
          <w:bCs/>
        </w:rPr>
        <w:t xml:space="preserve"> </w:t>
      </w:r>
      <w:r>
        <w:rPr>
          <w:b/>
          <w:bCs/>
        </w:rPr>
        <w:t xml:space="preserve">easing the ban on talking with terrorists.</w:t>
      </w:r>
      <w:r>
        <w:br/>
      </w:r>
      <w:r>
        <w:t xml:space="preserve">    (a) requires</w:t>
      </w:r>
      <w:r>
        <w:br/>
      </w:r>
      <w:r>
        <w:t xml:space="preserve">    (b) assumes</w:t>
      </w:r>
      <w:r>
        <w:br/>
      </w:r>
      <w:r>
        <w:t xml:space="preserve">    (c) encourages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garish</w:t>
      </w:r>
      <w:r>
        <w:rPr>
          <w:b/>
          <w:bCs/>
        </w:rPr>
        <w:t xml:space="preserve"> </w:t>
      </w:r>
      <w:r>
        <w:rPr>
          <w:b/>
          <w:bCs/>
        </w:rPr>
        <w:t xml:space="preserve">neon lights of the casino were visible from miles away.</w:t>
      </w:r>
      <w:r>
        <w:br/>
      </w:r>
      <w:r>
        <w:t xml:space="preserve">    (a) hard to see</w:t>
      </w:r>
      <w:r>
        <w:br/>
      </w:r>
      <w:r>
        <w:t xml:space="preserve">    (b) tastelessly showy</w:t>
      </w:r>
      <w:r>
        <w:br/>
      </w:r>
      <w:r>
        <w:t xml:space="preserve">    (c) cheerfully tasteful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actor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gaudy</w:t>
      </w:r>
      <w:r>
        <w:rPr>
          <w:b/>
          <w:bCs/>
        </w:rPr>
        <w:t xml:space="preserve"> </w:t>
      </w:r>
      <w:r>
        <w:rPr>
          <w:b/>
          <w:bCs/>
        </w:rPr>
        <w:t xml:space="preserve">jacket covered with bright sequins and gold trim.</w:t>
      </w:r>
      <w:r>
        <w:br/>
      </w:r>
      <w:r>
        <w:t xml:space="preserve">    (a) old and worn</w:t>
      </w:r>
      <w:r>
        <w:br/>
      </w:r>
      <w:r>
        <w:t xml:space="preserve">    (b) tastelessly showy</w:t>
      </w:r>
      <w:r>
        <w:br/>
      </w:r>
      <w:r>
        <w:t xml:space="preserve">    (c) plain and modest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helping or assisting</w:t>
      </w:r>
      <w:r>
        <w:br/>
      </w:r>
      <w:r>
        <w:t xml:space="preserve">    (b) drawing attention to</w:t>
      </w:r>
      <w:r>
        <w:br/>
      </w:r>
      <w:r>
        <w:t xml:space="preserve">    (c) making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teacher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indelible</w:t>
      </w:r>
      <w:r>
        <w:rPr>
          <w:b/>
          <w:bCs/>
        </w:rPr>
        <w:t xml:space="preserve"> </w:t>
      </w:r>
      <w:r>
        <w:rPr>
          <w:b/>
          <w:bCs/>
        </w:rPr>
        <w:t xml:space="preserve">impression on her students.</w:t>
      </w:r>
      <w:r>
        <w:br/>
      </w:r>
      <w:r>
        <w:t xml:space="preserve">    (a) ordinary</w:t>
      </w:r>
      <w:r>
        <w:br/>
      </w:r>
      <w:r>
        <w:t xml:space="preserve">    (b) confusing</w:t>
      </w:r>
      <w:r>
        <w:br/>
      </w:r>
      <w:r>
        <w:t xml:space="preserve">    (c) lasting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considers our political system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and calls for violent revolution as the path to change.</w:t>
      </w:r>
      <w:r>
        <w:br/>
      </w:r>
      <w:r>
        <w:t xml:space="preserve">    (a) unmoving</w:t>
      </w:r>
      <w:r>
        <w:br/>
      </w:r>
      <w:r>
        <w:t xml:space="preserve">    (b) corrupt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irate</w:t>
      </w:r>
      <w:r>
        <w:rPr>
          <w:b/>
          <w:bCs/>
        </w:rPr>
        <w:t xml:space="preserve"> </w:t>
      </w:r>
      <w:r>
        <w:rPr>
          <w:b/>
          <w:bCs/>
        </w:rPr>
        <w:t xml:space="preserve">customer was yelling at the manager.</w:t>
      </w:r>
      <w:r>
        <w:br/>
      </w:r>
      <w:r>
        <w:t xml:space="preserve">    (a) extremely angry</w:t>
      </w:r>
      <w:r>
        <w:br/>
      </w:r>
      <w:r>
        <w:t xml:space="preserve">    (b) extremely loud</w:t>
      </w:r>
      <w:r>
        <w:br/>
      </w:r>
      <w:r>
        <w:t xml:space="preserve">    (c) extremely big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agree to the terms, you give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irrevocable</w:t>
      </w:r>
      <w:r>
        <w:rPr>
          <w:b/>
          <w:bCs/>
        </w:rPr>
        <w:t xml:space="preserve"> </w:t>
      </w:r>
      <w:r>
        <w:rPr>
          <w:b/>
          <w:bCs/>
        </w:rPr>
        <w:t xml:space="preserve">permission to share your comments with others on their site.</w:t>
      </w:r>
      <w:r>
        <w:br/>
      </w:r>
      <w:r>
        <w:t xml:space="preserve">    (a) unable to be undone</w:t>
      </w:r>
      <w:r>
        <w:br/>
      </w:r>
      <w:r>
        <w:t xml:space="preserve">    (b) needing court approval</w:t>
      </w:r>
      <w:r>
        <w:br/>
      </w:r>
      <w:r>
        <w:t xml:space="preserve">    (c) easy to reverse later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common</w:t>
      </w:r>
      <w:r>
        <w:br/>
      </w:r>
      <w:r>
        <w:t xml:space="preserve">    (b) severe</w:t>
      </w:r>
      <w:r>
        <w:br/>
      </w:r>
      <w:r>
        <w:t xml:space="preserve">    (c) inactive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monetary</w:t>
      </w:r>
      <w:r>
        <w:rPr>
          <w:b/>
          <w:bCs/>
        </w:rPr>
        <w:t xml:space="preserve"> </w:t>
      </w:r>
      <w:r>
        <w:rPr>
          <w:b/>
          <w:bCs/>
        </w:rPr>
        <w:t xml:space="preserve">value of the brooch does not reflect its sentimental value to me.</w:t>
      </w:r>
      <w:r>
        <w:br/>
      </w:r>
      <w:r>
        <w:t xml:space="preserve">    (a) low</w:t>
      </w:r>
      <w:r>
        <w:br/>
      </w:r>
      <w:r>
        <w:t xml:space="preserve">    (b) money</w:t>
      </w:r>
      <w:r>
        <w:br/>
      </w:r>
      <w:r>
        <w:t xml:space="preserve">    (c) auction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slum</w:t>
      </w:r>
      <w:r>
        <w:br/>
      </w:r>
      <w:r>
        <w:t xml:space="preserve">    (b) cruelty</w:t>
      </w:r>
      <w:r>
        <w:br/>
      </w:r>
      <w:r>
        <w:t xml:space="preserve">    (c)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rude or unpleasant</w:t>
      </w:r>
      <w:r>
        <w:br/>
      </w:r>
      <w:r>
        <w:t xml:space="preserve">    (b) drunken</w:t>
      </w:r>
      <w:r>
        <w:br/>
      </w:r>
      <w:r>
        <w:t xml:space="preserve">    (c) not bathed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2026-07-31T15:51:06Z</dcterms:created>
  <dcterms:modified xsi:type="dcterms:W3CDTF">2026-07-31T15:51:06Z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