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07d5fbca6b7ec8766e030062477f3d99b54d56"/>
    <w:p>
      <w:pPr>
        <w:pStyle w:val="Heading1"/>
      </w:pPr>
      <w:r>
        <w:rPr>
          <w:b/>
          <w:bCs/>
        </w:rPr>
        <w:t xml:space="preserve">One Day in the Life of Ivan Denisovich</w:t>
      </w:r>
      <w:r>
        <w:br/>
      </w:r>
      <w:r>
        <w:rPr>
          <w:i/>
          <w:iCs/>
        </w:rPr>
        <w:t xml:space="preserve">Alexander Solzhenitsyn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advocates</w:t>
      </w:r>
      <w:r>
        <w:rPr>
          <w:b/>
          <w:bCs/>
        </w:rPr>
        <w:t xml:space="preserve"> </w:t>
      </w:r>
      <w:r>
        <w:rPr>
          <w:b/>
          <w:bCs/>
        </w:rPr>
        <w:t xml:space="preserve">giving all students the opportunity to attend school in the summer too.</w:t>
      </w:r>
      <w:r>
        <w:br/>
      </w:r>
      <w:r>
        <w:t xml:space="preserve">    (a) supports</w:t>
      </w:r>
      <w:r>
        <w:br/>
      </w:r>
      <w:r>
        <w:t xml:space="preserve">    (b) researches</w:t>
      </w:r>
      <w:r>
        <w:br/>
      </w:r>
      <w:r>
        <w:t xml:space="preserve">    (c) is against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think about how to best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allocate</w:t>
      </w:r>
      <w:r>
        <w:rPr>
          <w:b/>
          <w:bCs/>
        </w:rPr>
        <w:t xml:space="preserve"> </w:t>
      </w:r>
      <w:r>
        <w:rPr>
          <w:b/>
          <w:bCs/>
        </w:rPr>
        <w:t xml:space="preserve">time and resources.</w:t>
      </w:r>
      <w:r>
        <w:br/>
      </w:r>
      <w:r>
        <w:t xml:space="preserve">    (a) ration (distribute according to a plan)</w:t>
      </w:r>
      <w:r>
        <w:br/>
      </w:r>
      <w:r>
        <w:t xml:space="preserve">    (b) decide on a minimum amount of</w:t>
      </w:r>
      <w:r>
        <w:br/>
      </w:r>
      <w:r>
        <w:t xml:space="preserve">    (c) decide on a maximum amount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begrudge</w:t>
      </w:r>
      <w:r>
        <w:rPr>
          <w:b/>
          <w:bCs/>
        </w:rPr>
        <w:t xml:space="preserve"> </w:t>
      </w:r>
      <w:r>
        <w:rPr>
          <w:b/>
          <w:bCs/>
        </w:rPr>
        <w:t xml:space="preserve">her success. She's earned it.</w:t>
      </w:r>
      <w:r>
        <w:br/>
      </w:r>
      <w:r>
        <w:t xml:space="preserve">    (a) hope for luck for</w:t>
      </w:r>
      <w:r>
        <w:br/>
      </w:r>
      <w:r>
        <w:t xml:space="preserve">    (b) resent</w:t>
      </w:r>
      <w:r>
        <w:br/>
      </w:r>
      <w:r>
        <w:t xml:space="preserve">    (c) experience surprise 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vote as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conscience</w:t>
      </w:r>
      <w:r>
        <w:rPr>
          <w:b/>
          <w:bCs/>
        </w:rPr>
        <w:t xml:space="preserve"> </w:t>
      </w:r>
      <w:r>
        <w:rPr>
          <w:b/>
          <w:bCs/>
        </w:rPr>
        <w:t xml:space="preserve">demands.</w:t>
      </w:r>
      <w:r>
        <w:br/>
      </w:r>
      <w:r>
        <w:t xml:space="preserve">    (a) fear of public ridicule</w:t>
      </w:r>
      <w:r>
        <w:br/>
      </w:r>
      <w:r>
        <w:t xml:space="preserve">    (b) memory of past events</w:t>
      </w:r>
      <w:r>
        <w:br/>
      </w:r>
      <w:r>
        <w:t xml:space="preserve">    (c) sense of right and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they catch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culprit</w:t>
      </w:r>
      <w:r>
        <w:rPr>
          <w:b/>
          <w:bCs/>
        </w:rPr>
        <w:t xml:space="preserve">?</w:t>
      </w:r>
      <w:r>
        <w:br/>
      </w:r>
      <w:r>
        <w:t xml:space="preserve">    (a) problem</w:t>
      </w:r>
      <w:r>
        <w:br/>
      </w:r>
      <w:r>
        <w:t xml:space="preserve">    (b) criminal</w:t>
      </w:r>
      <w:r>
        <w:br/>
      </w:r>
      <w:r>
        <w:t xml:space="preserve">    (c) dog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derided</w:t>
      </w:r>
      <w:r>
        <w:rPr>
          <w:b/>
          <w:bCs/>
        </w:rPr>
        <w:t xml:space="preserve"> </w:t>
      </w:r>
      <w:r>
        <w:rPr>
          <w:b/>
          <w:bCs/>
        </w:rPr>
        <w:t xml:space="preserve">him as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hormone-ravaged</w:t>
      </w:r>
      <w:r>
        <w:rPr>
          <w:b/>
          <w:bCs/>
        </w:rPr>
        <w:t xml:space="preserve">.</w:t>
      </w:r>
      <w:r>
        <w:br/>
      </w:r>
      <w:r>
        <w:t xml:space="preserve">    (a) made fun of</w:t>
      </w:r>
      <w:r>
        <w:br/>
      </w:r>
      <w:r>
        <w:t xml:space="preserve">    (b) sympathized with</w:t>
      </w:r>
      <w:r>
        <w:br/>
      </w:r>
      <w:r>
        <w:t xml:space="preserve">    (c) whispered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studied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dossier</w:t>
      </w:r>
      <w:r>
        <w:rPr>
          <w:b/>
          <w:bCs/>
        </w:rPr>
        <w:t xml:space="preserve">.</w:t>
      </w:r>
      <w:r>
        <w:br/>
      </w:r>
      <w:r>
        <w:t xml:space="preserve">    (a) body language</w:t>
      </w:r>
      <w:r>
        <w:br/>
      </w:r>
      <w:r>
        <w:t xml:space="preserve">    (b) file</w:t>
      </w:r>
      <w:r>
        <w:br/>
      </w:r>
      <w:r>
        <w:t xml:space="preserve">    (c) face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elated</w:t>
      </w:r>
      <w:r>
        <w:rPr>
          <w:b/>
          <w:bCs/>
        </w:rPr>
        <w:t xml:space="preserve"> </w:t>
      </w:r>
      <w:r>
        <w:rPr>
          <w:b/>
          <w:bCs/>
        </w:rPr>
        <w:t xml:space="preserve">winner couldn't stop smiling.</w:t>
      </w:r>
      <w:r>
        <w:br/>
      </w:r>
      <w:r>
        <w:t xml:space="preserve">    (a) extremely happy</w:t>
      </w:r>
      <w:r>
        <w:br/>
      </w:r>
      <w:r>
        <w:t xml:space="preserve">    (b) newly created</w:t>
      </w:r>
      <w:r>
        <w:br/>
      </w:r>
      <w:r>
        <w:t xml:space="preserve">    (c) exhausted or tired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want to leave early, you have to ask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foreman</w:t>
      </w:r>
      <w:r>
        <w:rPr>
          <w:b/>
          <w:bCs/>
        </w:rPr>
        <w:t xml:space="preserve">.</w:t>
      </w:r>
      <w:r>
        <w:br/>
      </w:r>
      <w:r>
        <w:t xml:space="preserve">    (a) owner</w:t>
      </w:r>
      <w:r>
        <w:br/>
      </w:r>
      <w:r>
        <w:t xml:space="preserve">    (b) customer</w:t>
      </w:r>
      <w:r>
        <w:br/>
      </w:r>
      <w:r>
        <w:t xml:space="preserve">    (c) supervisor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attempt to fix the cracked screen with tape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futile</w:t>
      </w:r>
      <w:r>
        <w:rPr>
          <w:b/>
          <w:bCs/>
        </w:rPr>
        <w:t xml:space="preserve">.</w:t>
      </w:r>
      <w:r>
        <w:br/>
      </w:r>
      <w:r>
        <w:t xml:space="preserve">    (a) simple</w:t>
      </w:r>
      <w:r>
        <w:br/>
      </w:r>
      <w:r>
        <w:t xml:space="preserve">    (b) dangerous</w:t>
      </w:r>
      <w:r>
        <w:br/>
      </w:r>
      <w:r>
        <w:t xml:space="preserve">    (c) pointless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also</w:t>
      </w:r>
      <w:r>
        <w:br/>
      </w:r>
      <w:r>
        <w:t xml:space="preserve">    (b) but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in addition</w:t>
      </w:r>
      <w:r>
        <w:br/>
      </w:r>
      <w:r>
        <w:t xml:space="preserve">    (b) on-the-other-hand</w:t>
      </w:r>
      <w:r>
        <w:br/>
      </w:r>
      <w:r>
        <w:t xml:space="preserve">    (c) no matter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considers our political system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and calls for violent revolution as the path to change.</w:t>
      </w:r>
      <w:r>
        <w:br/>
      </w:r>
      <w:r>
        <w:t xml:space="preserve">    (a) unmoving</w:t>
      </w:r>
      <w:r>
        <w:br/>
      </w:r>
      <w:r>
        <w:t xml:space="preserve">    (b) corrupt</w:t>
      </w:r>
      <w:r>
        <w:br/>
      </w:r>
      <w:r>
        <w:t xml:space="preserve">    (c)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walked her to the campus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infirmary</w:t>
      </w:r>
      <w:r>
        <w:rPr>
          <w:b/>
          <w:bCs/>
        </w:rPr>
        <w:t xml:space="preserve">.</w:t>
      </w:r>
      <w:r>
        <w:br/>
      </w:r>
      <w:r>
        <w:t xml:space="preserve">    (a) health service</w:t>
      </w:r>
      <w:r>
        <w:br/>
      </w:r>
      <w:r>
        <w:t xml:space="preserve">    (b) library</w:t>
      </w:r>
      <w:r>
        <w:br/>
      </w:r>
      <w:r>
        <w:t xml:space="preserve">    (c) security office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carelessly</w:t>
      </w:r>
      <w:r>
        <w:br/>
      </w:r>
      <w:r>
        <w:t xml:space="preserve">    (b) mockingly</w:t>
      </w:r>
      <w:r>
        <w:br/>
      </w:r>
      <w:r>
        <w:t xml:space="preserve">    (c) evilly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thin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partition</w:t>
      </w:r>
      <w:r>
        <w:rPr>
          <w:b/>
          <w:bCs/>
        </w:rPr>
        <w:t xml:space="preserve"> </w:t>
      </w:r>
      <w:r>
        <w:rPr>
          <w:b/>
          <w:bCs/>
        </w:rPr>
        <w:t xml:space="preserve">separated the office into two smaller workspaces.</w:t>
      </w:r>
      <w:r>
        <w:br/>
      </w:r>
      <w:r>
        <w:t xml:space="preserve">    (a) wide window</w:t>
      </w:r>
      <w:r>
        <w:br/>
      </w:r>
      <w:r>
        <w:t xml:space="preserve">    (b) open doorway</w:t>
      </w:r>
      <w:r>
        <w:br/>
      </w:r>
      <w:r>
        <w:t xml:space="preserve">    (c) dividing wall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Second World War, products such as food and gasoline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United States, so more resources could be devoted to the war effort.</w:t>
      </w:r>
      <w:r>
        <w:br/>
      </w:r>
      <w:r>
        <w:t xml:space="preserve">    (a) set at a high price only the military could afford</w:t>
      </w:r>
      <w:r>
        <w:br/>
      </w:r>
      <w:r>
        <w:t xml:space="preserve">    (b) imported in small amounts from many countries</w:t>
      </w:r>
      <w:r>
        <w:br/>
      </w:r>
      <w:r>
        <w:t xml:space="preserve">    (c) restricted in the amount each person could have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sentry</w:t>
      </w:r>
      <w:r>
        <w:rPr>
          <w:b/>
          <w:bCs/>
        </w:rPr>
        <w:t xml:space="preserve"> </w:t>
      </w:r>
      <w:r>
        <w:rPr>
          <w:b/>
          <w:bCs/>
        </w:rPr>
        <w:t xml:space="preserve">challenged anyone who tried to enter the camp after dark.</w:t>
      </w:r>
      <w:r>
        <w:br/>
      </w:r>
      <w:r>
        <w:t xml:space="preserve">    (a) watchful guard</w:t>
      </w:r>
      <w:r>
        <w:br/>
      </w:r>
      <w:r>
        <w:t xml:space="preserve">    (b) village healer</w:t>
      </w:r>
      <w:r>
        <w:br/>
      </w:r>
      <w:r>
        <w:t xml:space="preserve">    (c) kitchen helper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Societies calling themselves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socialist</w:t>
      </w:r>
      <w:r>
        <w:rPr>
          <w:b/>
          <w:bCs/>
        </w:rPr>
        <w:t xml:space="preserve"> </w:t>
      </w:r>
      <w:r>
        <w:rPr>
          <w:b/>
          <w:bCs/>
        </w:rPr>
        <w:t xml:space="preserve">range from Western-style democracies to dictatorships.</w:t>
      </w:r>
      <w:r>
        <w:br/>
      </w:r>
      <w:r>
        <w:t xml:space="preserve">    (a) with an economic system that has a complete absence of political authority</w:t>
      </w:r>
      <w:r>
        <w:br/>
      </w:r>
      <w:r>
        <w:t xml:space="preserve">    (b) with an economic system based on private ownership of property and businesses</w:t>
      </w:r>
      <w:r>
        <w:br/>
      </w:r>
      <w:r>
        <w:t xml:space="preserve">    (c) with an economic system based on government control of all important companies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clothesline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two trees in the yard.</w:t>
      </w:r>
      <w:r>
        <w:br/>
      </w:r>
      <w:r>
        <w:t xml:space="preserve">    (a) tight</w:t>
      </w:r>
      <w:r>
        <w:br/>
      </w:r>
      <w:r>
        <w:t xml:space="preserve">    (b) noisy</w:t>
      </w:r>
      <w:r>
        <w:br/>
      </w:r>
      <w:r>
        <w:t xml:space="preserve">    (c) shiny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2026-07-31T15:52:08Z</dcterms:created>
  <dcterms:modified xsi:type="dcterms:W3CDTF">2026-07-31T15:52:08Z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