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2379e250036181664d264f71cfd498877efda3"/>
    <w:p>
      <w:pPr>
        <w:pStyle w:val="Heading1"/>
      </w:pPr>
      <w:r>
        <w:rPr>
          <w:b/>
          <w:bCs/>
        </w:rPr>
        <w:t xml:space="preserve">One Day in the Life of Ivan Denisovich</w:t>
      </w:r>
      <w:r>
        <w:br/>
      </w:r>
      <w:r>
        <w:rPr>
          <w:i/>
          <w:iCs/>
        </w:rPr>
        <w:t xml:space="preserve">Alexander Solzhenitsyn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that very moment his blanket and jacket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imperiously</w:t>
      </w:r>
      <w:r>
        <w:rPr>
          <w:b/>
          <w:bCs/>
        </w:rPr>
        <w:t xml:space="preserve"> </w:t>
      </w:r>
      <w:r>
        <w:rPr>
          <w:b/>
          <w:bCs/>
        </w:rPr>
        <w:t xml:space="preserve">jerked off him.</w:t>
      </w:r>
      <w:r>
        <w:br/>
      </w:r>
      <w:r>
        <w:t xml:space="preserve">    (a) in a manner that is in line with the floor, horizon, or another flat base</w:t>
      </w:r>
      <w:r>
        <w:br/>
      </w:r>
      <w:r>
        <w:t xml:space="preserve">    (b) arrogantly</w:t>
      </w:r>
      <w:r>
        <w:br/>
      </w:r>
      <w:r>
        <w:t xml:space="preserve">    (c) in a manner that thoughtfully judges what is good and bad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"Three days' penalty with work."</w:t>
      </w:r>
      <w:r>
        <w:br/>
      </w:r>
      <w:r>
        <w:rPr>
          <w:b/>
          <w:bCs/>
        </w:rPr>
        <w:t xml:space="preserve">...</w:t>
      </w:r>
      <w:r>
        <w:br/>
      </w:r>
      <w:r>
        <w:rPr>
          <w:b/>
          <w:bCs/>
        </w:rPr>
        <w:t xml:space="preserve">"What for, citizen chief?" asked Shukhov with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chagrin</w:t>
      </w:r>
      <w:r>
        <w:rPr>
          <w:b/>
          <w:bCs/>
        </w:rPr>
        <w:t xml:space="preserve"> </w:t>
      </w:r>
      <w:r>
        <w:rPr>
          <w:b/>
          <w:bCs/>
        </w:rPr>
        <w:t xml:space="preserve">than he felt in his voice.</w:t>
      </w:r>
      <w:r>
        <w:br/>
      </w:r>
      <w:r>
        <w:t xml:space="preserve">    (a) recognize the value or importance of; and/or to be grateful for</w:t>
      </w:r>
      <w:r>
        <w:br/>
      </w:r>
      <w:r>
        <w:t xml:space="preserve">    (b) annoyance</w:t>
      </w:r>
      <w:r>
        <w:br/>
      </w:r>
      <w:r>
        <w:t xml:space="preserve">    (c) degrade ( decrease) the purity, quality, or status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time was July—then they shredded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nettles</w:t>
      </w:r>
      <w:r>
        <w:rPr>
          <w:b/>
          <w:bCs/>
        </w:rPr>
        <w:t xml:space="preserve"> </w:t>
      </w:r>
      <w:r>
        <w:rPr>
          <w:b/>
          <w:bCs/>
        </w:rPr>
        <w:t xml:space="preserve">into the pot.</w:t>
      </w:r>
      <w:r>
        <w:br/>
      </w:r>
      <w:r>
        <w:t xml:space="preserve">    (a) a type of plant that often has fine irritating hairs</w:t>
      </w:r>
      <w:r>
        <w:br/>
      </w:r>
      <w:r>
        <w:t xml:space="preserve">    (b) logical conclusions reached by reasoning</w:t>
      </w:r>
      <w:r>
        <w:br/>
      </w:r>
      <w:r>
        <w:t xml:space="preserve">    (c) acts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guards who, when Volkovoi wasn't around, carried out the frisking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perfunctorily</w:t>
      </w:r>
      <w:r>
        <w:rPr>
          <w:b/>
          <w:bCs/>
        </w:rPr>
        <w:t xml:space="preserve">, now flung themselves into their work with savage zeal.</w:t>
      </w:r>
      <w:r>
        <w:br/>
      </w:r>
      <w:r>
        <w:t xml:space="preserve">    (a) done without much interest or effort -- as when dispensing with a formality</w:t>
      </w:r>
      <w:r>
        <w:br/>
      </w:r>
      <w:r>
        <w:t xml:space="preserve">    (b) in comparison to something else</w:t>
      </w:r>
      <w:r>
        <w:br/>
      </w:r>
      <w:r>
        <w:t xml:space="preserve">    (c) in a manner that is not sincere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 weather was cold the guards were fairly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lenient</w:t>
      </w:r>
      <w:r>
        <w:rPr>
          <w:b/>
          <w:bCs/>
        </w:rPr>
        <w:t xml:space="preserve"> </w:t>
      </w:r>
      <w:r>
        <w:rPr>
          <w:b/>
          <w:bCs/>
        </w:rPr>
        <w:t xml:space="preserve">in the morning, though not in the evening.</w:t>
      </w:r>
      <w:r>
        <w:br/>
      </w:r>
      <w:r>
        <w:t xml:space="preserve">    (a) less strict or more tolerant than might be expected</w:t>
      </w:r>
      <w:r>
        <w:br/>
      </w:r>
      <w:r>
        <w:t xml:space="preserve">    (b) the state of being unaware of one's mental activity</w:t>
      </w:r>
      <w:r>
        <w:br/>
      </w:r>
      <w:r>
        <w:t xml:space="preserve">    (c) increasing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meet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contingency</w:t>
      </w:r>
      <w:r>
        <w:rPr>
          <w:b/>
          <w:bCs/>
        </w:rPr>
        <w:t xml:space="preserve"> </w:t>
      </w:r>
      <w:r>
        <w:rPr>
          <w:b/>
          <w:bCs/>
        </w:rPr>
        <w:t xml:space="preserve">of a headwind he, like many other prisoners, had got himself a cloth with a long tape at each end.</w:t>
      </w:r>
      <w:r>
        <w:br/>
      </w:r>
      <w:r>
        <w:t xml:space="preserve">    (a) the four-dimensional combination of space and time where everything happens</w:t>
      </w:r>
      <w:r>
        <w:br/>
      </w:r>
      <w:r>
        <w:t xml:space="preserve">    (b) something that might happen; or something available in case an event occurs</w:t>
      </w:r>
      <w:r>
        <w:br/>
      </w:r>
      <w:r>
        <w:t xml:space="preserve">    (c) a connection or relationship by being equivalent, proportionate, or matched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morose</w:t>
      </w:r>
      <w:r>
        <w:rPr>
          <w:b/>
          <w:bCs/>
        </w:rPr>
        <w:t xml:space="preserve"> </w:t>
      </w:r>
      <w:r>
        <w:rPr>
          <w:b/>
          <w:bCs/>
        </w:rPr>
        <w:t xml:space="preserve">as he stood there.</w:t>
      </w:r>
      <w:r>
        <w:br/>
      </w:r>
      <w:r>
        <w:t xml:space="preserve">    (a) unhappy</w:t>
      </w:r>
      <w:r>
        <w:br/>
      </w:r>
      <w:r>
        <w:t xml:space="preserve">    (b) certain</w:t>
      </w:r>
      <w:r>
        <w:br/>
      </w:r>
      <w:r>
        <w:t xml:space="preserve">    (c)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Fetiukov had three children at home but when he was sentenced they'd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disclaimed</w:t>
      </w:r>
      <w:r>
        <w:rPr>
          <w:b/>
          <w:bCs/>
        </w:rPr>
        <w:t xml:space="preserve"> </w:t>
      </w:r>
      <w:r>
        <w:rPr>
          <w:b/>
          <w:bCs/>
        </w:rPr>
        <w:t xml:space="preserve">him and his wife had married again.</w:t>
      </w:r>
      <w:r>
        <w:br/>
      </w:r>
      <w:r>
        <w:t xml:space="preserve">    (a) gave an opinion of what was wrong with something</w:t>
      </w:r>
      <w:r>
        <w:br/>
      </w:r>
      <w:r>
        <w:t xml:space="preserve">    (b) moved out of an interacting position; or stopped</w:t>
      </w:r>
      <w:r>
        <w:br/>
      </w:r>
      <w:r>
        <w:t xml:space="preserve">    (c) denied knowledge of (or further relationship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like a puppy and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fawned</w:t>
      </w:r>
      <w:r>
        <w:rPr>
          <w:b/>
          <w:bCs/>
        </w:rPr>
        <w:t xml:space="preserve"> </w:t>
      </w:r>
      <w:r>
        <w:rPr>
          <w:b/>
          <w:bCs/>
        </w:rPr>
        <w:t xml:space="preserve">on everyone.</w:t>
      </w:r>
      <w:r>
        <w:br/>
      </w:r>
      <w:r>
        <w:t xml:space="preserve">    (a) differed notably in brightness or tone</w:t>
      </w:r>
      <w:r>
        <w:br/>
      </w:r>
      <w:r>
        <w:t xml:space="preserve">    (b) not good at concentrating on one thing</w:t>
      </w:r>
      <w:r>
        <w:br/>
      </w:r>
      <w:r>
        <w:t xml:space="preserve">    (c) showed excessive flattery or affection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Little was known about him—only that he'd been in Buchenwald, where he'd worked with the underground and smuggled in arms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mutiny</w:t>
      </w:r>
      <w:r>
        <w:rPr>
          <w:b/>
          <w:bCs/>
        </w:rPr>
        <w:t xml:space="preserve">; and how the Germans had punished him by tying his wrists behind his back, hanging him up by them, and whipping him.</w:t>
      </w:r>
      <w:r>
        <w:br/>
      </w:r>
      <w:r>
        <w:t xml:space="preserve">    (a) a legal order requiring witnesses to appear, or documents related to an appeal be provided</w:t>
      </w:r>
      <w:r>
        <w:br/>
      </w:r>
      <w:r>
        <w:t xml:space="preserve">    (b) utter obscenities or profanities; or to speak disrespectfully of something considered sacred</w:t>
      </w:r>
      <w:r>
        <w:br/>
      </w:r>
      <w:r>
        <w:t xml:space="preserve">    (c) open rebellion against authority -- especially by seamen or soldiers against their officers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good fat didn't reach the zeks,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rancid</w:t>
      </w:r>
      <w:r>
        <w:rPr>
          <w:b/>
          <w:bCs/>
        </w:rPr>
        <w:t xml:space="preserve"> </w:t>
      </w:r>
      <w:r>
        <w:rPr>
          <w:b/>
          <w:bCs/>
        </w:rPr>
        <w:t xml:space="preserve">all went into the soup kettle</w:t>
      </w:r>
      <w:r>
        <w:br/>
      </w:r>
      <w:r>
        <w:t xml:space="preserve">    (a) a connection where measuring one particle instantly affects another, regardless of distance</w:t>
      </w:r>
      <w:r>
        <w:br/>
      </w:r>
      <w:r>
        <w:t xml:space="preserve">    (b) a potentially life-threatening eating disorder that prevents people from eating enough food</w:t>
      </w:r>
      <w:r>
        <w:br/>
      </w:r>
      <w:r>
        <w:t xml:space="preserve">    (c) a state of decomposition of oils or fats such that they smell and taste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it was Shukhov who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swindled</w:t>
      </w:r>
      <w:r>
        <w:rPr>
          <w:b/>
          <w:bCs/>
        </w:rPr>
        <w:t xml:space="preserve"> </w:t>
      </w:r>
      <w:r>
        <w:rPr>
          <w:b/>
          <w:bCs/>
        </w:rPr>
        <w:t xml:space="preserve">the extra bowls, it was for Pavlo to distribute them.</w:t>
      </w:r>
      <w:r>
        <w:br/>
      </w:r>
      <w:r>
        <w:t xml:space="preserve">    (a) tricked or cheated someone -- usually to get money</w:t>
      </w:r>
      <w:r>
        <w:br/>
      </w:r>
      <w:r>
        <w:t xml:space="preserve">    (b) prepared food in a way that keeps it from spoiling</w:t>
      </w:r>
      <w:r>
        <w:br/>
      </w:r>
      <w:r>
        <w:t xml:space="preserve">    (c) supported by providing money or other economic 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learned from him that the regimental commander and the commissar were both shot in thirty-seven, no matter whether they were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proletarian</w:t>
      </w:r>
      <w:r>
        <w:rPr>
          <w:b/>
          <w:bCs/>
        </w:rPr>
        <w:t xml:space="preserve"> </w:t>
      </w:r>
      <w:r>
        <w:rPr>
          <w:b/>
          <w:bCs/>
        </w:rPr>
        <w:t xml:space="preserve">or kulak stock, whether they had a conscience or not.</w:t>
      </w:r>
      <w:r>
        <w:br/>
      </w:r>
      <w:r>
        <w:t xml:space="preserve">    (a) basketball position noted for a versatile player who can play inside and outside</w:t>
      </w:r>
      <w:r>
        <w:br/>
      </w:r>
      <w:r>
        <w:t xml:space="preserve">    (b) the act of move something out of an interacting position; or the act of stopping</w:t>
      </w:r>
      <w:r>
        <w:br/>
      </w:r>
      <w:r>
        <w:t xml:space="preserve">    (c) a social class consisting of those who must work for wages to support themselves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 had he been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servile</w:t>
      </w:r>
      <w:r>
        <w:rPr>
          <w:b/>
          <w:bCs/>
        </w:rPr>
        <w:t xml:space="preserve"> </w:t>
      </w:r>
      <w:r>
        <w:rPr>
          <w:b/>
          <w:bCs/>
        </w:rPr>
        <w:t xml:space="preserve">at the search but now he wanted to show he was innocent--Come on, frisk me!</w:t>
      </w:r>
      <w:r>
        <w:br/>
      </w:r>
      <w:r>
        <w:t xml:space="preserve">    (a) related to an economic system based on government ownership or control of all important companies -- with the ideal of equal benefits to all people</w:t>
      </w:r>
      <w:r>
        <w:br/>
      </w:r>
      <w:r>
        <w:t xml:space="preserve">    (b) relating to practice or belief that is long-established or was previously long-established  OR  relating to stories passed down through generations</w:t>
      </w:r>
      <w:r>
        <w:br/>
      </w:r>
      <w:r>
        <w:t xml:space="preserve">    (c) submissive (in obeying demeaning commands)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it was the name of anyone for whom a parcel was waiting, written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indelible</w:t>
      </w:r>
      <w:r>
        <w:rPr>
          <w:b/>
          <w:bCs/>
        </w:rPr>
        <w:t xml:space="preserve"> </w:t>
      </w:r>
      <w:r>
        <w:rPr>
          <w:b/>
          <w:bCs/>
        </w:rPr>
        <w:t xml:space="preserve">pencil.</w:t>
      </w:r>
      <w:r>
        <w:br/>
      </w:r>
      <w:r>
        <w:t xml:space="preserve">    (a) a hollow muscular organ in the pelvic cavity of females which can hold a developing fetus</w:t>
      </w:r>
      <w:r>
        <w:br/>
      </w:r>
      <w:r>
        <w:t xml:space="preserve">    (b) impossible to remove, forget, or erase -- can refer to physical marks or lasting memories</w:t>
      </w:r>
      <w:r>
        <w:br/>
      </w:r>
      <w:r>
        <w:t xml:space="preserve">    (c) one who believes that knowledge is acquired primarily by reason rather than by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flopped quietly, like many much-</w:t>
      </w:r>
      <w:r>
        <w:rPr>
          <w:b/>
          <w:bCs/>
          <w:u w:val="single"/>
        </w:rPr>
        <w:t xml:space="preserve">touted</w:t>
      </w:r>
      <w:r>
        <w:rPr>
          <w:b/>
          <w:bCs/>
        </w:rPr>
        <w:t xml:space="preserve"> </w:t>
      </w:r>
      <w:r>
        <w:rPr>
          <w:b/>
          <w:bCs/>
        </w:rPr>
        <w:t xml:space="preserve">orders.</w:t>
      </w:r>
      <w:r>
        <w:br/>
      </w:r>
      <w:r>
        <w:t xml:space="preserve">    (a) (verb) created, started, settled, or set in a place  OR  (adjective) existing, or familiar</w:t>
      </w:r>
      <w:r>
        <w:br/>
      </w:r>
      <w:r>
        <w:t xml:space="preserve">    (b) to publicly praise or promote something -- especially to convince others to buy or believe</w:t>
      </w:r>
      <w:r>
        <w:br/>
      </w:r>
      <w:r>
        <w:t xml:space="preserve">    (c) persuaded someone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He'd been told that this old man had spent years without number in camps and prisons, and that he hadn't benefited from a single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amnesty</w:t>
      </w:r>
      <w:r>
        <w:rPr>
          <w:b/>
          <w:bCs/>
        </w:rPr>
        <w:t xml:space="preserve">.</w:t>
      </w:r>
      <w:r>
        <w:br/>
      </w:r>
      <w:r>
        <w:t xml:space="preserve">    (a) a pardon; or the time period during which the pardon is offered</w:t>
      </w:r>
      <w:r>
        <w:br/>
      </w:r>
      <w:r>
        <w:t xml:space="preserve">    (b) degrade ( decrease) the purity, quality, or status of something</w:t>
      </w:r>
      <w:r>
        <w:br/>
      </w:r>
      <w:r>
        <w:t xml:space="preserve">    (c) bad feeling such as embarrassment, disappointment, or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that other fellow at the place where you hand in your food to be kept for you, safe from friskers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pilferers</w:t>
      </w:r>
      <w:r>
        <w:rPr>
          <w:b/>
          <w:bCs/>
        </w:rPr>
        <w:t xml:space="preserve">—Tsezar will be there before the morning roll call, with everything in a sack—he must have his cut too, and a good one, if you don't want him little by little swiping more than you gave him.</w:t>
      </w:r>
      <w:r>
        <w:br/>
      </w:r>
      <w:r>
        <w:t xml:space="preserve">    (a) to steal small amounts or unimportant items -- often repeatedly or secretly</w:t>
      </w:r>
      <w:r>
        <w:br/>
      </w:r>
      <w:r>
        <w:t xml:space="preserve">    (b) an archaic term for someone who translates or interprets a foreign language</w:t>
      </w:r>
      <w:r>
        <w:br/>
      </w:r>
      <w:r>
        <w:t xml:space="preserve">    (c) clearer or more easily noticed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He'd made the blade himself, mounted it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whetted</w:t>
      </w:r>
      <w:r>
        <w:rPr>
          <w:b/>
          <w:bCs/>
        </w:rPr>
        <w:t xml:space="preserve"> </w:t>
      </w:r>
      <w:r>
        <w:rPr>
          <w:b/>
          <w:bCs/>
        </w:rPr>
        <w:t xml:space="preserve">it sharp.</w:t>
      </w:r>
      <w:r>
        <w:br/>
      </w:r>
      <w:r>
        <w:t xml:space="preserve">    (a) hid something by making it blend in with its surroundings; or hid the truth</w:t>
      </w:r>
      <w:r>
        <w:br/>
      </w:r>
      <w:r>
        <w:t xml:space="preserve">    (b) to increase a sense or desire</w:t>
      </w:r>
      <w:r>
        <w:br/>
      </w:r>
      <w:r>
        <w:br/>
      </w:r>
      <w:r>
        <w:t xml:space="preserve">or: to sharpen a knife or other cutting edge</w:t>
      </w:r>
      <w:r>
        <w:br/>
      </w:r>
      <w:r>
        <w:t xml:space="preserve">    (c) not having been assigned a value, or not having been considered as to worth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Such luxury reminds me of a time when I happened to be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Archangel</w:t>
      </w:r>
      <w:r>
        <w:rPr>
          <w:b/>
          <w:bCs/>
        </w:rPr>
        <w:t xml:space="preserve">......</w:t>
      </w:r>
      <w:r>
        <w:br/>
      </w:r>
      <w:r>
        <w:t xml:space="preserve">    (a) untied or released</w:t>
      </w:r>
      <w:r>
        <w:br/>
      </w:r>
      <w:r>
        <w:t xml:space="preserve">    (b) easily set on fire</w:t>
      </w:r>
      <w:r>
        <w:br/>
      </w:r>
      <w:r>
        <w:t xml:space="preserve">    (c) angel of high rank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2026-07-31T15:52:09Z</dcterms:created>
  <dcterms:modified xsi:type="dcterms:W3CDTF">2026-07-31T15:52:09Z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