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260fcdec970c09d3ffcc095b174900ac2d5169"/>
    <w:p>
      <w:pPr>
        <w:pStyle w:val="Heading1"/>
      </w:pPr>
      <w:r>
        <w:rPr>
          <w:b/>
          <w:bCs/>
        </w:rPr>
        <w:t xml:space="preserve">On the Beach</w:t>
      </w:r>
      <w:r>
        <w:br/>
      </w:r>
      <w:r>
        <w:rPr>
          <w:i/>
          <w:iCs/>
        </w:rPr>
        <w:t xml:space="preserve">Nevil Shute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may be a bit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now.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in short supply  OR  barely or hardly (by a small margin)</w:t>
      </w:r>
      <w:r>
        <w:br/>
      </w:r>
      <w:r>
        <w:t xml:space="preserve">    (c) a state similar to sleep where one is unaware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"Seven it is," said the captain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nonchalantly</w:t>
      </w:r>
      <w:r>
        <w:rPr>
          <w:b/>
          <w:bCs/>
        </w:rPr>
        <w:t xml:space="preserve">.</w:t>
      </w:r>
      <w:r>
        <w:br/>
      </w:r>
      <w:r>
        <w:t xml:space="preserve">    (a) calmly (appearing unconcerned)</w:t>
      </w:r>
      <w:r>
        <w:br/>
      </w:r>
      <w:r>
        <w:t xml:space="preserve">    (b) in a manner that does not stop</w:t>
      </w:r>
      <w:r>
        <w:br/>
      </w:r>
      <w:r>
        <w:t xml:space="preserve">    (c) in a good or beneficial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competent</w:t>
      </w:r>
      <w:r>
        <w:rPr>
          <w:b/>
          <w:bCs/>
        </w:rPr>
        <w:t xml:space="preserve">.</w:t>
      </w:r>
      <w:r>
        <w:br/>
      </w:r>
      <w:r>
        <w:t xml:space="preserve">    (a) sufficiently capable</w:t>
      </w:r>
      <w:r>
        <w:br/>
      </w:r>
      <w:r>
        <w:t xml:space="preserve">    (b) sincerity (realness)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stared at him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consternation</w:t>
      </w:r>
      <w:r>
        <w:rPr>
          <w:b/>
          <w:bCs/>
        </w:rPr>
        <w:t xml:space="preserve">.</w:t>
      </w:r>
      <w:r>
        <w:br/>
      </w:r>
      <w:r>
        <w:t xml:space="preserve">    (a) dismay (unhappiness, worry, and often confusion) -- typically over something unexpected</w:t>
      </w:r>
      <w:r>
        <w:br/>
      </w:r>
      <w:r>
        <w:t xml:space="preserve">    (b) a type of vocal music that originated in African-American churches in the United States</w:t>
      </w:r>
      <w:r>
        <w:br/>
      </w:r>
      <w:r>
        <w:t xml:space="preserve">    (c) related to the smallest part of any material that cannot be broken up by chemical means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"Mrs. Holmes," he said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diffidently</w:t>
      </w:r>
      <w:r>
        <w:rPr>
          <w:b/>
          <w:bCs/>
        </w:rPr>
        <w:t xml:space="preserve">.</w:t>
      </w:r>
      <w:r>
        <w:br/>
      </w:r>
      <w:r>
        <w:t xml:space="preserve">    (a) following as a result of something</w:t>
      </w:r>
      <w:r>
        <w:br/>
      </w:r>
      <w:r>
        <w:t xml:space="preserve">    (b) with hesitancy and unassertiveness</w:t>
      </w:r>
      <w:r>
        <w:br/>
      </w:r>
      <w:r>
        <w:t xml:space="preserve">    (c) indiscriminately (non-selectively)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put himin the wardroom and got the duty officer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allocate</w:t>
      </w:r>
      <w:r>
        <w:rPr>
          <w:b/>
          <w:bCs/>
        </w:rPr>
        <w:t xml:space="preserve"> </w:t>
      </w:r>
      <w:r>
        <w:rPr>
          <w:b/>
          <w:bCs/>
        </w:rPr>
        <w:t xml:space="preserve">a cabin for him for tonight.</w:t>
      </w:r>
      <w:r>
        <w:br/>
      </w:r>
      <w:r>
        <w:t xml:space="preserve">    (a) distribute or set apart for a special purpose</w:t>
      </w:r>
      <w:r>
        <w:br/>
      </w:r>
      <w:r>
        <w:t xml:space="preserve">    (b) indicating criticism or disagreement, or "no"</w:t>
      </w:r>
      <w:r>
        <w:br/>
      </w:r>
      <w:r>
        <w:t xml:space="preserve">    (c) move to a worse or less prestigious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lunched with the Americans at the end of one of the long tables, and took coffee with them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anteroom</w:t>
      </w:r>
      <w:r>
        <w:rPr>
          <w:b/>
          <w:bCs/>
        </w:rPr>
        <w:t xml:space="preserve">.</w:t>
      </w:r>
      <w:r>
        <w:br/>
      </w:r>
      <w:r>
        <w:t xml:space="preserve">    (a) island (that is made of a coral reef)</w:t>
      </w:r>
      <w:r>
        <w:br/>
      </w:r>
      <w:r>
        <w:t xml:space="preserve">    (b) a room leading to a larger or more important room</w:t>
      </w:r>
      <w:r>
        <w:br/>
      </w:r>
      <w:r>
        <w:t xml:space="preserve">    (c) dense, rainy forest with many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managed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detach</w:t>
      </w:r>
      <w:r>
        <w:rPr>
          <w:b/>
          <w:bCs/>
        </w:rPr>
        <w:t xml:space="preserve"> </w:t>
      </w:r>
      <w:r>
        <w:rPr>
          <w:b/>
          <w:bCs/>
        </w:rPr>
        <w:t xml:space="preserve">her from the hotel after her second drink, and they walked to the station in the evening light.</w:t>
      </w:r>
      <w:r>
        <w:br/>
      </w:r>
      <w:r>
        <w:t xml:space="preserve">    (a) to separate something from something else (physically or emotionally)</w:t>
      </w:r>
      <w:r>
        <w:br/>
      </w:r>
      <w:r>
        <w:t xml:space="preserve">    (b) a way of doing something; or a route that leads to a particular place</w:t>
      </w:r>
      <w:r>
        <w:br/>
      </w:r>
      <w:r>
        <w:t xml:space="preserve">    (c) change the direction of something or the purpose for which it is 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general effect was one of boisterous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lightheartedness, more in the style of 1890 than of 1963.</w:t>
      </w:r>
      <w:r>
        <w:br/>
      </w:r>
      <w:r>
        <w:t xml:space="preserve">    (a) acting naturally without being overly self-conscious</w:t>
      </w:r>
      <w:r>
        <w:br/>
      </w:r>
      <w:r>
        <w:t xml:space="preserve">    (b) the process of excessive encouragement or excitement</w:t>
      </w:r>
      <w:r>
        <w:br/>
      </w:r>
      <w:r>
        <w:t xml:space="preserve">    (c) the ability to take or adopt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I drive a bullock round the farm at home,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harrowing</w:t>
      </w:r>
      <w:r>
        <w:rPr>
          <w:b/>
          <w:bCs/>
        </w:rPr>
        <w:t xml:space="preserve"> </w:t>
      </w:r>
      <w:r>
        <w:rPr>
          <w:b/>
          <w:bCs/>
        </w:rPr>
        <w:t xml:space="preserve">the muck.</w:t>
      </w:r>
      <w:r>
        <w:br/>
      </w:r>
      <w:r>
        <w:t xml:space="preserve">    (a) able to be disagreed with</w:t>
      </w:r>
      <w:r>
        <w:br/>
      </w:r>
      <w:r>
        <w:t xml:space="preserve">    (b) frightening or unsettling</w:t>
      </w:r>
      <w:r>
        <w:br/>
      </w:r>
      <w:r>
        <w:t xml:space="preserve">    (c) not tending to find fault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John Osborne smiled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wryly</w:t>
      </w:r>
      <w:r>
        <w:rPr>
          <w:b/>
          <w:bCs/>
        </w:rPr>
        <w:t xml:space="preserve">.</w:t>
      </w:r>
      <w:r>
        <w:br/>
      </w:r>
      <w:r>
        <w:t xml:space="preserve">    (a) humor -- often understated, sarcastic, or ironic -- often expressed by twisting the face</w:t>
      </w:r>
      <w:r>
        <w:br/>
      </w:r>
      <w:r>
        <w:t xml:space="preserve">    (b) in a manner that relates to questions that cannot be answered with the scientific method</w:t>
      </w:r>
      <w:r>
        <w:br/>
      </w:r>
      <w:r>
        <w:t xml:space="preserve">    (c) adequately (in a manner that provides enough -- often without being more than is needed)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all, if he commands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nuclear</w:t>
      </w:r>
      <w:r>
        <w:rPr>
          <w:b/>
          <w:bCs/>
        </w:rPr>
        <w:t xml:space="preserve">-powered submarine he ought to be able to learn to shovel silage.</w:t>
      </w:r>
      <w:r>
        <w:br/>
      </w:r>
      <w:r>
        <w:t xml:space="preserve">    (a) relating to the central or most important part of something</w:t>
      </w:r>
      <w:r>
        <w:br/>
      </w:r>
      <w:r>
        <w:t xml:space="preserve">    (b) the condition of being exclusive to (someone or some group)</w:t>
      </w:r>
      <w:r>
        <w:br/>
      </w:r>
      <w:r>
        <w:t xml:space="preserve">    (c) the quality of inappropriateness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surface along latitude thirty, north of New Zealand, south of Pitcairn, till we pick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longitude</w:t>
      </w:r>
      <w:r>
        <w:rPr>
          <w:b/>
          <w:bCs/>
        </w:rPr>
        <w:t xml:space="preserve"> </w:t>
      </w:r>
      <w:r>
        <w:rPr>
          <w:b/>
          <w:bCs/>
        </w:rPr>
        <w:t xml:space="preserve">one-twenty.</w:t>
      </w:r>
      <w:r>
        <w:br/>
      </w:r>
      <w:r>
        <w:t xml:space="preserve">    (a) a measure of east/west (relative to the Prime Meridian) on the earth</w:t>
      </w:r>
      <w:r>
        <w:br/>
      </w:r>
      <w:r>
        <w:t xml:space="preserve">    (b) lack of interest; or the process of stopping interaction or interest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Apart from that, she is the only long-range vessel left at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disposal</w:t>
      </w:r>
      <w:r>
        <w:rPr>
          <w:b/>
          <w:bCs/>
        </w:rPr>
        <w:t xml:space="preserve"> </w:t>
      </w:r>
      <w:r>
        <w:rPr>
          <w:b/>
          <w:bCs/>
        </w:rPr>
        <w:t xml:space="preserve">for communication with South America and with South Africa.</w:t>
      </w:r>
      <w:r>
        <w:br/>
      </w:r>
      <w:r>
        <w:t xml:space="preserve">    (a) the taking on or adoption of power or responsibility</w:t>
      </w:r>
      <w:r>
        <w:br/>
      </w:r>
      <w:r>
        <w:t xml:space="preserve">    (b) the process of controlling (how something turns out)</w:t>
      </w:r>
      <w:r>
        <w:br/>
      </w:r>
      <w:r>
        <w:t xml:space="preserve">    (c) command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all, if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</w:t>
      </w:r>
      <w:r>
        <w:rPr>
          <w:b/>
          <w:bCs/>
        </w:rPr>
        <w:t xml:space="preserve"> </w:t>
      </w:r>
      <w:r>
        <w:rPr>
          <w:b/>
          <w:bCs/>
        </w:rPr>
        <w:t xml:space="preserve">number of monkeys start playing with an infinite number of typewriters, one of them will write a play of Shakespeare.</w:t>
      </w:r>
      <w:r>
        <w:br/>
      </w:r>
      <w:r>
        <w:t xml:space="preserve">    (a) unlimited; without boundaries; or too numerous to count</w:t>
      </w:r>
      <w:r>
        <w:br/>
      </w:r>
      <w:r>
        <w:t xml:space="preserve">    (b) power or responsibility that can be taken on or adopted</w:t>
      </w:r>
      <w:r>
        <w:br/>
      </w:r>
      <w:r>
        <w:t xml:space="preserve">    (c) the characteristic of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"Shopping!" she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.</w:t>
      </w:r>
      <w:r>
        <w:br/>
      </w:r>
      <w:r>
        <w:t xml:space="preserve">    (a) with acceptance of something undesired as unavoidable</w:t>
      </w:r>
      <w:r>
        <w:br/>
      </w:r>
      <w:r>
        <w:t xml:space="preserve">    (b) with anger or annoyance at something unjust or wrong</w:t>
      </w:r>
      <w:r>
        <w:br/>
      </w:r>
      <w:r>
        <w:t xml:space="preserve">    (c) with surprise as something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they approached more populous districts there were always one or two men waiting to look through the periscope as soon as the officers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relinquished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thought carefully</w:t>
      </w:r>
      <w:r>
        <w:br/>
      </w:r>
      <w:r>
        <w:t xml:space="preserve">    (b) gave up or let go</w:t>
      </w:r>
      <w:r>
        <w:br/>
      </w:r>
      <w:r>
        <w:t xml:space="preserve">    (c) helped make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perishing</w:t>
      </w:r>
      <w:r>
        <w:rPr>
          <w:b/>
          <w:bCs/>
        </w:rPr>
        <w:t xml:space="preserve"> </w:t>
      </w:r>
      <w:r>
        <w:rPr>
          <w:b/>
          <w:bCs/>
        </w:rPr>
        <w:t xml:space="preserve">cold up there.</w:t>
      </w:r>
      <w:r>
        <w:br/>
      </w:r>
      <w:r>
        <w:t xml:space="preserve">    (a) protecting something or keeping it as it is</w:t>
      </w:r>
      <w:r>
        <w:br/>
      </w:r>
      <w:r>
        <w:t xml:space="preserve">    (b) dying or being destroyed; or extremely cold</w:t>
      </w:r>
      <w:r>
        <w:br/>
      </w:r>
      <w:r>
        <w:t xml:space="preserve">    (c) compensating for a loss; or paying a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never met anyone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conscientious</w:t>
      </w:r>
      <w:r>
        <w:rPr>
          <w:b/>
          <w:bCs/>
        </w:rPr>
        <w:t xml:space="preserve">.</w:t>
      </w:r>
      <w:r>
        <w:br/>
      </w:r>
      <w:r>
        <w:t xml:space="preserve">    (a) not attractive or desirable</w:t>
      </w:r>
      <w:r>
        <w:br/>
      </w:r>
      <w:r>
        <w:t xml:space="preserve">    (b) careful to do what is right</w:t>
      </w:r>
      <w:r>
        <w:br/>
      </w:r>
      <w:r>
        <w:t xml:space="preserve">    (c) orbiting Earth once per day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wouldn't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immune</w:t>
      </w:r>
      <w:r>
        <w:rPr>
          <w:b/>
          <w:bCs/>
        </w:rPr>
        <w:t xml:space="preserve">.</w:t>
      </w:r>
      <w:r>
        <w:br/>
      </w:r>
      <w:r>
        <w:t xml:space="preserve">    (a) not in danger of suffering from something  OR  relating to disease resistance</w:t>
      </w:r>
      <w:r>
        <w:br/>
      </w:r>
      <w:r>
        <w:t xml:space="preserve">    (b) a health indicator measured by the force of circulating blood on the arteries</w:t>
      </w:r>
      <w:r>
        <w:br/>
      </w:r>
      <w:r>
        <w:t xml:space="preserve">    (c) the state or character of having found a condition or substance to be present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2026-07-31T19:04:21Z</dcterms:created>
  <dcterms:modified xsi:type="dcterms:W3CDTF">2026-07-31T19:04:21Z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