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e1e8e6ffb390d58d303de15224824d04dc6c9fa"/>
    <w:p>
      <w:pPr>
        <w:pStyle w:val="Heading1"/>
      </w:pPr>
      <w:r>
        <w:rPr>
          <w:b/>
          <w:bCs/>
        </w:rPr>
        <w:t xml:space="preserve">Oliver Twist</w:t>
      </w:r>
      <w:r>
        <w:br/>
      </w:r>
      <w:r>
        <w:rPr>
          <w:i/>
          <w:iCs/>
        </w:rPr>
        <w:t xml:space="preserve">Charles Dickens</w:t>
      </w:r>
      <w:r>
        <w:br/>
      </w:r>
      <w:r>
        <w:rPr>
          <w:b/>
          <w:bCs/>
        </w:rPr>
        <w:t xml:space="preserve">Vocabulary Preview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advocates</w:t>
      </w:r>
      <w:r>
        <w:rPr>
          <w:b/>
          <w:bCs/>
        </w:rPr>
        <w:t xml:space="preserve"> </w:t>
      </w:r>
      <w:r>
        <w:rPr>
          <w:b/>
          <w:bCs/>
        </w:rPr>
        <w:t xml:space="preserve">giving all students the opportunity to attend school in the summer too.</w:t>
      </w:r>
      <w:r>
        <w:br/>
      </w:r>
      <w:r>
        <w:t xml:space="preserve">    (a) researches</w:t>
      </w:r>
      <w:r>
        <w:br/>
      </w:r>
      <w:r>
        <w:t xml:space="preserve">    (b) supports</w:t>
      </w:r>
      <w:r>
        <w:br/>
      </w:r>
      <w:r>
        <w:t xml:space="preserve">    (c) is against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company needs a good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advocate</w:t>
      </w:r>
      <w:r>
        <w:rPr>
          <w:b/>
          <w:bCs/>
        </w:rPr>
        <w:t xml:space="preserve"> </w:t>
      </w:r>
      <w:r>
        <w:rPr>
          <w:b/>
          <w:bCs/>
        </w:rPr>
        <w:t xml:space="preserve">to represent them in trial in Scotland.</w:t>
      </w:r>
      <w:r>
        <w:br/>
      </w:r>
      <w:r>
        <w:t xml:space="preserve">    (a) lawyer</w:t>
      </w:r>
      <w:r>
        <w:br/>
      </w:r>
      <w:r>
        <w:t xml:space="preserve">    (b) expert witness</w:t>
      </w:r>
      <w:r>
        <w:br/>
      </w:r>
      <w:r>
        <w:t xml:space="preserve">    (c) sympathetic witness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Our organization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bestows</w:t>
      </w:r>
      <w:r>
        <w:rPr>
          <w:b/>
          <w:bCs/>
        </w:rPr>
        <w:t xml:space="preserve"> </w:t>
      </w:r>
      <w:r>
        <w:rPr>
          <w:b/>
          <w:bCs/>
        </w:rPr>
        <w:t xml:space="preserve">honors, awards, and sometimes cash prizes to promising writers.</w:t>
      </w:r>
      <w:r>
        <w:br/>
      </w:r>
      <w:r>
        <w:t xml:space="preserve">    (a) shows</w:t>
      </w:r>
      <w:r>
        <w:br/>
      </w:r>
      <w:r>
        <w:t xml:space="preserve">    (b) recommends</w:t>
      </w:r>
      <w:r>
        <w:br/>
      </w:r>
      <w:r>
        <w:t xml:space="preserve">    (c) gives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Please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convey</w:t>
      </w:r>
      <w:r>
        <w:rPr>
          <w:b/>
          <w:bCs/>
        </w:rPr>
        <w:t xml:space="preserve"> </w:t>
      </w:r>
      <w:r>
        <w:rPr>
          <w:b/>
          <w:bCs/>
        </w:rPr>
        <w:t xml:space="preserve">my gratitude for her hospitality.</w:t>
      </w:r>
      <w:r>
        <w:br/>
      </w:r>
      <w:r>
        <w:t xml:space="preserve">    (a) express</w:t>
      </w:r>
      <w:r>
        <w:br/>
      </w:r>
      <w:r>
        <w:t xml:space="preserve">    (b) accept</w:t>
      </w:r>
      <w:r>
        <w:br/>
      </w:r>
      <w:r>
        <w:t xml:space="preserve">    (c) understand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 hired a carriage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convey</w:t>
      </w:r>
      <w:r>
        <w:rPr>
          <w:b/>
          <w:bCs/>
        </w:rPr>
        <w:t xml:space="preserve"> </w:t>
      </w:r>
      <w:r>
        <w:rPr>
          <w:b/>
          <w:bCs/>
        </w:rPr>
        <w:t xml:space="preserve">us to the city.</w:t>
      </w:r>
      <w:r>
        <w:br/>
      </w:r>
      <w:r>
        <w:t xml:space="preserve">    (a) give service of</w:t>
      </w:r>
      <w:r>
        <w:br/>
      </w:r>
      <w:r>
        <w:t xml:space="preserve">    (b) transport</w:t>
      </w:r>
      <w:r>
        <w:br/>
      </w:r>
      <w:r>
        <w:t xml:space="preserve">    (c) explain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countenance</w:t>
      </w:r>
      <w:r>
        <w:rPr>
          <w:b/>
          <w:bCs/>
        </w:rPr>
        <w:t xml:space="preserve"> </w:t>
      </w:r>
      <w:r>
        <w:rPr>
          <w:b/>
          <w:bCs/>
        </w:rPr>
        <w:t xml:space="preserve">grew stern.</w:t>
      </w:r>
      <w:r>
        <w:br/>
      </w:r>
      <w:r>
        <w:t xml:space="preserve">    (a) a method of counting</w:t>
      </w:r>
      <w:r>
        <w:br/>
      </w:r>
      <w:r>
        <w:t xml:space="preserve">    (b) voice</w:t>
      </w:r>
      <w:r>
        <w:br/>
      </w:r>
      <w:r>
        <w:t xml:space="preserve">    (c) facial expression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issue will be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disposed</w:t>
      </w:r>
      <w:r>
        <w:rPr>
          <w:b/>
          <w:bCs/>
        </w:rPr>
        <w:t xml:space="preserve"> </w:t>
      </w:r>
      <w:r>
        <w:rPr>
          <w:b/>
          <w:bCs/>
        </w:rPr>
        <w:t xml:space="preserve">of by the judge.</w:t>
      </w:r>
      <w:r>
        <w:br/>
      </w:r>
      <w:r>
        <w:t xml:space="preserve">    (a) settled</w:t>
      </w:r>
      <w:r>
        <w:br/>
      </w:r>
      <w:r>
        <w:t xml:space="preserve">    (b) studied</w:t>
      </w:r>
      <w:r>
        <w:br/>
      </w:r>
      <w:r>
        <w:t xml:space="preserve">    (c) discussed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In that country, you are unlikely to find an official who 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disposed</w:t>
      </w:r>
      <w:r>
        <w:rPr>
          <w:b/>
          <w:bCs/>
        </w:rPr>
        <w:t xml:space="preserve"> </w:t>
      </w:r>
      <w:r>
        <w:rPr>
          <w:b/>
          <w:bCs/>
        </w:rPr>
        <w:t xml:space="preserve">to help you unless you offer a bribe.</w:t>
      </w:r>
      <w:r>
        <w:br/>
      </w:r>
      <w:r>
        <w:t xml:space="preserve">    (a) inclined</w:t>
      </w:r>
      <w:r>
        <w:br/>
      </w:r>
      <w:r>
        <w:t xml:space="preserve">    (b) ordered</w:t>
      </w:r>
      <w:r>
        <w:br/>
      </w:r>
      <w:r>
        <w:t xml:space="preserve">    (c) able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made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impetuous</w:t>
      </w:r>
      <w:r>
        <w:rPr>
          <w:b/>
          <w:bCs/>
        </w:rPr>
        <w:t xml:space="preserve"> </w:t>
      </w:r>
      <w:r>
        <w:rPr>
          <w:b/>
          <w:bCs/>
        </w:rPr>
        <w:t xml:space="preserve">purchase, buying the car without test-driving it first.</w:t>
      </w:r>
      <w:r>
        <w:br/>
      </w:r>
      <w:r>
        <w:t xml:space="preserve">    (a) wealthy</w:t>
      </w:r>
      <w:r>
        <w:br/>
      </w:r>
      <w:r>
        <w:t xml:space="preserve">    (b) impulsive</w:t>
      </w:r>
      <w:r>
        <w:br/>
      </w:r>
      <w:r>
        <w:t xml:space="preserve">    (c) cautious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official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inquiry</w:t>
      </w:r>
      <w:r>
        <w:rPr>
          <w:b/>
          <w:bCs/>
        </w:rPr>
        <w:t xml:space="preserve"> </w:t>
      </w:r>
      <w:r>
        <w:rPr>
          <w:b/>
          <w:bCs/>
        </w:rPr>
        <w:t xml:space="preserve">has ended, but the press continues to ask questions.</w:t>
      </w:r>
      <w:r>
        <w:br/>
      </w:r>
      <w:r>
        <w:t xml:space="preserve">    (a) statement</w:t>
      </w:r>
      <w:r>
        <w:br/>
      </w:r>
      <w:r>
        <w:t xml:space="preserve">    (b) story</w:t>
      </w:r>
      <w:r>
        <w:br/>
      </w:r>
      <w:r>
        <w:t xml:space="preserve">    (c) investigation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They have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interposed</w:t>
      </w:r>
      <w:r>
        <w:rPr>
          <w:b/>
          <w:bCs/>
        </w:rPr>
        <w:t xml:space="preserve"> </w:t>
      </w:r>
      <w:r>
        <w:rPr>
          <w:b/>
          <w:bCs/>
        </w:rPr>
        <w:t xml:space="preserve">themselves on the side of our enemy.</w:t>
      </w:r>
      <w:r>
        <w:br/>
      </w:r>
      <w:r>
        <w:t xml:space="preserve">    (a) been seen</w:t>
      </w:r>
      <w:r>
        <w:br/>
      </w:r>
      <w:r>
        <w:t xml:space="preserve">    (b) hidden</w:t>
      </w:r>
      <w:r>
        <w:br/>
      </w:r>
      <w:r>
        <w:t xml:space="preserve">    (c) inserted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Each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monk</w:t>
      </w:r>
      <w:r>
        <w:rPr>
          <w:b/>
          <w:bCs/>
        </w:rPr>
        <w:t xml:space="preserve"> </w:t>
      </w:r>
      <w:r>
        <w:rPr>
          <w:b/>
          <w:bCs/>
        </w:rPr>
        <w:t xml:space="preserve">in the order leads a simple life without luxury.</w:t>
      </w:r>
      <w:r>
        <w:br/>
      </w:r>
      <w:r>
        <w:t xml:space="preserve">    (a) a female member of a religious order</w:t>
      </w:r>
      <w:r>
        <w:br/>
      </w:r>
      <w:r>
        <w:t xml:space="preserve">    (b) a member of a religious order</w:t>
      </w:r>
      <w:r>
        <w:br/>
      </w:r>
      <w:r>
        <w:t xml:space="preserve">    (c) a male member of a religious order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Our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parish</w:t>
      </w:r>
      <w:r>
        <w:rPr>
          <w:b/>
          <w:bCs/>
        </w:rPr>
        <w:t xml:space="preserve"> </w:t>
      </w:r>
      <w:r>
        <w:rPr>
          <w:b/>
          <w:bCs/>
        </w:rPr>
        <w:t xml:space="preserve">raised funds to repair the old chapel's leaking roof and bell tower.</w:t>
      </w:r>
      <w:r>
        <w:br/>
      </w:r>
      <w:r>
        <w:t xml:space="preserve">    (a) local church community</w:t>
      </w:r>
      <w:r>
        <w:br/>
      </w:r>
      <w:r>
        <w:t xml:space="preserve">    (b) private school district</w:t>
      </w:r>
      <w:r>
        <w:br/>
      </w:r>
      <w:r>
        <w:t xml:space="preserve">    (c) large city government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is a story about a prince who changes places with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pauper</w:t>
      </w:r>
      <w:r>
        <w:rPr>
          <w:b/>
          <w:bCs/>
        </w:rPr>
        <w:t xml:space="preserve">.</w:t>
      </w:r>
      <w:r>
        <w:br/>
      </w:r>
      <w:r>
        <w:t xml:space="preserve">    (a) wealthy person</w:t>
      </w:r>
      <w:r>
        <w:br/>
      </w:r>
      <w:r>
        <w:t xml:space="preserve">    (b) poor person</w:t>
      </w:r>
      <w:r>
        <w:br/>
      </w:r>
      <w:r>
        <w:t xml:space="preserve">    (c) palace visitor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don't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recollect</w:t>
      </w:r>
      <w:r>
        <w:rPr>
          <w:b/>
          <w:bCs/>
        </w:rPr>
        <w:t xml:space="preserve"> </w:t>
      </w:r>
      <w:r>
        <w:rPr>
          <w:b/>
          <w:bCs/>
        </w:rPr>
        <w:t xml:space="preserve">her name, but I'd recognize her.</w:t>
      </w:r>
      <w:r>
        <w:br/>
      </w:r>
      <w:r>
        <w:t xml:space="preserve">    (a) pronounce properly</w:t>
      </w:r>
      <w:r>
        <w:br/>
      </w:r>
      <w:r>
        <w:t xml:space="preserve">    (b) spell properly</w:t>
      </w:r>
      <w:r>
        <w:br/>
      </w:r>
      <w:r>
        <w:t xml:space="preserve">    (c) remember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lawyers will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remonstrate</w:t>
      </w:r>
      <w:r>
        <w:rPr>
          <w:b/>
          <w:bCs/>
        </w:rPr>
        <w:t xml:space="preserve"> </w:t>
      </w:r>
      <w:r>
        <w:rPr>
          <w:b/>
          <w:bCs/>
        </w:rPr>
        <w:t xml:space="preserve">that we're starting without a written agreement, but we trust each other.</w:t>
      </w:r>
      <w:r>
        <w:br/>
      </w:r>
      <w:r>
        <w:t xml:space="preserve">    (a) promise</w:t>
      </w:r>
      <w:r>
        <w:br/>
      </w:r>
      <w:r>
        <w:t xml:space="preserve">    (b) protest</w:t>
      </w:r>
      <w:r>
        <w:br/>
      </w:r>
      <w:r>
        <w:t xml:space="preserve">    (c) explain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retorted</w:t>
      </w:r>
      <w:r>
        <w:rPr>
          <w:b/>
          <w:bCs/>
        </w:rPr>
        <w:t xml:space="preserve">, "Takes one to know one."</w:t>
      </w:r>
      <w:r>
        <w:br/>
      </w:r>
      <w:r>
        <w:t xml:space="preserve">    (a) joyfully laughed</w:t>
      </w:r>
      <w:r>
        <w:br/>
      </w:r>
      <w:r>
        <w:t xml:space="preserve">    (b) quickly replied</w:t>
      </w:r>
      <w:r>
        <w:br/>
      </w:r>
      <w:r>
        <w:t xml:space="preserve">    (c) insulted back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smell of freshly brewed coffee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roused</w:t>
      </w:r>
      <w:r>
        <w:rPr>
          <w:b/>
          <w:bCs/>
        </w:rPr>
        <w:t xml:space="preserve"> </w:t>
      </w:r>
      <w:r>
        <w:rPr>
          <w:b/>
          <w:bCs/>
        </w:rPr>
        <w:t xml:space="preserve">her from her sleep.</w:t>
      </w:r>
      <w:r>
        <w:br/>
      </w:r>
      <w:r>
        <w:t xml:space="preserve">    (a) awakened</w:t>
      </w:r>
      <w:r>
        <w:br/>
      </w:r>
      <w:r>
        <w:t xml:space="preserve">    (b) interrupted</w:t>
      </w:r>
      <w:r>
        <w:br/>
      </w:r>
      <w:r>
        <w:t xml:space="preserve">    (c) deepened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experiment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yielded</w:t>
      </w:r>
      <w:r>
        <w:rPr>
          <w:b/>
          <w:bCs/>
        </w:rPr>
        <w:t xml:space="preserve"> </w:t>
      </w:r>
      <w:r>
        <w:rPr>
          <w:b/>
          <w:bCs/>
        </w:rPr>
        <w:t xml:space="preserve">data that raised a new set of questions.</w:t>
      </w:r>
      <w:r>
        <w:br/>
      </w:r>
      <w:r>
        <w:t xml:space="preserve">    (a) destroyed</w:t>
      </w:r>
      <w:r>
        <w:br/>
      </w:r>
      <w:r>
        <w:t xml:space="preserve">    (b) slowed down</w:t>
      </w:r>
      <w:r>
        <w:br/>
      </w:r>
      <w:r>
        <w:t xml:space="preserve">    (c) produced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After the scandal, she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yielded</w:t>
      </w:r>
      <w:r>
        <w:rPr>
          <w:b/>
          <w:bCs/>
        </w:rPr>
        <w:t xml:space="preserve"> </w:t>
      </w:r>
      <w:r>
        <w:rPr>
          <w:b/>
          <w:bCs/>
        </w:rPr>
        <w:t xml:space="preserve">to public pressure and resigned her position.</w:t>
      </w:r>
      <w:r>
        <w:br/>
      </w:r>
      <w:r>
        <w:t xml:space="preserve">    (a) produced</w:t>
      </w:r>
      <w:r>
        <w:br/>
      </w:r>
      <w:r>
        <w:t xml:space="preserve">    (b) added</w:t>
      </w:r>
      <w:r>
        <w:br/>
      </w:r>
      <w:r>
        <w:t xml:space="preserve">    (c) gave in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2026-07-31T14:50:45Z</dcterms:created>
  <dcterms:modified xsi:type="dcterms:W3CDTF">2026-07-31T14:50:45Z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