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d5103bddb5c710491f1764bd3944119c2cf5fa"/>
    <w:p>
      <w:pPr>
        <w:pStyle w:val="Heading1"/>
      </w:pPr>
      <w:r>
        <w:rPr>
          <w:b/>
          <w:bCs/>
        </w:rPr>
        <w:t xml:space="preserve">Oliver Twist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</w:t>
      </w:r>
      <w:r>
        <w:br/>
      </w:r>
      <w:r>
        <w:t xml:space="preserve">    (b) embarrassment</w:t>
      </w:r>
      <w:r>
        <w:br/>
      </w:r>
      <w:r>
        <w:t xml:space="preserve">    (c)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increase</w:t>
      </w:r>
      <w:r>
        <w:br/>
      </w:r>
      <w:r>
        <w:t xml:space="preserve">    (b) distract from</w:t>
      </w:r>
      <w:r>
        <w:br/>
      </w:r>
      <w:r>
        <w:t xml:space="preserve">    (c) reduce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represent</w:t>
      </w:r>
      <w:r>
        <w:br/>
      </w:r>
      <w:r>
        <w:t xml:space="preserve">    (b) scatter</w:t>
      </w:r>
      <w:r>
        <w:br/>
      </w:r>
      <w:r>
        <w:t xml:space="preserve">    (c)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unpleasant sound</w:t>
      </w:r>
      <w:r>
        <w:br/>
      </w:r>
      <w:r>
        <w:t xml:space="preserve">    (b) loud sound</w:t>
      </w:r>
      <w:r>
        <w:br/>
      </w:r>
      <w:r>
        <w:t xml:space="preserve">    (c) attractive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defeat</w:t>
      </w:r>
      <w:r>
        <w:br/>
      </w:r>
      <w:r>
        <w:t xml:space="preserve">    (b) criticize</w:t>
      </w:r>
      <w:r>
        <w:br/>
      </w:r>
      <w:r>
        <w:t xml:space="preserve">    (c) erase from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singing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evinces</w:t>
      </w:r>
      <w:r>
        <w:rPr>
          <w:b/>
          <w:bCs/>
        </w:rPr>
        <w:t xml:space="preserve"> </w:t>
      </w:r>
      <w:r>
        <w:rPr>
          <w:b/>
          <w:bCs/>
        </w:rPr>
        <w:t xml:space="preserve">a natural gift.</w:t>
      </w:r>
      <w:r>
        <w:br/>
      </w:r>
      <w:r>
        <w:t xml:space="preserve">    (a) shows</w:t>
      </w:r>
      <w:r>
        <w:br/>
      </w:r>
      <w:r>
        <w:t xml:space="preserve">    (b) craves</w:t>
      </w:r>
      <w:r>
        <w:br/>
      </w:r>
      <w:r>
        <w:t xml:space="preserve">    (c) lacks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execrating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man who had abandoned their family, blaming him for every hardship.</w:t>
      </w:r>
      <w:r>
        <w:br/>
      </w:r>
      <w:r>
        <w:t xml:space="preserve">    (a) aroused or inspired again</w:t>
      </w:r>
      <w:r>
        <w:br/>
      </w:r>
      <w:r>
        <w:t xml:space="preserve">    (b) arouses or inspires again</w:t>
      </w:r>
      <w:r>
        <w:br/>
      </w:r>
      <w:r>
        <w:t xml:space="preserve">    (c) expressing intense hatred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trust you didn't take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</w:t>
      </w:r>
      <w:r>
        <w:rPr>
          <w:b/>
          <w:bCs/>
        </w:rPr>
        <w:t xml:space="preserve"> </w:t>
      </w:r>
      <w:r>
        <w:rPr>
          <w:b/>
          <w:bCs/>
        </w:rPr>
        <w:t xml:space="preserve">remarks seriously.</w:t>
      </w:r>
      <w:r>
        <w:br/>
      </w:r>
      <w:r>
        <w:t xml:space="preserve">    (a) mildly offensive</w:t>
      </w:r>
      <w:r>
        <w:br/>
      </w:r>
      <w:r>
        <w:t xml:space="preserve">    (b) not serious</w:t>
      </w:r>
      <w:r>
        <w:br/>
      </w:r>
      <w:r>
        <w:t xml:space="preserve">    (c) deeply personal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extremely quiet</w:t>
      </w:r>
      <w:r>
        <w:br/>
      </w:r>
      <w:r>
        <w:t xml:space="preserve">    (b) thoughtfully kind</w:t>
      </w:r>
      <w:r>
        <w:br/>
      </w:r>
      <w:r>
        <w:t xml:space="preserve">    (c) disrespectfully bold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annoying</w:t>
      </w:r>
      <w:r>
        <w:br/>
      </w:r>
      <w:r>
        <w:t xml:space="preserve">    (b) expensive</w:t>
      </w:r>
      <w:r>
        <w:br/>
      </w:r>
      <w:r>
        <w:t xml:space="preserve">    (c) antique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; not sure if she should go left or right.</w:t>
      </w:r>
      <w:r>
        <w:br/>
      </w:r>
      <w:r>
        <w:t xml:space="preserve">    (a) uncertain of how to proceed</w:t>
      </w:r>
      <w:r>
        <w:br/>
      </w:r>
      <w:r>
        <w:t xml:space="preserve">    (b) completely still</w:t>
      </w:r>
      <w:r>
        <w:br/>
      </w:r>
      <w:r>
        <w:t xml:space="preserve">    (c) quivering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quickly eliminated</w:t>
      </w:r>
      <w:r>
        <w:br/>
      </w:r>
      <w:r>
        <w:t xml:space="preserve">    (b) available from prior research</w:t>
      </w:r>
      <w:r>
        <w:br/>
      </w:r>
      <w:r>
        <w:t xml:space="preserve">    (c) including even small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Guiteau was insane and assassinated President Garfield because he believed Garfield cheated him out of a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 </w:t>
      </w:r>
      <w:r>
        <w:rPr>
          <w:b/>
          <w:bCs/>
        </w:rPr>
        <w:t xml:space="preserve">job. He thought he was owed the job for giving a speech encouraging others to vote for Garfield.</w:t>
      </w:r>
      <w:r>
        <w:br/>
      </w:r>
      <w:r>
        <w:t xml:space="preserve">    (a) civil service</w:t>
      </w:r>
      <w:r>
        <w:br/>
      </w:r>
      <w:r>
        <w:t xml:space="preserve">    (b) favor for political support</w:t>
      </w:r>
      <w:r>
        <w:br/>
      </w:r>
      <w:r>
        <w:t xml:space="preserve">    (c) high-ranking and high-paying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practice, she gained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 </w:t>
      </w:r>
      <w:r>
        <w:rPr>
          <w:b/>
          <w:bCs/>
        </w:rPr>
        <w:t xml:space="preserve">in Spanish to hold a simple conversation.</w:t>
      </w:r>
      <w:r>
        <w:br/>
      </w:r>
      <w:r>
        <w:t xml:space="preserve">    (a) skill</w:t>
      </w:r>
      <w:r>
        <w:br/>
      </w:r>
      <w:r>
        <w:t xml:space="preserve">    (b) interest</w:t>
      </w:r>
      <w:r>
        <w:br/>
      </w:r>
      <w:r>
        <w:t xml:space="preserve">    (c) permission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called the event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profligate</w:t>
      </w:r>
      <w:r>
        <w:rPr>
          <w:b/>
          <w:bCs/>
        </w:rPr>
        <w:t xml:space="preserve"> </w:t>
      </w:r>
      <w:r>
        <w:rPr>
          <w:b/>
          <w:bCs/>
        </w:rPr>
        <w:t xml:space="preserve">display of wealth during a time of economic hardship.</w:t>
      </w:r>
      <w:r>
        <w:br/>
      </w:r>
      <w:r>
        <w:t xml:space="preserve">    (a) (adjective) designed to stop something  OR  (noun) something that stops something else</w:t>
      </w:r>
      <w:r>
        <w:br/>
      </w:r>
      <w:r>
        <w:t xml:space="preserve">    (b) wastefully extravagant</w:t>
      </w:r>
      <w:r>
        <w:br/>
      </w:r>
      <w:r>
        <w:t xml:space="preserve">    (c) related to intelligence -- such as requiring, appealing to, or possessing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</w:t>
      </w:r>
      <w:r>
        <w:rPr>
          <w:b/>
          <w:bCs/>
        </w:rPr>
        <w:t xml:space="preserve"> </w:t>
      </w:r>
      <w:r>
        <w:rPr>
          <w:b/>
          <w:bCs/>
        </w:rPr>
        <w:t xml:space="preserve">his feelings after he professed his love for her.</w:t>
      </w:r>
      <w:r>
        <w:br/>
      </w:r>
      <w:r>
        <w:t xml:space="preserve">    (a) return</w:t>
      </w:r>
      <w:r>
        <w:br/>
      </w:r>
      <w:r>
        <w:t xml:space="preserve">    (b) understand</w:t>
      </w:r>
      <w:r>
        <w:br/>
      </w:r>
      <w:r>
        <w:t xml:space="preserve">    (c) hear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greeting</w:t>
      </w:r>
      <w:r>
        <w:br/>
      </w:r>
      <w:r>
        <w:t xml:space="preserve">    (b) introduction</w:t>
      </w:r>
      <w:r>
        <w:br/>
      </w:r>
      <w:r>
        <w:t xml:space="preserve">    (c)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refugees lived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conditions with no clean water or proper shelter.</w:t>
      </w:r>
      <w:r>
        <w:br/>
      </w:r>
      <w:r>
        <w:t xml:space="preserve">    (a) filthy and unpleasant</w:t>
      </w:r>
      <w:r>
        <w:br/>
      </w:r>
      <w:r>
        <w:t xml:space="preserve">    (b) loud and crowded</w:t>
      </w:r>
      <w:r>
        <w:br/>
      </w:r>
      <w:r>
        <w:t xml:space="preserve">    (c) clean and 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Power in the city is divided amongst the mayor, city council,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sundry</w:t>
      </w:r>
      <w:r>
        <w:rPr>
          <w:b/>
          <w:bCs/>
        </w:rPr>
        <w:t xml:space="preserve"> </w:t>
      </w:r>
      <w:r>
        <w:rPr>
          <w:b/>
          <w:bCs/>
        </w:rPr>
        <w:t xml:space="preserve">city commissions.</w:t>
      </w:r>
      <w:r>
        <w:br/>
      </w:r>
      <w:r>
        <w:t xml:space="preserve">    (a) elected</w:t>
      </w:r>
      <w:r>
        <w:br/>
      </w:r>
      <w:r>
        <w:t xml:space="preserve">    (b) various</w:t>
      </w:r>
      <w:r>
        <w:br/>
      </w:r>
      <w:r>
        <w:t xml:space="preserve">    (c) skillful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losing everything, he lived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 </w:t>
      </w:r>
      <w:r>
        <w:rPr>
          <w:b/>
          <w:bCs/>
        </w:rPr>
        <w:t xml:space="preserve">for nearly five years.</w:t>
      </w:r>
      <w:r>
        <w:br/>
      </w:r>
      <w:r>
        <w:t xml:space="preserve">    (a) wealthy landowner</w:t>
      </w:r>
      <w:r>
        <w:br/>
      </w:r>
      <w:r>
        <w:t xml:space="preserve">    (b) settled farmer</w:t>
      </w:r>
      <w:r>
        <w:br/>
      </w:r>
      <w:r>
        <w:t xml:space="preserve">    (c) wandering drifter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2026-07-31T14:50:45Z</dcterms:created>
  <dcterms:modified xsi:type="dcterms:W3CDTF">2026-07-31T14:50:45Z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