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9ea9f87aefdda0eba87b167086f00c504eb270"/>
    <w:p>
      <w:pPr>
        <w:pStyle w:val="Heading1"/>
      </w:pPr>
      <w:r>
        <w:rPr>
          <w:b/>
          <w:bCs/>
        </w:rPr>
        <w:t xml:space="preserve">Oliver Twist</w:t>
      </w:r>
      <w:r>
        <w:br/>
      </w:r>
      <w:r>
        <w:rPr>
          <w:i/>
          <w:iCs/>
        </w:rPr>
        <w:t xml:space="preserve">Charles Dickens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As they drew near to their destination, however, Mr. Bumble thought it expedient to look down, and see that the boy was in good order for inspection by his new master: which he accordingly did, with a fit and becoming air of gracious</w:t>
      </w:r>
      <w:r>
        <w:rPr>
          <w:b/>
          <w:bCs/>
        </w:rPr>
        <w:t xml:space="preserve"> </w:t>
      </w:r>
      <w:r>
        <w:rPr>
          <w:b/>
          <w:bCs/>
          <w:u w:val="single"/>
        </w:rPr>
        <w:t xml:space="preserve">patronage</w:t>
      </w:r>
      <w:r>
        <w:rPr>
          <w:b/>
          <w:bCs/>
        </w:rPr>
        <w:t xml:space="preserve">.</w:t>
      </w:r>
      <w:r>
        <w:br/>
      </w:r>
      <w:r>
        <w:t xml:space="preserve">    (a) lowest legal hourly pay</w:t>
      </w:r>
      <w:r>
        <w:br/>
      </w:r>
      <w:r>
        <w:t xml:space="preserve">    (b) support or favor given</w:t>
      </w:r>
      <w:r>
        <w:br/>
      </w:r>
      <w:r>
        <w:t xml:space="preserve">    (c) belief in a single God</w:t>
      </w:r>
    </w:p>
    <w:p>
      <w:pPr>
        <w:pStyle w:val="Compact"/>
        <w:numPr>
          <w:ilvl w:val="0"/>
          <w:numId w:val="1001"/>
        </w:numPr>
      </w:pPr>
      <w:r>
        <w:rPr>
          <w:b/>
          <w:bCs/>
        </w:rPr>
        <w:t xml:space="preserve">The houses on either side were high and large, but very old, and tenanted by people of the poorest class: as their neglected appearance would have sufficiently</w:t>
      </w:r>
      <w:r>
        <w:rPr>
          <w:b/>
          <w:bCs/>
        </w:rPr>
        <w:t xml:space="preserve"> </w:t>
      </w:r>
      <w:r>
        <w:rPr>
          <w:b/>
          <w:bCs/>
          <w:u w:val="single"/>
        </w:rPr>
        <w:t xml:space="preserve">denoted</w:t>
      </w:r>
      <w:r>
        <w:rPr>
          <w:b/>
          <w:bCs/>
        </w:rPr>
        <w:t xml:space="preserve">, without the concurrent testimony afforded by the squalid looks of the few men and women who, with folded arms and bodies half doubled, occasionally skulked along.</w:t>
      </w:r>
      <w:r>
        <w:br/>
      </w:r>
      <w:r>
        <w:t xml:space="preserve">    (a) with rises and falls in pitch</w:t>
      </w:r>
      <w:r>
        <w:br/>
      </w:r>
      <w:r>
        <w:t xml:space="preserve">    (b) stand for or symbolize literally; or be a sign or indicator of</w:t>
      </w:r>
      <w:r>
        <w:br/>
      </w:r>
      <w:r>
        <w:t xml:space="preserve">    (c) embarrassed or self-conscious</w:t>
      </w:r>
    </w:p>
    <w:p>
      <w:pPr>
        <w:pStyle w:val="Compact"/>
        <w:numPr>
          <w:ilvl w:val="0"/>
          <w:numId w:val="1001"/>
        </w:numPr>
      </w:pPr>
      <w:r>
        <w:rPr>
          <w:b/>
          <w:bCs/>
        </w:rPr>
        <w:t xml:space="preserve">But, making Oliver cry, Noah attempted to be more</w:t>
      </w:r>
      <w:r>
        <w:rPr>
          <w:b/>
          <w:bCs/>
        </w:rPr>
        <w:t xml:space="preserve"> </w:t>
      </w:r>
      <w:r>
        <w:rPr>
          <w:b/>
          <w:bCs/>
          <w:u w:val="single"/>
        </w:rPr>
        <w:t xml:space="preserve">facetious</w:t>
      </w:r>
      <w:r>
        <w:rPr>
          <w:b/>
          <w:bCs/>
        </w:rPr>
        <w:t xml:space="preserve"> </w:t>
      </w:r>
      <w:r>
        <w:rPr>
          <w:b/>
          <w:bCs/>
        </w:rPr>
        <w:t xml:space="preserve">still; and in his attempt, did what many sometimes do to this day, when they want to be funny.</w:t>
      </w:r>
      <w:r>
        <w:br/>
      </w:r>
      <w:r>
        <w:t xml:space="preserve">    (a) treating serious issues in a humorous way</w:t>
      </w:r>
      <w:r>
        <w:br/>
      </w:r>
      <w:r>
        <w:t xml:space="preserve">    (b) without purpose, job, or natural activity</w:t>
      </w:r>
      <w:r>
        <w:br/>
      </w:r>
      <w:r>
        <w:t xml:space="preserve">    (c) unable or difficult to meet and talk with</w:t>
      </w:r>
    </w:p>
    <w:p>
      <w:pPr>
        <w:pStyle w:val="Compact"/>
        <w:numPr>
          <w:ilvl w:val="0"/>
          <w:numId w:val="1001"/>
        </w:numPr>
      </w:pPr>
      <w:r>
        <w:rPr>
          <w:b/>
          <w:bCs/>
        </w:rPr>
        <w:t xml:space="preserve">Work'us, don't be</w:t>
      </w:r>
      <w:r>
        <w:rPr>
          <w:b/>
          <w:bCs/>
        </w:rPr>
        <w:t xml:space="preserve"> </w:t>
      </w:r>
      <w:r>
        <w:rPr>
          <w:b/>
          <w:bCs/>
          <w:u w:val="single"/>
        </w:rPr>
        <w:t xml:space="preserve">impudent</w:t>
      </w:r>
      <w:r>
        <w:rPr>
          <w:b/>
          <w:bCs/>
        </w:rPr>
        <w:t xml:space="preserve">.</w:t>
      </w:r>
      <w:r>
        <w:br/>
      </w:r>
      <w:r>
        <w:t xml:space="preserve">    (a) working against psychosis (any severe mental disorder in which contact with reality is lost or highly distorted)</w:t>
      </w:r>
      <w:r>
        <w:br/>
      </w:r>
      <w:r>
        <w:t xml:space="preserve">    (b) improperly bold or disrespectful -- especially toward someone who is older or considered to be of higher status</w:t>
      </w:r>
      <w:r>
        <w:br/>
      </w:r>
      <w:r>
        <w:t xml:space="preserve">    (c) alternative medicine using extremely diluted doses of a substance to treat the same symptoms larger doses cause</w:t>
      </w:r>
    </w:p>
    <w:p>
      <w:pPr>
        <w:pStyle w:val="Compact"/>
        <w:numPr>
          <w:ilvl w:val="0"/>
          <w:numId w:val="1001"/>
        </w:numPr>
      </w:pPr>
      <w:r>
        <w:rPr>
          <w:b/>
          <w:bCs/>
        </w:rPr>
        <w:t xml:space="preserve">Standing, then in an</w:t>
      </w:r>
      <w:r>
        <w:rPr>
          <w:b/>
          <w:bCs/>
        </w:rPr>
        <w:t xml:space="preserve"> </w:t>
      </w:r>
      <w:r>
        <w:rPr>
          <w:b/>
          <w:bCs/>
          <w:u w:val="single"/>
        </w:rPr>
        <w:t xml:space="preserve">irresolute</w:t>
      </w:r>
      <w:r>
        <w:rPr>
          <w:b/>
          <w:bCs/>
        </w:rPr>
        <w:t xml:space="preserve"> </w:t>
      </w:r>
      <w:r>
        <w:rPr>
          <w:b/>
          <w:bCs/>
        </w:rPr>
        <w:t xml:space="preserve">attitude for a few minutes, as if he did not well know how to employ himself, he turned round and looked at Oliver, and called him by his name.</w:t>
      </w:r>
      <w:r>
        <w:br/>
      </w:r>
      <w:r>
        <w:t xml:space="preserve">    (a) poor ability to make a decision</w:t>
      </w:r>
      <w:r>
        <w:br/>
      </w:r>
      <w:r>
        <w:t xml:space="preserve">    (b) uncertain how to act or proceed</w:t>
      </w:r>
      <w:r>
        <w:br/>
      </w:r>
      <w:r>
        <w:t xml:space="preserve">    (c) non-traditional or non-standard</w:t>
      </w:r>
    </w:p>
    <w:p>
      <w:pPr>
        <w:pStyle w:val="Compact"/>
        <w:numPr>
          <w:ilvl w:val="0"/>
          <w:numId w:val="1001"/>
        </w:numPr>
      </w:pPr>
      <w:r>
        <w:rPr>
          <w:b/>
          <w:bCs/>
        </w:rPr>
        <w:t xml:space="preserve">'Come, none of your tricks here, you young</w:t>
      </w:r>
      <w:r>
        <w:rPr>
          <w:b/>
          <w:bCs/>
        </w:rPr>
        <w:t xml:space="preserve"> </w:t>
      </w:r>
      <w:r>
        <w:rPr>
          <w:b/>
          <w:bCs/>
          <w:u w:val="single"/>
        </w:rPr>
        <w:t xml:space="preserve">vagabond</w:t>
      </w:r>
      <w:r>
        <w:rPr>
          <w:b/>
          <w:bCs/>
        </w:rPr>
        <w:t xml:space="preserve">; they won't do.</w:t>
      </w:r>
      <w:r>
        <w:br/>
      </w:r>
      <w:r>
        <w:t xml:space="preserve">    (a) accept something undesired as unavoidable or the lesser of evils</w:t>
      </w:r>
      <w:r>
        <w:br/>
      </w:r>
      <w:r>
        <w:t xml:space="preserve">    (b) a person who wanders from town to town with no fixed home or job</w:t>
      </w:r>
      <w:r>
        <w:br/>
      </w:r>
      <w:r>
        <w:t xml:space="preserve">    (c) feel angry or unhappy about having to accept something not liked</w:t>
      </w:r>
    </w:p>
    <w:p>
      <w:pPr>
        <w:pStyle w:val="Compact"/>
        <w:numPr>
          <w:ilvl w:val="0"/>
          <w:numId w:val="1001"/>
        </w:numPr>
      </w:pPr>
      <w:r>
        <w:rPr>
          <w:b/>
          <w:bCs/>
        </w:rPr>
        <w:t xml:space="preserve">A young woman stumbled over a bit last night, and fell against my garden-railings; directly she got up I saw her look towards his</w:t>
      </w:r>
      <w:r>
        <w:rPr>
          <w:b/>
          <w:bCs/>
        </w:rPr>
        <w:t xml:space="preserve"> </w:t>
      </w:r>
      <w:r>
        <w:rPr>
          <w:b/>
          <w:bCs/>
          <w:u w:val="single"/>
        </w:rPr>
        <w:t xml:space="preserve">infernal</w:t>
      </w:r>
      <w:r>
        <w:rPr>
          <w:b/>
          <w:bCs/>
        </w:rPr>
        <w:t xml:space="preserve"> </w:t>
      </w:r>
      <w:r>
        <w:rPr>
          <w:b/>
          <w:bCs/>
        </w:rPr>
        <w:t xml:space="preserve">red lamp with the pantomime-light.</w:t>
      </w:r>
      <w:r>
        <w:br/>
      </w:r>
      <w:r>
        <w:t xml:space="preserve">    (a) very bad; or very annoying; or characteristic of hell or the underworld</w:t>
      </w:r>
      <w:r>
        <w:br/>
      </w:r>
      <w:r>
        <w:t xml:space="preserve">    (b) strict, firm, or hard (not giving in, not giving way, or not giving up)</w:t>
      </w:r>
      <w:r>
        <w:br/>
      </w:r>
      <w:r>
        <w:t xml:space="preserve">    (c) relating to classical music plays in which most of the dialogue is sung</w:t>
      </w:r>
    </w:p>
    <w:p>
      <w:pPr>
        <w:pStyle w:val="Compact"/>
        <w:numPr>
          <w:ilvl w:val="0"/>
          <w:numId w:val="1001"/>
        </w:numPr>
      </w:pPr>
      <w:r>
        <w:rPr>
          <w:b/>
          <w:bCs/>
        </w:rPr>
        <w:t xml:space="preserve">The old lady smilingly returned his</w:t>
      </w:r>
      <w:r>
        <w:rPr>
          <w:b/>
          <w:bCs/>
        </w:rPr>
        <w:t xml:space="preserve"> </w:t>
      </w:r>
      <w:r>
        <w:rPr>
          <w:b/>
          <w:bCs/>
          <w:u w:val="single"/>
        </w:rPr>
        <w:t xml:space="preserve">salutation</w:t>
      </w:r>
      <w:r>
        <w:rPr>
          <w:b/>
          <w:bCs/>
        </w:rPr>
        <w:t xml:space="preserve">, and, closing the door, went back to her own room.</w:t>
      </w:r>
      <w:r>
        <w:br/>
      </w:r>
      <w:r>
        <w:t xml:space="preserve">    (a) a highly educated person interested in learning and exploring ideas -- sometimes while ignoring practical considerations</w:t>
      </w:r>
      <w:r>
        <w:br/>
      </w:r>
      <w:r>
        <w:t xml:space="preserve">    (b) a small hole or a series of small holes such as are used to make it easy to tear a piece of paper along a specific line</w:t>
      </w:r>
      <w:r>
        <w:br/>
      </w:r>
      <w:r>
        <w:t xml:space="preserve">    (c)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p>
    <w:p>
      <w:pPr>
        <w:pStyle w:val="Compact"/>
        <w:numPr>
          <w:ilvl w:val="0"/>
          <w:numId w:val="1001"/>
        </w:numPr>
      </w:pPr>
      <w:r>
        <w:rPr>
          <w:b/>
          <w:bCs/>
        </w:rPr>
        <w:t xml:space="preserve">Whether his meditations were so intense as to be disturbed by the dog's winking, or whether his feelings were so wrought upon by his reflections that they required all the relief derivable from kicking an unoffending animal to</w:t>
      </w:r>
      <w:r>
        <w:rPr>
          <w:b/>
          <w:bCs/>
        </w:rPr>
        <w:t xml:space="preserve"> </w:t>
      </w:r>
      <w:r>
        <w:rPr>
          <w:b/>
          <w:bCs/>
          <w:u w:val="single"/>
        </w:rPr>
        <w:t xml:space="preserve">allay</w:t>
      </w:r>
      <w:r>
        <w:rPr>
          <w:b/>
          <w:bCs/>
        </w:rPr>
        <w:t xml:space="preserve"> </w:t>
      </w:r>
      <w:r>
        <w:rPr>
          <w:b/>
          <w:bCs/>
        </w:rPr>
        <w:t xml:space="preserve">them, is matter for argument and consideration.</w:t>
      </w:r>
      <w:r>
        <w:br/>
      </w:r>
      <w:r>
        <w:t xml:space="preserve">    (a) genetic change through evolution</w:t>
      </w:r>
      <w:r>
        <w:br/>
      </w:r>
      <w:r>
        <w:t xml:space="preserve">    (b) interact again or interest again</w:t>
      </w:r>
      <w:r>
        <w:br/>
      </w:r>
      <w:r>
        <w:t xml:space="preserve">    (c) reduce the intensity of; or calm</w:t>
      </w:r>
    </w:p>
    <w:p>
      <w:pPr>
        <w:pStyle w:val="Compact"/>
        <w:numPr>
          <w:ilvl w:val="0"/>
          <w:numId w:val="1001"/>
        </w:numPr>
      </w:pPr>
      <w:r>
        <w:rPr>
          <w:b/>
          <w:bCs/>
        </w:rPr>
        <w:t xml:space="preserve">'They're very pretty,' said Charley Bates: who, with</w:t>
      </w:r>
      <w:r>
        <w:rPr>
          <w:b/>
          <w:bCs/>
        </w:rPr>
        <w:t xml:space="preserve"> </w:t>
      </w:r>
      <w:r>
        <w:rPr>
          <w:b/>
          <w:bCs/>
          <w:u w:val="single"/>
        </w:rPr>
        <w:t xml:space="preserve">sundry</w:t>
      </w:r>
      <w:r>
        <w:rPr>
          <w:b/>
          <w:bCs/>
        </w:rPr>
        <w:t xml:space="preserve"> </w:t>
      </w:r>
      <w:r>
        <w:rPr>
          <w:b/>
          <w:bCs/>
        </w:rPr>
        <w:t xml:space="preserve">grimaces, had been affecting to read one of the volumes in question; 'beautiful writing, isn't is, Oliver?'</w:t>
      </w:r>
      <w:r>
        <w:br/>
      </w:r>
      <w:r>
        <w:t xml:space="preserve">    (a) outside</w:t>
      </w:r>
      <w:r>
        <w:br/>
      </w:r>
      <w:r>
        <w:t xml:space="preserve">    (b) various</w:t>
      </w:r>
      <w:r>
        <w:br/>
      </w:r>
      <w:r>
        <w:t xml:space="preserve">    (c) certain</w:t>
      </w:r>
    </w:p>
    <w:p>
      <w:pPr>
        <w:pStyle w:val="Compact"/>
        <w:numPr>
          <w:ilvl w:val="0"/>
          <w:numId w:val="1001"/>
        </w:numPr>
      </w:pPr>
      <w:r>
        <w:rPr>
          <w:b/>
          <w:bCs/>
        </w:rPr>
        <w:t xml:space="preserve">'Certainly not,' replied the Jew,</w:t>
      </w:r>
      <w:r>
        <w:rPr>
          <w:b/>
          <w:bCs/>
        </w:rPr>
        <w:t xml:space="preserve"> </w:t>
      </w:r>
      <w:r>
        <w:rPr>
          <w:b/>
          <w:bCs/>
          <w:u w:val="single"/>
        </w:rPr>
        <w:t xml:space="preserve">reciprocating</w:t>
      </w:r>
      <w:r>
        <w:rPr>
          <w:b/>
          <w:bCs/>
        </w:rPr>
        <w:t xml:space="preserve"> </w:t>
      </w:r>
      <w:r>
        <w:rPr>
          <w:b/>
          <w:bCs/>
        </w:rPr>
        <w:t xml:space="preserve">the grin with which Charley put the question.</w:t>
      </w:r>
      <w:r>
        <w:br/>
      </w:r>
      <w:r>
        <w:t xml:space="preserve">    (a) tying or binding</w:t>
      </w:r>
      <w:r>
        <w:br/>
      </w:r>
      <w:r>
        <w:t xml:space="preserve">    (b) giving in return</w:t>
      </w:r>
      <w:r>
        <w:br/>
      </w:r>
      <w:r>
        <w:t xml:space="preserve">    (c) greatly annoying</w:t>
      </w:r>
    </w:p>
    <w:p>
      <w:pPr>
        <w:pStyle w:val="Compact"/>
        <w:numPr>
          <w:ilvl w:val="0"/>
          <w:numId w:val="1001"/>
        </w:numPr>
      </w:pPr>
      <w:r>
        <w:rPr>
          <w:b/>
          <w:bCs/>
        </w:rPr>
        <w:t xml:space="preserve">One afternoon, the Dodger and Master Bates being engaged out that evening, the first-named young gentleman took it into his head to</w:t>
      </w:r>
      <w:r>
        <w:rPr>
          <w:b/>
          <w:bCs/>
        </w:rPr>
        <w:t xml:space="preserve"> </w:t>
      </w:r>
      <w:r>
        <w:rPr>
          <w:b/>
          <w:bCs/>
          <w:u w:val="single"/>
        </w:rPr>
        <w:t xml:space="preserve">evince</w:t>
      </w:r>
      <w:r>
        <w:rPr>
          <w:b/>
          <w:bCs/>
        </w:rPr>
        <w:t xml:space="preserve"> </w:t>
      </w:r>
      <w:r>
        <w:rPr>
          <w:b/>
          <w:bCs/>
        </w:rPr>
        <w:t xml:space="preserve">some anxiety regarding the decoration of his person (to do him justice, this was by no means an habitual weakness with him); and, with this end and aim, he condescendingly commanded Oliver to assist him in his toilet, straightway.</w:t>
      </w:r>
      <w:r>
        <w:br/>
      </w:r>
      <w:r>
        <w:t xml:space="preserve">    (a) show</w:t>
      </w:r>
      <w:r>
        <w:br/>
      </w:r>
      <w:r>
        <w:t xml:space="preserve">    (b) quit</w:t>
      </w:r>
      <w:r>
        <w:br/>
      </w:r>
      <w:r>
        <w:t xml:space="preserve">    (c) draw</w:t>
      </w:r>
    </w:p>
    <w:p>
      <w:pPr>
        <w:pStyle w:val="Compact"/>
        <w:numPr>
          <w:ilvl w:val="0"/>
          <w:numId w:val="1001"/>
        </w:numPr>
      </w:pPr>
      <w:r>
        <w:rPr>
          <w:b/>
          <w:bCs/>
        </w:rPr>
        <w:t xml:space="preserve">The old man rubbed his hands gleefully together, as he corroborated the Dodger's reasoning in these terms; and chuckled with delight at his pupil's</w:t>
      </w:r>
      <w:r>
        <w:rPr>
          <w:b/>
          <w:bCs/>
        </w:rPr>
        <w:t xml:space="preserve"> </w:t>
      </w:r>
      <w:r>
        <w:rPr>
          <w:b/>
          <w:bCs/>
          <w:u w:val="single"/>
        </w:rPr>
        <w:t xml:space="preserve">proficiency</w:t>
      </w:r>
      <w:r>
        <w:rPr>
          <w:b/>
          <w:bCs/>
        </w:rPr>
        <w:t xml:space="preserve">.</w:t>
      </w:r>
      <w:r>
        <w:br/>
      </w:r>
      <w:r>
        <w:t xml:space="preserve">    (a) snake</w:t>
      </w:r>
      <w:r>
        <w:br/>
      </w:r>
      <w:r>
        <w:t xml:space="preserve">    (b) skill</w:t>
      </w:r>
      <w:r>
        <w:br/>
      </w:r>
      <w:r>
        <w:t xml:space="preserve">    (c) story</w:t>
      </w:r>
    </w:p>
    <w:p>
      <w:pPr>
        <w:pStyle w:val="Compact"/>
        <w:numPr>
          <w:ilvl w:val="0"/>
          <w:numId w:val="1001"/>
        </w:numPr>
      </w:pPr>
      <w:r>
        <w:rPr>
          <w:b/>
          <w:bCs/>
        </w:rPr>
        <w:t xml:space="preserve">These preliminaries adjusted, Mr. Sikes proceeded to drink brandy at a furious rate, and to flourish the crowbar in an alarming manner; yelling forth, at the same time, most unmusical snatches of song, mingled with wild</w:t>
      </w:r>
      <w:r>
        <w:rPr>
          <w:b/>
          <w:bCs/>
        </w:rPr>
        <w:t xml:space="preserve"> </w:t>
      </w:r>
      <w:r>
        <w:rPr>
          <w:b/>
          <w:bCs/>
          <w:u w:val="single"/>
        </w:rPr>
        <w:t xml:space="preserve">execrations</w:t>
      </w:r>
      <w:r>
        <w:rPr>
          <w:b/>
          <w:bCs/>
        </w:rPr>
        <w:t xml:space="preserve">.</w:t>
      </w:r>
      <w:r>
        <w:br/>
      </w:r>
      <w:r>
        <w:t xml:space="preserve">    (a) to express intense hatred or loathing for</w:t>
      </w:r>
      <w:r>
        <w:br/>
      </w:r>
      <w:r>
        <w:t xml:space="preserve">    (b) ability to accept as true (without proof)</w:t>
      </w:r>
      <w:r>
        <w:br/>
      </w:r>
      <w:r>
        <w:t xml:space="preserve">    (c) characterized by having multiple purposes</w:t>
      </w:r>
    </w:p>
    <w:p>
      <w:pPr>
        <w:pStyle w:val="Compact"/>
        <w:numPr>
          <w:ilvl w:val="0"/>
          <w:numId w:val="1001"/>
        </w:numPr>
      </w:pPr>
      <w:r>
        <w:rPr>
          <w:b/>
          <w:bCs/>
        </w:rPr>
        <w:t xml:space="preserve">the hideous and</w:t>
      </w:r>
      <w:r>
        <w:rPr>
          <w:b/>
          <w:bCs/>
        </w:rPr>
        <w:t xml:space="preserve"> </w:t>
      </w:r>
      <w:r>
        <w:rPr>
          <w:b/>
          <w:bCs/>
          <w:u w:val="single"/>
        </w:rPr>
        <w:t xml:space="preserve">discordant</w:t>
      </w:r>
      <w:r>
        <w:rPr>
          <w:b/>
          <w:bCs/>
        </w:rPr>
        <w:t xml:space="preserve"> </w:t>
      </w:r>
      <w:r>
        <w:rPr>
          <w:b/>
          <w:bCs/>
        </w:rPr>
        <w:t xml:space="preserve">din that resounded from every corner of the market</w:t>
      </w:r>
      <w:r>
        <w:br/>
      </w:r>
      <w:r>
        <w:t xml:space="preserve">    (a) likely to change</w:t>
      </w:r>
      <w:r>
        <w:br/>
      </w:r>
      <w:r>
        <w:t xml:space="preserve">    (b) unpleasant combination of sounds</w:t>
      </w:r>
      <w:r>
        <w:br/>
      </w:r>
      <w:r>
        <w:t xml:space="preserve">    (c) able to be found</w:t>
      </w:r>
    </w:p>
    <w:p>
      <w:pPr>
        <w:pStyle w:val="Compact"/>
        <w:numPr>
          <w:ilvl w:val="0"/>
          <w:numId w:val="1001"/>
        </w:numPr>
      </w:pPr>
      <w:r>
        <w:rPr>
          <w:b/>
          <w:bCs/>
        </w:rPr>
        <w:t xml:space="preserve">Cunning, ferocity, and drunkeness in all its stages, were there, in their strongest aspect; and women: some with the last lingering tinge of their early freshness almost fading as you looked: others with every mark and stamp of their sex utterly beaten out, and presenting but one loathsome blank of</w:t>
      </w:r>
      <w:r>
        <w:rPr>
          <w:b/>
          <w:bCs/>
        </w:rPr>
        <w:t xml:space="preserve"> </w:t>
      </w:r>
      <w:r>
        <w:rPr>
          <w:b/>
          <w:bCs/>
          <w:u w:val="single"/>
        </w:rPr>
        <w:t xml:space="preserve">profligacy</w:t>
      </w:r>
      <w:r>
        <w:rPr>
          <w:b/>
          <w:bCs/>
        </w:rPr>
        <w:t xml:space="preserve"> </w:t>
      </w:r>
      <w:r>
        <w:rPr>
          <w:b/>
          <w:bCs/>
        </w:rPr>
        <w:t xml:space="preserve">and crime; some mere girls, others but young women, and none past the prime of life; formed the darkest and saddest portion of this dreary picture.</w:t>
      </w:r>
      <w:r>
        <w:br/>
      </w:r>
      <w:r>
        <w:t xml:space="preserve">    (a) (adjective) designed to stop something  OR  (noun) something that stops something else</w:t>
      </w:r>
      <w:r>
        <w:br/>
      </w:r>
      <w:r>
        <w:t xml:space="preserve">    (b) carelessly and wastefully extravagant -- especially with money, resources, or behavior</w:t>
      </w:r>
      <w:r>
        <w:br/>
      </w:r>
      <w:r>
        <w:t xml:space="preserve">    (c) related to intelligence -- such as requiring, appealing to, or possessing intelligence</w:t>
      </w:r>
    </w:p>
    <w:p>
      <w:pPr>
        <w:pStyle w:val="Compact"/>
        <w:numPr>
          <w:ilvl w:val="0"/>
          <w:numId w:val="1001"/>
        </w:numPr>
      </w:pPr>
      <w:r>
        <w:rPr>
          <w:b/>
          <w:bCs/>
        </w:rPr>
        <w:t xml:space="preserve">But, death, fires, and burglary, make all men equals; so Mr. Giles sat with his legs stretched out before the kitchen fender, leaning his left arm on the table, while, with his right, he illustrated a circumstantial and</w:t>
      </w:r>
      <w:r>
        <w:rPr>
          <w:b/>
          <w:bCs/>
        </w:rPr>
        <w:t xml:space="preserve"> </w:t>
      </w:r>
      <w:r>
        <w:rPr>
          <w:b/>
          <w:bCs/>
          <w:u w:val="single"/>
        </w:rPr>
        <w:t xml:space="preserve">minute</w:t>
      </w:r>
      <w:r>
        <w:rPr>
          <w:b/>
          <w:bCs/>
        </w:rPr>
        <w:t xml:space="preserve"> </w:t>
      </w:r>
      <w:r>
        <w:rPr>
          <w:b/>
          <w:bCs/>
        </w:rPr>
        <w:t xml:space="preserve">account of the robbery, to which his bearers (but especially the cook and housemaid, who were of the party) listened with breathless interest.</w:t>
      </w:r>
      <w:r>
        <w:br/>
      </w:r>
      <w:r>
        <w:t xml:space="preserve">    (a) the quality of holding something back or holding others down through oppression</w:t>
      </w:r>
      <w:r>
        <w:br/>
      </w:r>
      <w:r>
        <w:t xml:space="preserve">    (b) detailed</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Oliver, whose days had been spent among</w:t>
      </w:r>
      <w:r>
        <w:rPr>
          <w:b/>
          <w:bCs/>
        </w:rPr>
        <w:t xml:space="preserve"> </w:t>
      </w:r>
      <w:r>
        <w:rPr>
          <w:b/>
          <w:bCs/>
          <w:u w:val="single"/>
        </w:rPr>
        <w:t xml:space="preserve">squalid</w:t>
      </w:r>
      <w:r>
        <w:rPr>
          <w:b/>
          <w:bCs/>
        </w:rPr>
        <w:t xml:space="preserve"> </w:t>
      </w:r>
      <w:r>
        <w:rPr>
          <w:b/>
          <w:bCs/>
        </w:rPr>
        <w:t xml:space="preserve">crowds, and in the midst of noise and brawling, seemed to enter on a new existence there.</w:t>
      </w:r>
      <w:r>
        <w:br/>
      </w:r>
      <w:r>
        <w:t xml:space="preserve">    (a) the state or degree of being greater than zero</w:t>
      </w:r>
      <w:r>
        <w:br/>
      </w:r>
      <w:r>
        <w:t xml:space="preserve">    (b) dirty and unpleasant; or (more rarely) immoral</w:t>
      </w:r>
      <w:r>
        <w:br/>
      </w:r>
      <w:r>
        <w:t xml:space="preserve">    (c) with the involvement of other people or things</w:t>
      </w:r>
    </w:p>
    <w:p>
      <w:pPr>
        <w:pStyle w:val="Compact"/>
        <w:numPr>
          <w:ilvl w:val="0"/>
          <w:numId w:val="1001"/>
        </w:numPr>
      </w:pPr>
      <w:r>
        <w:rPr>
          <w:b/>
          <w:bCs/>
        </w:rPr>
        <w:t xml:space="preserve">This is by no means a</w:t>
      </w:r>
      <w:r>
        <w:rPr>
          <w:b/>
          <w:bCs/>
        </w:rPr>
        <w:t xml:space="preserve"> </w:t>
      </w:r>
      <w:r>
        <w:rPr>
          <w:b/>
          <w:bCs/>
          <w:u w:val="single"/>
        </w:rPr>
        <w:t xml:space="preserve">disparagement</w:t>
      </w:r>
      <w:r>
        <w:rPr>
          <w:b/>
          <w:bCs/>
        </w:rPr>
        <w:t xml:space="preserve"> </w:t>
      </w:r>
      <w:r>
        <w:rPr>
          <w:b/>
          <w:bCs/>
        </w:rPr>
        <w:t xml:space="preserve">to his character; for many official personages, who are held in high respect and admiration, are the victims of similar infirmities.</w:t>
      </w:r>
      <w:r>
        <w:br/>
      </w:r>
      <w:r>
        <w:t xml:space="preserve">    (a) the taking on or adoption of power or responsibility</w:t>
      </w:r>
      <w:r>
        <w:br/>
      </w:r>
      <w:r>
        <w:t xml:space="preserve">    (b) criticism</w:t>
      </w:r>
      <w:r>
        <w:br/>
      </w:r>
      <w:r>
        <w:t xml:space="preserve">    (c) the process of controlling (how something turns out)</w:t>
      </w:r>
    </w:p>
    <w:p>
      <w:pPr>
        <w:pStyle w:val="Compact"/>
        <w:numPr>
          <w:ilvl w:val="0"/>
          <w:numId w:val="1001"/>
        </w:numPr>
      </w:pPr>
      <w:r>
        <w:rPr>
          <w:b/>
          <w:bCs/>
        </w:rPr>
        <w:t xml:space="preserve">The girl jumped up, with great</w:t>
      </w:r>
      <w:r>
        <w:rPr>
          <w:b/>
          <w:bCs/>
        </w:rPr>
        <w:t xml:space="preserve"> </w:t>
      </w:r>
      <w:r>
        <w:rPr>
          <w:b/>
          <w:bCs/>
          <w:u w:val="single"/>
        </w:rPr>
        <w:t xml:space="preserve">alacrity</w:t>
      </w:r>
      <w:r>
        <w:rPr>
          <w:b/>
          <w:bCs/>
        </w:rPr>
        <w:t xml:space="preserve">; poured it quickly out, but with her back towards him; and held the vessel to his lips, while he drank off the contents.</w:t>
      </w:r>
      <w:r>
        <w:br/>
      </w:r>
      <w:r>
        <w:t xml:space="preserve">    (a) quickness; and/or cheerful eagerness</w:t>
      </w:r>
      <w:r>
        <w:br/>
      </w:r>
      <w:r>
        <w:t xml:space="preserve">    (b) the gain of advantage from something</w:t>
      </w:r>
      <w:r>
        <w:br/>
      </w:r>
      <w:r>
        <w:t xml:space="preserve">    (c) the quality of exactness or accuracy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2026-07-31T14:50:46Z</dcterms:created>
  <dcterms:modified xsi:type="dcterms:W3CDTF">2026-07-31T14:50:46Z</dcterms:modified>
</cp:coreProperties>
</file>

<file path=docProps/custom.xml><?xml version="1.0" encoding="utf-8"?>
<Properties xmlns="http://schemas.openxmlformats.org/officeDocument/2006/custom-properties" xmlns:vt="http://schemas.openxmlformats.org/officeDocument/2006/docPropsVTypes"/>
</file>