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c739ed6dba20b0fbd22002e04674c98156c515"/>
    <w:p>
      <w:pPr>
        <w:pStyle w:val="Heading1"/>
      </w:pPr>
      <w:r>
        <w:rPr>
          <w:b/>
          <w:bCs/>
        </w:rPr>
        <w:t xml:space="preserve">Old Yeller</w:t>
      </w:r>
      <w:r>
        <w:br/>
      </w:r>
      <w:r>
        <w:rPr>
          <w:i/>
          <w:iCs/>
        </w:rPr>
        <w:t xml:space="preserve">Fred Gipson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head dropped to the ground three or four feet away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writhing</w:t>
      </w:r>
      <w:r>
        <w:rPr>
          <w:b/>
          <w:bCs/>
        </w:rPr>
        <w:t xml:space="preserve"> </w:t>
      </w:r>
      <w:r>
        <w:rPr>
          <w:b/>
          <w:bCs/>
        </w:rPr>
        <w:t xml:space="preserve">body.</w:t>
      </w:r>
      <w:r>
        <w:br/>
      </w:r>
      <w:r>
        <w:t xml:space="preserve">    (a) moving in a twisting or contorted motion</w:t>
      </w:r>
      <w:r>
        <w:br/>
      </w:r>
      <w:r>
        <w:t xml:space="preserve">    (b) opposing (struggling against each other)</w:t>
      </w:r>
      <w:r>
        <w:br/>
      </w:r>
      <w:r>
        <w:t xml:space="preserve">    (c) examining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made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how Birdsong Creek had got its name.</w:t>
      </w:r>
      <w:r>
        <w:br/>
      </w:r>
      <w:r>
        <w:t xml:space="preserve">    (a) disagree</w:t>
      </w:r>
      <w:r>
        <w:br/>
      </w:r>
      <w:r>
        <w:t xml:space="preserve">    (b) subtract</w:t>
      </w:r>
      <w:r>
        <w:br/>
      </w:r>
      <w:r>
        <w:t xml:space="preserve">    (c) remember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she named it the first day she and Papa got there, with Mama driving the ox cart loaded with our house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plunder</w:t>
      </w:r>
      <w:r>
        <w:rPr>
          <w:b/>
          <w:bCs/>
        </w:rPr>
        <w:t xml:space="preserve">, and with Papa driving the cows and horses.</w:t>
      </w:r>
      <w:r>
        <w:br/>
      </w:r>
      <w:r>
        <w:t xml:space="preserve">    (a) persuade someone to want something (often sex or love) by tempting with something desired</w:t>
      </w:r>
      <w:r>
        <w:br/>
      </w:r>
      <w:r>
        <w:t xml:space="preserve">    (b) to steal -- often after conquering the location with the goods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the goods stolen</w:t>
      </w:r>
      <w:r>
        <w:br/>
      </w:r>
      <w:r>
        <w:t xml:space="preserve">    (c) to dominate harshly and unfairly  OR  to deny equal rights to others or make them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Jumper was a dun mule with a narrow black stripe running along his backbone between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 </w:t>
      </w:r>
      <w:r>
        <w:rPr>
          <w:b/>
          <w:bCs/>
        </w:rPr>
        <w:t xml:space="preserve">and tail.</w:t>
      </w:r>
      <w:r>
        <w:br/>
      </w:r>
      <w:r>
        <w:t xml:space="preserve">    (a) exchange, convert, or pay off</w:t>
      </w:r>
      <w:r>
        <w:br/>
      </w:r>
      <w:r>
        <w:t xml:space="preserve">    (b) select (on a computer screen)</w:t>
      </w:r>
      <w:r>
        <w:br/>
      </w:r>
      <w:r>
        <w:t xml:space="preserve">    (c) long coarse hair on an animal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 taught Little Arliss and Jumper that I wasn't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trifled with</w:t>
      </w:r>
      <w:r>
        <w:rPr>
          <w:b/>
          <w:bCs/>
        </w:rPr>
        <w:t xml:space="preserve">.</w:t>
      </w:r>
      <w:r>
        <w:br/>
      </w:r>
      <w:r>
        <w:t xml:space="preserve">    (a) limit light vibrations to a single plane</w:t>
      </w:r>
      <w:r>
        <w:br/>
      </w:r>
      <w:r>
        <w:t xml:space="preserve">    (b) injury to muscles or tendons of the knee</w:t>
      </w:r>
      <w:r>
        <w:br/>
      </w:r>
      <w:r>
        <w:t xml:space="preserve">    (c) treated thoughtlessly or without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good eating; but I'd had my appetite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whetted</w:t>
      </w:r>
      <w:r>
        <w:rPr>
          <w:b/>
          <w:bCs/>
        </w:rPr>
        <w:t xml:space="preserve"> </w:t>
      </w:r>
      <w:r>
        <w:rPr>
          <w:b/>
          <w:bCs/>
        </w:rPr>
        <w:t xml:space="preserve">for fried middling meat to go with it.</w:t>
      </w:r>
      <w:r>
        <w:br/>
      </w:r>
      <w:r>
        <w:t xml:space="preserve">    (a) to increase a sense or desire</w:t>
      </w:r>
      <w:r>
        <w:br/>
      </w:r>
      <w:r>
        <w:br/>
      </w:r>
      <w:r>
        <w:t xml:space="preserve">or: to sharpen a knife or other cutting edge</w:t>
      </w:r>
      <w:r>
        <w:br/>
      </w:r>
      <w:r>
        <w:t xml:space="preserve">    (b) hid something by making it blend in with its surroundings; or hid the truth</w:t>
      </w:r>
      <w:r>
        <w:br/>
      </w:r>
      <w:r>
        <w:t xml:space="preserve">    (c) not having been assigned a value, or not having been considered as to worth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 lifted his voice in a wild brassy blare that set echoes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clamoring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draws and canyons for miles around.</w:t>
      </w:r>
      <w:r>
        <w:br/>
      </w:r>
      <w:r>
        <w:t xml:space="preserve">    (a) walking in an awkward, shuffling way</w:t>
      </w:r>
      <w:r>
        <w:br/>
      </w:r>
      <w:r>
        <w:t xml:space="preserve">    (b) suggesting that someone was involved</w:t>
      </w:r>
      <w:r>
        <w:br/>
      </w:r>
      <w:r>
        <w:t xml:space="preserve">    (c) demanding loudly and/or persistently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Like cottontail rabbits and chaparral birds and a baby possum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sulked</w:t>
      </w:r>
      <w:r>
        <w:rPr>
          <w:b/>
          <w:bCs/>
        </w:rPr>
        <w:t xml:space="preserve"> </w:t>
      </w:r>
      <w:r>
        <w:rPr>
          <w:b/>
          <w:bCs/>
        </w:rPr>
        <w:t xml:space="preserve">and lay like dead for the first several hours until he finally decided that Arliss wasn't going to hurt him.</w:t>
      </w:r>
      <w:r>
        <w:br/>
      </w:r>
      <w:r>
        <w:t xml:space="preserve">    (a) not limited or without boundaries</w:t>
      </w:r>
      <w:r>
        <w:br/>
      </w:r>
      <w:r>
        <w:t xml:space="preserve">    (b) was overly unhappy and unsociable</w:t>
      </w:r>
      <w:r>
        <w:br/>
      </w:r>
      <w:r>
        <w:t xml:space="preserve">    (c) not embarrassed or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searched his feet and pulled out a long mesquite thorn that had become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embedded</w:t>
      </w:r>
      <w:r>
        <w:rPr>
          <w:b/>
          <w:bCs/>
        </w:rPr>
        <w:t xml:space="preserve"> </w:t>
      </w:r>
      <w:r>
        <w:rPr>
          <w:b/>
          <w:bCs/>
        </w:rPr>
        <w:t xml:space="preserve">between his toes.</w:t>
      </w:r>
      <w:r>
        <w:br/>
      </w:r>
      <w:r>
        <w:t xml:space="preserve">    (a) not good at concentrating on one thing</w:t>
      </w:r>
      <w:r>
        <w:br/>
      </w:r>
      <w:r>
        <w:t xml:space="preserve">    (b) adjusted a lens to make an image clear</w:t>
      </w:r>
      <w:r>
        <w:br/>
      </w:r>
      <w:r>
        <w:t xml:space="preserve">    (c) firmly within; or placed firmly within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in spite of the fact that Little Arliss had caused me to make a bad shot, we had us a real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</w:t>
      </w:r>
      <w:r>
        <w:rPr>
          <w:b/>
          <w:bCs/>
        </w:rPr>
        <w:t xml:space="preserve"> </w:t>
      </w:r>
      <w:r>
        <w:rPr>
          <w:b/>
          <w:bCs/>
        </w:rPr>
        <w:t xml:space="preserve">supper that night.</w:t>
      </w:r>
      <w:r>
        <w:br/>
      </w:r>
      <w:r>
        <w:t xml:space="preserve">    (a) the quality of behaving in an instinctive, uninhibited, and unplanned manner</w:t>
      </w:r>
      <w:r>
        <w:br/>
      </w:r>
      <w:r>
        <w:t xml:space="preserve">    (b) magnificent (impressively wonderful) -- often indicating something expensive</w:t>
      </w:r>
      <w:r>
        <w:br/>
      </w:r>
      <w:r>
        <w:t xml:space="preserve">    (c) the state or degree of having the ability to change for different situations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what with Mama running after Little Arliss, hollering for him to shut up and quit throwing those rocks, it was altogether the biggest and loudest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commotion</w:t>
      </w:r>
      <w:r>
        <w:rPr>
          <w:b/>
          <w:bCs/>
        </w:rPr>
        <w:t xml:space="preserve"> </w:t>
      </w:r>
      <w:r>
        <w:rPr>
          <w:b/>
          <w:bCs/>
        </w:rPr>
        <w:t xml:space="preserve">that had taken place around our cabin for a good long while.</w:t>
      </w:r>
      <w:r>
        <w:br/>
      </w:r>
      <w:r>
        <w:t xml:space="preserve">    (a) size or dimension</w:t>
      </w:r>
      <w:r>
        <w:br/>
      </w:r>
      <w:r>
        <w:t xml:space="preserve">    (b) circular movement</w:t>
      </w:r>
      <w:r>
        <w:br/>
      </w:r>
      <w:r>
        <w:t xml:space="preserve">    (c) noisy disturbance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deep cut-bank draw ran through the pear flats between me and the huge mesquite tree I was heading for, and it was down in the bottom of this draw that the hogs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balked</w:t>
      </w:r>
      <w:r>
        <w:rPr>
          <w:b/>
          <w:bCs/>
        </w:rPr>
        <w:t xml:space="preserve">.</w:t>
      </w:r>
      <w:r>
        <w:br/>
      </w:r>
      <w:r>
        <w:t xml:space="preserve">    (a) to hesitate, refuse, or stop suddenly</w:t>
      </w:r>
      <w:r>
        <w:br/>
      </w:r>
      <w:r>
        <w:t xml:space="preserve">    (b) controlled (how something turned out)</w:t>
      </w:r>
      <w:r>
        <w:br/>
      </w:r>
      <w:r>
        <w:t xml:space="preserve">    (c) protected or kept something as it was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He'd taken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</w:t>
      </w:r>
      <w:r>
        <w:rPr>
          <w:b/>
          <w:bCs/>
        </w:rPr>
        <w:t xml:space="preserve"> </w:t>
      </w:r>
      <w:r>
        <w:rPr>
          <w:b/>
          <w:bCs/>
        </w:rPr>
        <w:t xml:space="preserve">there from the hogs.</w:t>
      </w:r>
      <w:r>
        <w:br/>
      </w:r>
      <w:r>
        <w:t xml:space="preserve">    (a) a ceiling designed to affect noise -- typically to decrease noise</w:t>
      </w:r>
      <w:r>
        <w:br/>
      </w:r>
      <w:r>
        <w:t xml:space="preserve">    (b) something giving protection or comfort -- especially a safe place</w:t>
      </w:r>
      <w:r>
        <w:br/>
      </w:r>
      <w:r>
        <w:t xml:space="preserve">    (c) a person (often a writer or artist) living an unconventional 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knelt beside him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coaxed</w:t>
      </w:r>
      <w:r>
        <w:rPr>
          <w:b/>
          <w:bCs/>
        </w:rPr>
        <w:t xml:space="preserve"> </w:t>
      </w:r>
      <w:r>
        <w:rPr>
          <w:b/>
          <w:bCs/>
        </w:rPr>
        <w:t xml:space="preserve">him out from under the rocks.</w:t>
      </w:r>
      <w:r>
        <w:br/>
      </w:r>
      <w:r>
        <w:t xml:space="preserve">    (a) did not vote  OR  did not drink alcohol  OR  (more rarely) did not do something else</w:t>
      </w:r>
      <w:r>
        <w:br/>
      </w:r>
      <w:r>
        <w:t xml:space="preserve">    (b) thought of something as true or likely, even though it was not known with certainty</w:t>
      </w:r>
      <w:r>
        <w:br/>
      </w:r>
      <w:r>
        <w:t xml:space="preserve">    (c) tried to obtain a result through gentle and careful effort -- often gently persuaded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flustered</w:t>
      </w:r>
      <w:r>
        <w:rPr>
          <w:b/>
          <w:bCs/>
        </w:rPr>
        <w:t xml:space="preserve">, like she didn't know what to do with me, but all she said was, "How'll we bring him back?"</w:t>
      </w:r>
      <w:r>
        <w:br/>
      </w:r>
      <w:r>
        <w:t xml:space="preserve">    (a) place firmly within</w:t>
      </w:r>
      <w:r>
        <w:br/>
      </w:r>
      <w:r>
        <w:t xml:space="preserve">    (b) nervous or confused</w:t>
      </w:r>
      <w:r>
        <w:br/>
      </w:r>
      <w:r>
        <w:t xml:space="preserve">    (c) excessively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Jumper's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liable to</w:t>
      </w:r>
      <w:r>
        <w:rPr>
          <w:b/>
          <w:bCs/>
        </w:rPr>
        <w:t xml:space="preserve"> </w:t>
      </w:r>
      <w:r>
        <w:rPr>
          <w:b/>
          <w:bCs/>
        </w:rPr>
        <w:t xml:space="preserve">throw a fit with that hide rattling along behind him, and you might not can hold him by yourself.</w:t>
      </w:r>
      <w:r>
        <w:br/>
      </w:r>
      <w:r>
        <w:t xml:space="preserve">    (a) temperature scale used in most of the world</w:t>
      </w:r>
      <w:r>
        <w:br/>
      </w:r>
      <w:r>
        <w:t xml:space="preserve">    (b) devices that convert light into electricity</w:t>
      </w:r>
      <w:r>
        <w:br/>
      </w:r>
      <w:r>
        <w:t xml:space="preserve">    (c) likely to; or maybe going to; or subject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hobbled</w:t>
      </w:r>
      <w:r>
        <w:rPr>
          <w:b/>
          <w:bCs/>
        </w:rPr>
        <w:t xml:space="preserve"> </w:t>
      </w:r>
      <w:r>
        <w:rPr>
          <w:b/>
          <w:bCs/>
        </w:rPr>
        <w:t xml:space="preserve">out to sit in a chair beside Old Yeller, where I could scratch him under his chewed-off ear.</w:t>
      </w:r>
      <w:r>
        <w:br/>
      </w:r>
      <w:r>
        <w:t xml:space="preserve">    (a) corrupted or seduced from virtue, duty, or allegiance  OR  excessively drank, engaged in casual sex, and/or drug abuse while partying</w:t>
      </w:r>
      <w:r>
        <w:br/>
      </w:r>
      <w:r>
        <w:t xml:space="preserve">    (b) injured the ligaments of a joint by stretching them too far (ligaments are the tough, fibrous bands that connect bones across joints)</w:t>
      </w:r>
      <w:r>
        <w:br/>
      </w:r>
      <w:r>
        <w:t xml:space="preserve">    (c) walked with difficulty (due to injury or physical impediment)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hindered (made the action or progress of something difficult)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that didn't keep them from gathering for miles around and making the nights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with their howlings and snarlings.</w:t>
      </w:r>
      <w:r>
        <w:br/>
      </w:r>
      <w:r>
        <w:t xml:space="preserve">    (a) extremely ugly, offensive, and/or frightening</w:t>
      </w:r>
      <w:r>
        <w:br/>
      </w:r>
      <w:r>
        <w:t xml:space="preserve">    (b) the characteristic of demonstrating something</w:t>
      </w:r>
      <w:r>
        <w:br/>
      </w:r>
      <w:r>
        <w:t xml:space="preserve">    (c) the quality of not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big and savage enough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hamstring</w:t>
      </w:r>
      <w:r>
        <w:rPr>
          <w:b/>
          <w:bCs/>
        </w:rPr>
        <w:t xml:space="preserve"> </w:t>
      </w:r>
      <w:r>
        <w:rPr>
          <w:b/>
          <w:bCs/>
        </w:rPr>
        <w:t xml:space="preserve">a horse or drag down a full-grown cow.</w:t>
      </w:r>
      <w:r>
        <w:br/>
      </w:r>
      <w:r>
        <w:t xml:space="preserve">    (a) describing someone as antisocial</w:t>
      </w:r>
      <w:r>
        <w:br/>
      </w:r>
      <w:r>
        <w:t xml:space="preserve">    (b) another battle with the same foe</w:t>
      </w:r>
      <w:r>
        <w:br/>
      </w:r>
      <w:r>
        <w:t xml:space="preserve">    (c) make less effective or powerless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wavering</w:t>
      </w:r>
      <w:r>
        <w:rPr>
          <w:b/>
          <w:bCs/>
        </w:rPr>
        <w:t xml:space="preserve"> </w:t>
      </w:r>
      <w:r>
        <w:rPr>
          <w:b/>
          <w:bCs/>
        </w:rPr>
        <w:t xml:space="preserve">light, I couldn't get a true bead on the wolf.</w:t>
      </w:r>
      <w:r>
        <w:br/>
      </w:r>
      <w:r>
        <w:t xml:space="preserve">    (a) moving back and forth; or being unsure or weak</w:t>
      </w:r>
      <w:r>
        <w:br/>
      </w:r>
      <w:r>
        <w:t xml:space="preserve">    (b) returning to an undesirable previous condition</w:t>
      </w:r>
      <w:r>
        <w:br/>
      </w:r>
      <w:r>
        <w:t xml:space="preserve">    (c) thinking carefully and making a judgment about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2026-07-31T20:00:44Z</dcterms:created>
  <dcterms:modified xsi:type="dcterms:W3CDTF">2026-07-31T20:00:44Z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