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4a4841515a359e3dd992a91b1ca2d5b7c6124e6"/>
    <w:p>
      <w:pPr>
        <w:pStyle w:val="Heading1"/>
      </w:pPr>
      <w:r>
        <w:rPr>
          <w:b/>
          <w:bCs/>
        </w:rPr>
        <w:t xml:space="preserve">Old Testament</w:t>
      </w:r>
      <w:r>
        <w:br/>
      </w:r>
      <w:r>
        <w:rPr>
          <w:i/>
          <w:iCs/>
        </w:rPr>
        <w:t xml:space="preserve">The Bible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15:16 But in the fourth generation they shall come hither again: for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of the Amorites is not yet full.</w:t>
      </w:r>
      <w:r>
        <w:br/>
      </w:r>
      <w:r>
        <w:t xml:space="preserve">    (a) immorality; or an immoral act</w:t>
      </w:r>
      <w:r>
        <w:br/>
      </w:r>
      <w:r>
        <w:t xml:space="preserve">    (b) set of laws</w:t>
      </w:r>
      <w:r>
        <w:br/>
      </w:r>
      <w:r>
        <w:t xml:space="preserve">    (c) long-accepted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21:25 And Abraham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reproved</w:t>
      </w:r>
      <w:r>
        <w:rPr>
          <w:b/>
          <w:bCs/>
        </w:rPr>
        <w:t xml:space="preserve"> </w:t>
      </w:r>
      <w:r>
        <w:rPr>
          <w:b/>
          <w:bCs/>
        </w:rPr>
        <w:t xml:space="preserve">Abimelech because of a well of water, which Abimelech's servants had violently taken away.</w:t>
      </w:r>
      <w:r>
        <w:br/>
      </w:r>
      <w:r>
        <w:t xml:space="preserve">    (a) translated</w:t>
      </w:r>
      <w:r>
        <w:br/>
      </w:r>
      <w:r>
        <w:t xml:space="preserve">    (b) criticized</w:t>
      </w:r>
      <w:r>
        <w:br/>
      </w:r>
      <w:r>
        <w:t xml:space="preserve">    (c) subtracted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24:25 She said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moreover</w:t>
      </w:r>
      <w:r>
        <w:rPr>
          <w:b/>
          <w:bCs/>
        </w:rPr>
        <w:t xml:space="preserve"> </w:t>
      </w:r>
      <w:r>
        <w:rPr>
          <w:b/>
          <w:bCs/>
        </w:rPr>
        <w:t xml:space="preserve">unto him, We have both straw and provender enough, and room to lodge in.</w:t>
      </w:r>
      <w:r>
        <w:br/>
      </w:r>
      <w:r>
        <w:t xml:space="preserve">    (a) despite that (used to connect contrasting ideas)</w:t>
      </w:r>
      <w:r>
        <w:br/>
      </w:r>
      <w:r>
        <w:t xml:space="preserve">    (b) in addition to what has just been said</w:t>
      </w:r>
      <w:r>
        <w:br/>
      </w:r>
      <w:r>
        <w:t xml:space="preserve">    (c) even though -- used to connect contrasting ideas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30:23 And she conceived, and bare a son; and said, God hath taken away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reproach</w:t>
      </w:r>
      <w:r>
        <w:rPr>
          <w:b/>
          <w:bCs/>
        </w:rPr>
        <w:t xml:space="preserve">: 30:24 And she called his name Joseph; and said, The LORD shall add to me another son.</w:t>
      </w:r>
      <w:r>
        <w:br/>
      </w:r>
      <w:r>
        <w:t xml:space="preserve">    (a) a criticism; or to express criticism</w:t>
      </w:r>
      <w:r>
        <w:br/>
      </w:r>
      <w:r>
        <w:t xml:space="preserve">    (b) move into position to work; or start</w:t>
      </w:r>
      <w:r>
        <w:br/>
      </w:r>
      <w:r>
        <w:t xml:space="preserve">    (c) to spread to other parts of the body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49:7 Cursed be their anger, for it was fierce; and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wrath</w:t>
      </w:r>
      <w:r>
        <w:rPr>
          <w:b/>
          <w:bCs/>
        </w:rPr>
        <w:t xml:space="preserve">, for it was cruel: I will divide them in Jacob, and scatter them in Israel.</w:t>
      </w:r>
      <w:r>
        <w:br/>
      </w:r>
      <w:r>
        <w:t xml:space="preserve">    (a) extreme anger</w:t>
      </w:r>
      <w:r>
        <w:br/>
      </w:r>
      <w:r>
        <w:t xml:space="preserve">    (b) use of reason</w:t>
      </w:r>
      <w:r>
        <w:br/>
      </w:r>
      <w:r>
        <w:t xml:space="preserve">    (c) determination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1:12 But the more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afflicted</w:t>
      </w:r>
      <w:r>
        <w:rPr>
          <w:b/>
          <w:bCs/>
        </w:rPr>
        <w:t xml:space="preserve"> </w:t>
      </w:r>
      <w:r>
        <w:rPr>
          <w:b/>
          <w:bCs/>
        </w:rPr>
        <w:t xml:space="preserve">them, the more they multiplied and grew.</w:t>
      </w:r>
      <w:r>
        <w:br/>
      </w:r>
      <w:r>
        <w:t xml:space="preserve">    (a) not judged in a negative way</w:t>
      </w:r>
      <w:r>
        <w:br/>
      </w:r>
      <w:r>
        <w:t xml:space="preserve">    (b) suffering; or made to suffer</w:t>
      </w:r>
      <w:r>
        <w:br/>
      </w:r>
      <w:r>
        <w:t xml:space="preserve">    (c) told someone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9:15 For now I will stretch out my hand, that I may smite thee and thy people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pestilence</w:t>
      </w:r>
      <w:r>
        <w:rPr>
          <w:b/>
          <w:bCs/>
        </w:rPr>
        <w:t xml:space="preserve">; and thou shalt be cut off from the earth.</w:t>
      </w:r>
      <w:r>
        <w:br/>
      </w:r>
      <w:r>
        <w:t xml:space="preserve">    (a) something that is not obvious, but noticeable by someone with adequate sensitivity and relevant knowledge</w:t>
      </w:r>
      <w:r>
        <w:br/>
      </w:r>
      <w:r>
        <w:t xml:space="preserve">    (b) a South African whose first language is Afrikaans -- typically descendants of 17th century Dutch settlers</w:t>
      </w:r>
      <w:r>
        <w:br/>
      </w:r>
      <w:r>
        <w:t xml:space="preserve">    (c) widespread disease (usually severe); or any severely harmful or evil influence that is hard to get rid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15:14 The people shall hear, and be afraid: sorrow shall take hold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of Palestina.</w:t>
      </w:r>
      <w:r>
        <w:br/>
      </w:r>
      <w:r>
        <w:t xml:space="preserve">    (a) things designed to stops something else</w:t>
      </w:r>
      <w:r>
        <w:br/>
      </w:r>
      <w:r>
        <w:t xml:space="preserve">    (b) people (who live in a particular place)</w:t>
      </w:r>
      <w:r>
        <w:br/>
      </w:r>
      <w:r>
        <w:t xml:space="preserve">    (c) things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23:21 Beware of him, and obey his voice, provoke him not; for he will not pardon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transgressions</w:t>
      </w:r>
      <w:r>
        <w:rPr>
          <w:b/>
          <w:bCs/>
        </w:rPr>
        <w:t xml:space="preserve">: for my name is in him.</w:t>
      </w:r>
      <w:r>
        <w:br/>
      </w:r>
      <w:r>
        <w:t xml:space="preserve">    (a) inexperience, innocence, or lack of sophistication</w:t>
      </w:r>
      <w:r>
        <w:br/>
      </w:r>
      <w:r>
        <w:t xml:space="preserve">    (b) light seen after bouncing off a surface to another</w:t>
      </w:r>
      <w:r>
        <w:br/>
      </w:r>
      <w:r>
        <w:t xml:space="preserve">    (c) acts that violate rules, promises, or social norms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18:4 Ye shall do my judgments, and keep mine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ordinances</w:t>
      </w:r>
      <w:r>
        <w:rPr>
          <w:b/>
          <w:bCs/>
        </w:rPr>
        <w:t xml:space="preserve">, to walk therein: I am the LORD your God.</w:t>
      </w:r>
      <w:r>
        <w:br/>
      </w:r>
      <w:r>
        <w:t xml:space="preserve">    (a) a rule or law -- typically enacted by city government</w:t>
      </w:r>
      <w:r>
        <w:br/>
      </w:r>
      <w:r>
        <w:t xml:space="preserve">    (b) acts or processes of stopped something from happening</w:t>
      </w:r>
      <w:r>
        <w:br/>
      </w:r>
      <w:r>
        <w:t xml:space="preserve">    (c) bands of inelastic tissue connecting a muscle to bone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18:29 For whosoever shall commit any of these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abominations</w:t>
      </w:r>
      <w:r>
        <w:rPr>
          <w:b/>
          <w:bCs/>
        </w:rPr>
        <w:t xml:space="preserve">, even the souls that commit them shall be cut off from among their people.</w:t>
      </w:r>
      <w:r>
        <w:br/>
      </w:r>
      <w:r>
        <w:t xml:space="preserve">    (a) acts of interacting or getting interested again</w:t>
      </w:r>
      <w:r>
        <w:br/>
      </w:r>
      <w:r>
        <w:t xml:space="preserve">    (b) things that are exceptionally bad or detestable</w:t>
      </w:r>
      <w:r>
        <w:br/>
      </w:r>
      <w:r>
        <w:t xml:space="preserve">    (c) general feelings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25:44 Both thy bondmen, and thy bondmaids, which thou shalt have, shall be of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heathen</w:t>
      </w:r>
      <w:r>
        <w:rPr>
          <w:b/>
          <w:bCs/>
        </w:rPr>
        <w:t xml:space="preserve"> </w:t>
      </w:r>
      <w:r>
        <w:rPr>
          <w:b/>
          <w:bCs/>
        </w:rPr>
        <w:t xml:space="preserve">that are round about you; of them shall ye buy bondmen and bondmaids.</w:t>
      </w:r>
      <w:r>
        <w:br/>
      </w:r>
      <w:r>
        <w:t xml:space="preserve">    (a) the ability and tendency to determine what should be done and to start doing it without instruction; or to start something</w:t>
      </w:r>
      <w:r>
        <w:br/>
      </w:r>
      <w:r>
        <w:t xml:space="preserve">    (b) someone who is not civilized or not moral  OR  an offensive term for a person who does not believe in a preferred religion</w:t>
      </w:r>
      <w:r>
        <w:br/>
      </w:r>
      <w:r>
        <w:t xml:space="preserve">    (c) the state of not being relevant (not related to the subject being considered, or not important enough to want to consider)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16:33 They, and all that appertained to them, went down alive into the pit, and the earth closed upon them: and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perished</w:t>
      </w:r>
      <w:r>
        <w:rPr>
          <w:b/>
          <w:bCs/>
        </w:rPr>
        <w:t xml:space="preserve"> </w:t>
      </w:r>
      <w:r>
        <w:rPr>
          <w:b/>
          <w:bCs/>
        </w:rPr>
        <w:t xml:space="preserve">from among the congregation.</w:t>
      </w:r>
      <w:r>
        <w:br/>
      </w:r>
      <w:r>
        <w:t xml:space="preserve">    (a) died, was destroyed, or ceased to exist</w:t>
      </w:r>
      <w:r>
        <w:br/>
      </w:r>
      <w:r>
        <w:t xml:space="preserve">    (b) moved into position to work; or started</w:t>
      </w:r>
      <w:r>
        <w:br/>
      </w:r>
      <w:r>
        <w:t xml:space="preserve">    (c) examined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12:19 Take heed to thyself that thou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</w:t>
      </w:r>
      <w:r>
        <w:rPr>
          <w:b/>
          <w:bCs/>
        </w:rPr>
        <w:t xml:space="preserve"> </w:t>
      </w:r>
      <w:r>
        <w:rPr>
          <w:b/>
          <w:bCs/>
        </w:rPr>
        <w:t xml:space="preserve">not the Levite as long as thou livest upon the earth.</w:t>
      </w:r>
      <w:r>
        <w:br/>
      </w:r>
      <w:r>
        <w:t xml:space="preserve">    (a) able to be translated</w:t>
      </w:r>
      <w:r>
        <w:br/>
      </w:r>
      <w:r>
        <w:t xml:space="preserve">    (b) abandon or give up on</w:t>
      </w:r>
      <w:r>
        <w:br/>
      </w:r>
      <w:r>
        <w:t xml:space="preserve">    (c) not easily identified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2:12 The LORD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recompense</w:t>
      </w:r>
      <w:r>
        <w:rPr>
          <w:b/>
          <w:bCs/>
        </w:rPr>
        <w:t xml:space="preserve"> </w:t>
      </w:r>
      <w:r>
        <w:rPr>
          <w:b/>
          <w:bCs/>
        </w:rPr>
        <w:t xml:space="preserve">thy work, and a full reward be given thee of the LORD God of Israel, under whose wings thou art come to trust.</w:t>
      </w:r>
      <w:r>
        <w:br/>
      </w:r>
      <w:r>
        <w:t xml:space="preserve">    (a) compensate for a loss; or pay a reward</w:t>
      </w:r>
      <w:r>
        <w:br/>
      </w:r>
      <w:r>
        <w:t xml:space="preserve">    (b) appropriate in size, amount, or degree</w:t>
      </w:r>
      <w:r>
        <w:br/>
      </w:r>
      <w:r>
        <w:t xml:space="preserve">    (c) examine in detail to better understand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33:23 If there be a messenger with him,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interpreter</w:t>
      </w:r>
      <w:r>
        <w:rPr>
          <w:b/>
          <w:bCs/>
        </w:rPr>
        <w:t xml:space="preserve">, one among a thousand, to shew unto man his uprightness: 33:24 Then he is gracious unto him, and saith, Deliver him from going down to the pit: I have found a ransom.</w:t>
      </w:r>
      <w:r>
        <w:br/>
      </w:r>
      <w:r>
        <w:t xml:space="preserve">    (a) people who criticize or condemn</w:t>
      </w:r>
      <w:r>
        <w:br/>
      </w:r>
      <w:r>
        <w:t xml:space="preserve">    (b) someone who translates language</w:t>
      </w:r>
      <w:r>
        <w:br/>
      </w:r>
      <w:r>
        <w:t xml:space="preserve">    (c) someone who extensively damages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4:6 Therefore made I a decree to bring in all the wise men of Babylon before me, that they might make known unto me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interpretation</w:t>
      </w:r>
      <w:r>
        <w:rPr>
          <w:b/>
          <w:bCs/>
        </w:rPr>
        <w:t xml:space="preserve"> </w:t>
      </w:r>
      <w:r>
        <w:rPr>
          <w:b/>
          <w:bCs/>
        </w:rPr>
        <w:t xml:space="preserve">of the dream.</w:t>
      </w:r>
      <w:r>
        <w:br/>
      </w:r>
      <w:r>
        <w:t xml:space="preserve">    (a) understanding or explanation of meaning</w:t>
      </w:r>
      <w:r>
        <w:br/>
      </w:r>
      <w:r>
        <w:t xml:space="preserve">    (b) the time during which something continues</w:t>
      </w:r>
      <w:r>
        <w:br/>
      </w:r>
      <w:r>
        <w:t xml:space="preserve">    (c) meticulousness (care about small details)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26:12 My foot standeth in an even place: in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congregations</w:t>
      </w:r>
      <w:r>
        <w:rPr>
          <w:b/>
          <w:bCs/>
        </w:rPr>
        <w:t xml:space="preserve"> </w:t>
      </w:r>
      <w:r>
        <w:rPr>
          <w:b/>
          <w:bCs/>
        </w:rPr>
        <w:t xml:space="preserve">will I bless the LORD.</w:t>
      </w:r>
      <w:r>
        <w:br/>
      </w:r>
      <w:r>
        <w:t xml:space="preserve">    (a) people who worship together in the same building</w:t>
      </w:r>
      <w:r>
        <w:br/>
      </w:r>
      <w:r>
        <w:t xml:space="preserve">    (b) images (seen on a mirror or other shiny surface)</w:t>
      </w:r>
      <w:r>
        <w:br/>
      </w:r>
      <w:r>
        <w:t xml:space="preserve">    (c) electronic components that act as one-way valves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119:4 Thou hast commanded us to keep thy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precepts</w:t>
      </w:r>
      <w:r>
        <w:rPr>
          <w:b/>
          <w:bCs/>
        </w:rPr>
        <w:t xml:space="preserve"> </w:t>
      </w:r>
      <w:r>
        <w:rPr>
          <w:b/>
          <w:bCs/>
        </w:rPr>
        <w:t xml:space="preserve">diligently.</w:t>
      </w:r>
      <w:r>
        <w:br/>
      </w:r>
      <w:r>
        <w:t xml:space="preserve">    (a) unties or releases</w:t>
      </w:r>
      <w:r>
        <w:br/>
      </w:r>
      <w:r>
        <w:t xml:space="preserve">    (b) sharp hooked claws</w:t>
      </w:r>
      <w:r>
        <w:br/>
      </w:r>
      <w:r>
        <w:t xml:space="preserve">    (c) rules for behavior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3:17 Although the fig tree shall not blossom, neither shall fruit be in the vines; the labour of the olive shall fail, and the fields shall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no meat; the flock shall be cut off from the fold, and there shall be no herd in the stalls: 3:18 Yet I will rejoice in the LORD, I will joy in the God of my salvation.</w:t>
      </w:r>
      <w:r>
        <w:br/>
      </w:r>
      <w:r>
        <w:t xml:space="preserve">    (a) give</w:t>
      </w:r>
      <w:r>
        <w:br/>
      </w:r>
      <w:r>
        <w:t xml:space="preserve">    (b) think deeply or carefully about</w:t>
      </w:r>
      <w:r>
        <w:br/>
      </w:r>
      <w:r>
        <w:t xml:space="preserve">    (c) stop (something from happening)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2026-07-31T16:56:10Z</dcterms:created>
  <dcterms:modified xsi:type="dcterms:W3CDTF">2026-07-31T16:56:10Z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