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ee247b8fc68780ff5e4c40ad6d6add07533d6a"/>
    <w:p>
      <w:pPr>
        <w:pStyle w:val="Heading1"/>
      </w:pPr>
      <w:r>
        <w:rPr>
          <w:b/>
          <w:bCs/>
        </w:rPr>
        <w:t xml:space="preserve">Okay for Now</w:t>
      </w:r>
      <w:r>
        <w:br/>
      </w:r>
      <w:r>
        <w:rPr>
          <w:i/>
          <w:iCs/>
        </w:rPr>
        <w:t xml:space="preserve">Gary D. Schmidt</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One with a</w:t>
      </w:r>
      <w:r>
        <w:rPr>
          <w:b/>
          <w:bCs/>
        </w:rPr>
        <w:t xml:space="preserve"> </w:t>
      </w:r>
      <w:r>
        <w:rPr>
          <w:b/>
          <w:bCs/>
          <w:u w:val="single"/>
        </w:rPr>
        <w:t xml:space="preserve">transistor radio</w:t>
      </w:r>
      <w:r>
        <w:rPr>
          <w:b/>
          <w:bCs/>
        </w:rPr>
        <w:t xml:space="preserve"> </w:t>
      </w:r>
      <w:r>
        <w:rPr>
          <w:b/>
          <w:bCs/>
        </w:rPr>
        <w:t xml:space="preserve">on—except it was the stupid Mets and not the Yankees.</w:t>
      </w:r>
      <w:r>
        <w:br/>
      </w:r>
      <w:r>
        <w:t xml:space="preserve">    (a) a type of small portable radio</w:t>
      </w:r>
      <w:r>
        <w:br/>
      </w:r>
      <w:r>
        <w:t xml:space="preserve">    (b) a change; or a changed version</w:t>
      </w:r>
      <w:r>
        <w:br/>
      </w:r>
      <w:r>
        <w:t xml:space="preserve">    (c) confidential or secret meeting</w:t>
      </w:r>
    </w:p>
    <w:p>
      <w:pPr>
        <w:pStyle w:val="Compact"/>
        <w:numPr>
          <w:ilvl w:val="0"/>
          <w:numId w:val="1001"/>
        </w:numPr>
      </w:pPr>
      <w:r>
        <w:rPr>
          <w:b/>
          <w:bCs/>
        </w:rPr>
        <w:t xml:space="preserve">I don't think we'll</w:t>
      </w:r>
      <w:r>
        <w:rPr>
          <w:b/>
          <w:bCs/>
        </w:rPr>
        <w:t xml:space="preserve"> </w:t>
      </w:r>
      <w:r>
        <w:rPr>
          <w:b/>
          <w:bCs/>
          <w:u w:val="single"/>
        </w:rPr>
        <w:t xml:space="preserve">undermine</w:t>
      </w:r>
      <w:r>
        <w:rPr>
          <w:b/>
          <w:bCs/>
        </w:rPr>
        <w:t xml:space="preserve"> </w:t>
      </w:r>
      <w:r>
        <w:rPr>
          <w:b/>
          <w:bCs/>
        </w:rPr>
        <w:t xml:space="preserve">all law and order in the state of New York if I let you in early.</w:t>
      </w:r>
      <w:r>
        <w:br/>
      </w:r>
      <w:r>
        <w:t xml:space="preserve">    (a) take on or adopt</w:t>
      </w:r>
      <w:r>
        <w:br/>
      </w:r>
      <w:r>
        <w:t xml:space="preserve">    (b) make more varied</w:t>
      </w:r>
      <w:r>
        <w:br/>
      </w:r>
      <w:r>
        <w:t xml:space="preserve">    (c) weaken gradually</w:t>
      </w:r>
    </w:p>
    <w:p>
      <w:pPr>
        <w:pStyle w:val="Compact"/>
        <w:numPr>
          <w:ilvl w:val="0"/>
          <w:numId w:val="1001"/>
        </w:numPr>
      </w:pPr>
      <w:r>
        <w:rPr>
          <w:b/>
          <w:bCs/>
        </w:rPr>
        <w:t xml:space="preserve">Can you imagine Joe Pepitone ever going to an</w:t>
      </w:r>
      <w:r>
        <w:rPr>
          <w:b/>
          <w:bCs/>
        </w:rPr>
        <w:t xml:space="preserve"> </w:t>
      </w:r>
      <w:r>
        <w:rPr>
          <w:b/>
          <w:bCs/>
          <w:u w:val="single"/>
        </w:rPr>
        <w:t xml:space="preserve">opera</w:t>
      </w:r>
      <w:r>
        <w:rPr>
          <w:b/>
          <w:bCs/>
        </w:rPr>
        <w:t xml:space="preserve">?</w:t>
      </w:r>
      <w:r>
        <w:br/>
      </w:r>
      <w:r>
        <w:t xml:space="preserve">    (a) the act of forcing into an undesired activity or situation -- such as legally sentencing someone to punishment  OR  the act of finding guilty -- especially in court</w:t>
      </w:r>
      <w:r>
        <w:br/>
      </w:r>
      <w:r>
        <w:t xml:space="preserve">    (b) a musical play with orchestra in which most of the dialogue is sung (or the art form that consists of such musicals; or describing something as related to that art form)</w:t>
      </w:r>
      <w:r>
        <w:br/>
      </w:r>
      <w:r>
        <w:t xml:space="preserve">    (c) a person with or something related to an eating disorder in which overeating is followed by guilt and unhealthy attempts at correction -- especially self-induced vomiting</w:t>
      </w:r>
    </w:p>
    <w:p>
      <w:pPr>
        <w:pStyle w:val="Compact"/>
        <w:numPr>
          <w:ilvl w:val="0"/>
          <w:numId w:val="1001"/>
        </w:numPr>
      </w:pPr>
      <w:r>
        <w:rPr>
          <w:b/>
          <w:bCs/>
        </w:rPr>
        <w:t xml:space="preserve">And I think we could have filled a whole bunch more if Mrs. Merriam hadn't come up and reminded Mr. Powell that there were other</w:t>
      </w:r>
      <w:r>
        <w:rPr>
          <w:b/>
          <w:bCs/>
        </w:rPr>
        <w:t xml:space="preserve"> </w:t>
      </w:r>
      <w:r>
        <w:rPr>
          <w:b/>
          <w:bCs/>
          <w:u w:val="single"/>
        </w:rPr>
        <w:t xml:space="preserve">patrons</w:t>
      </w:r>
      <w:r>
        <w:rPr>
          <w:b/>
          <w:bCs/>
        </w:rPr>
        <w:t xml:space="preserve"> </w:t>
      </w:r>
      <w:r>
        <w:rPr>
          <w:b/>
          <w:bCs/>
        </w:rPr>
        <w:t xml:space="preserve">of the Marysville Free Public Library, not to mention all the cataloging for those new books from Houghton Mifflin, and she couldn't do that by herself and check books in and out also, could she?</w:t>
      </w:r>
      <w:r>
        <w:br/>
      </w:r>
      <w:r>
        <w:t xml:space="preserve">    (a) a regular customer; or someone who gives money or support to an organization, cause, or person</w:t>
      </w:r>
      <w:r>
        <w:br/>
      </w:r>
      <w:r>
        <w:t xml:space="preserve">    (b) compounds consisting of large molecules made up of linked series of repeated smaller molecules</w:t>
      </w:r>
      <w:r>
        <w:br/>
      </w:r>
      <w:r>
        <w:t xml:space="preserve">    (c) members of the Religious Society of Friends (the Friends have never called themselves Quakers)</w:t>
      </w:r>
    </w:p>
    <w:p>
      <w:pPr>
        <w:pStyle w:val="Compact"/>
        <w:numPr>
          <w:ilvl w:val="0"/>
          <w:numId w:val="1001"/>
        </w:numPr>
      </w:pPr>
      <w:r>
        <w:rPr>
          <w:b/>
          <w:bCs/>
        </w:rPr>
        <w:t xml:space="preserve">After that, when even the ninth-graders who had Caught the Stupid Spirit were pretty much drooping, Principal Peattie announced that parents were to stay in the auditorium for an informational session on school expectations as well as a discussion of what supplies they were to provide in a year of</w:t>
      </w:r>
      <w:r>
        <w:rPr>
          <w:b/>
          <w:bCs/>
        </w:rPr>
        <w:t xml:space="preserve"> </w:t>
      </w:r>
      <w:r>
        <w:rPr>
          <w:b/>
          <w:bCs/>
          <w:u w:val="single"/>
        </w:rPr>
        <w:t xml:space="preserve">austerity</w:t>
      </w:r>
      <w:r>
        <w:rPr>
          <w:b/>
          <w:bCs/>
        </w:rPr>
        <w:t xml:space="preserve"> </w:t>
      </w:r>
      <w:r>
        <w:rPr>
          <w:b/>
          <w:bCs/>
        </w:rPr>
        <w:t xml:space="preserve">budgets.</w:t>
      </w:r>
      <w:r>
        <w:br/>
      </w:r>
      <w:r>
        <w:t xml:space="preserve">    (a) the process of accepting someone's membership though a special procedure such as a ceremony and/or period of instruction and/or test</w:t>
      </w:r>
      <w:r>
        <w:br/>
      </w:r>
      <w:r>
        <w:t xml:space="preserve">    (b) submissiveness -- often an attitude of someone who is so submissive or eager to serve and please that they seem to lack self-respect</w:t>
      </w:r>
      <w:r>
        <w:br/>
      </w:r>
      <w:r>
        <w:t xml:space="preserve">    (c) a government policy in which significantly less money is spent than normal; or any notable absence of luxury, comfort, or decoration</w:t>
      </w:r>
    </w:p>
    <w:p>
      <w:pPr>
        <w:pStyle w:val="Compact"/>
        <w:numPr>
          <w:ilvl w:val="0"/>
          <w:numId w:val="1001"/>
        </w:numPr>
      </w:pPr>
      <w:r>
        <w:rPr>
          <w:b/>
          <w:bCs/>
        </w:rPr>
        <w:t xml:space="preserve">Mr. McElroy in world history, who announced that we were going to start by studying the barbarian</w:t>
      </w:r>
      <w:r>
        <w:rPr>
          <w:b/>
          <w:bCs/>
        </w:rPr>
        <w:t xml:space="preserve"> </w:t>
      </w:r>
      <w:r>
        <w:rPr>
          <w:b/>
          <w:bCs/>
          <w:u w:val="single"/>
        </w:rPr>
        <w:t xml:space="preserve">hordes</w:t>
      </w:r>
      <w:r>
        <w:rPr>
          <w:b/>
          <w:bCs/>
        </w:rPr>
        <w:t xml:space="preserve"> </w:t>
      </w:r>
      <w:r>
        <w:rPr>
          <w:b/>
          <w:bCs/>
        </w:rPr>
        <w:t xml:space="preserve">of western Russia, and then looked at me.</w:t>
      </w:r>
      <w:r>
        <w:br/>
      </w:r>
      <w:r>
        <w:t xml:space="preserve">    (a) large numbers</w:t>
      </w:r>
      <w:r>
        <w:br/>
      </w:r>
      <w:r>
        <w:t xml:space="preserve">    (b) fat compounds</w:t>
      </w:r>
      <w:r>
        <w:br/>
      </w:r>
      <w:r>
        <w:t xml:space="preserve">    (c) psychiatrists</w:t>
      </w:r>
    </w:p>
    <w:p>
      <w:pPr>
        <w:pStyle w:val="Compact"/>
        <w:numPr>
          <w:ilvl w:val="0"/>
          <w:numId w:val="1001"/>
        </w:numPr>
      </w:pPr>
      <w:r>
        <w:rPr>
          <w:b/>
          <w:bCs/>
        </w:rPr>
        <w:t xml:space="preserve">Miss Cowper in English, whose first words were "This fall, we will be reading Jane Eyre by Miss Charlotte Bronte, and I am not</w:t>
      </w:r>
      <w:r>
        <w:rPr>
          <w:b/>
          <w:bCs/>
        </w:rPr>
        <w:t xml:space="preserve"> </w:t>
      </w:r>
      <w:r>
        <w:rPr>
          <w:b/>
          <w:bCs/>
          <w:u w:val="single"/>
        </w:rPr>
        <w:t xml:space="preserve">naive</w:t>
      </w:r>
      <w:r>
        <w:rPr>
          <w:b/>
          <w:bCs/>
        </w:rPr>
        <w:t xml:space="preserve"> </w:t>
      </w:r>
      <w:r>
        <w:rPr>
          <w:b/>
          <w:bCs/>
        </w:rPr>
        <w:t xml:space="preserve">enough to believe that you will all like it."</w:t>
      </w:r>
      <w:r>
        <w:br/>
      </w:r>
      <w:r>
        <w:t xml:space="preserve">    (a) lacking experience or sophistication, and the understanding that comes from them -- often too trusting or optimistic</w:t>
      </w:r>
      <w:r>
        <w:br/>
      </w:r>
      <w:r>
        <w:t xml:space="preserve">    (b) the degree of being influenced by personal belief, feelings, or preferences (rather than being based purely upon fact)</w:t>
      </w:r>
      <w:r>
        <w:br/>
      </w:r>
      <w:r>
        <w:t xml:space="preserve">    (c) the quality of being characterized by fantastic imagery, or combinations of things and events that don't go together</w:t>
      </w:r>
    </w:p>
    <w:p>
      <w:pPr>
        <w:pStyle w:val="Compact"/>
        <w:numPr>
          <w:ilvl w:val="0"/>
          <w:numId w:val="1001"/>
        </w:numPr>
      </w:pPr>
      <w:r>
        <w:rPr>
          <w:b/>
          <w:bCs/>
        </w:rPr>
        <w:t xml:space="preserve">The original novel is over four hundred pages long—no groaning, please, you are not cattle being led to slaughter—but you will be reading an</w:t>
      </w:r>
      <w:r>
        <w:rPr>
          <w:b/>
          <w:bCs/>
        </w:rPr>
        <w:t xml:space="preserve"> </w:t>
      </w:r>
      <w:r>
        <w:rPr>
          <w:b/>
          <w:bCs/>
          <w:u w:val="single"/>
        </w:rPr>
        <w:t xml:space="preserve">abridgment</w:t>
      </w:r>
      <w:r>
        <w:rPr>
          <w:b/>
          <w:bCs/>
        </w:rPr>
        <w:t xml:space="preserve">.</w:t>
      </w:r>
      <w:r>
        <w:br/>
      </w:r>
      <w:r>
        <w:t xml:space="preserve">    (a) the act of move something out of an interacting position; or the act of stopping</w:t>
      </w:r>
      <w:r>
        <w:br/>
      </w:r>
      <w:r>
        <w:t xml:space="preserve">    (b) shortened book; or something reduced in scope while retaining essential elements</w:t>
      </w:r>
      <w:r>
        <w:br/>
      </w:r>
      <w:r>
        <w:t xml:space="preserve">    (c) co-existing peacefully; or having components that are combined in a pleasing way</w:t>
      </w:r>
    </w:p>
    <w:p>
      <w:pPr>
        <w:pStyle w:val="Compact"/>
        <w:numPr>
          <w:ilvl w:val="0"/>
          <w:numId w:val="1001"/>
        </w:numPr>
      </w:pPr>
      <w:r>
        <w:rPr>
          <w:b/>
          <w:bCs/>
        </w:rPr>
        <w:t xml:space="preserve">Mr. Powell wanted me to work on the bills and the feet, since they were at</w:t>
      </w:r>
      <w:r>
        <w:rPr>
          <w:b/>
          <w:bCs/>
        </w:rPr>
        <w:t xml:space="preserve"> </w:t>
      </w:r>
      <w:r>
        <w:rPr>
          <w:b/>
          <w:bCs/>
          <w:u w:val="single"/>
        </w:rPr>
        <w:t xml:space="preserve">crux</w:t>
      </w:r>
      <w:r>
        <w:rPr>
          <w:b/>
          <w:bCs/>
        </w:rPr>
        <w:t xml:space="preserve"> </w:t>
      </w:r>
      <w:r>
        <w:rPr>
          <w:b/>
          <w:bCs/>
        </w:rPr>
        <w:t xml:space="preserve">points in the composition, he said.</w:t>
      </w:r>
      <w:r>
        <w:br/>
      </w:r>
      <w:r>
        <w:t xml:space="preserve">    (a) Hitler's fanatical and oppressive political party in World War II Germany</w:t>
      </w:r>
      <w:r>
        <w:br/>
      </w:r>
      <w:r>
        <w:t xml:space="preserve">    (b) a feeling of anger or unhappiness at having to accept something not liked</w:t>
      </w:r>
      <w:r>
        <w:br/>
      </w:r>
      <w:r>
        <w:t xml:space="preserve">    (c) the most important or difficult part of a problem, argument, or situation</w:t>
      </w:r>
    </w:p>
    <w:p>
      <w:pPr>
        <w:pStyle w:val="Compact"/>
        <w:numPr>
          <w:ilvl w:val="0"/>
          <w:numId w:val="1001"/>
        </w:numPr>
      </w:pPr>
      <w:r>
        <w:rPr>
          <w:b/>
          <w:bCs/>
        </w:rPr>
        <w:t xml:space="preserve">She doesn't have anything to do with it, and even though she doesn't show it, she's</w:t>
      </w:r>
      <w:r>
        <w:rPr>
          <w:b/>
          <w:bCs/>
        </w:rPr>
        <w:t xml:space="preserve"> </w:t>
      </w:r>
      <w:r>
        <w:rPr>
          <w:b/>
          <w:bCs/>
          <w:u w:val="single"/>
        </w:rPr>
        <w:t xml:space="preserve">distraught</w:t>
      </w:r>
      <w:r>
        <w:rPr>
          <w:b/>
          <w:bCs/>
        </w:rPr>
        <w:t xml:space="preserve">.</w:t>
      </w:r>
      <w:r>
        <w:br/>
      </w:r>
      <w:r>
        <w:t xml:space="preserve">    (a) extremely distressed</w:t>
      </w:r>
      <w:r>
        <w:br/>
      </w:r>
      <w:r>
        <w:t xml:space="preserve">    (b) sincerity (realness)</w:t>
      </w:r>
      <w:r>
        <w:br/>
      </w:r>
      <w:r>
        <w:t xml:space="preserve">    (c) not demonstrative of</w:t>
      </w:r>
    </w:p>
    <w:p>
      <w:pPr>
        <w:pStyle w:val="Compact"/>
        <w:numPr>
          <w:ilvl w:val="0"/>
          <w:numId w:val="1001"/>
        </w:numPr>
      </w:pPr>
      <w:r>
        <w:rPr>
          <w:b/>
          <w:bCs/>
        </w:rPr>
        <w:t xml:space="preserve">And since Marysville's public library is not so</w:t>
      </w:r>
      <w:r>
        <w:rPr>
          <w:b/>
          <w:bCs/>
        </w:rPr>
        <w:t xml:space="preserve"> </w:t>
      </w:r>
      <w:r>
        <w:rPr>
          <w:b/>
          <w:bCs/>
          <w:u w:val="single"/>
        </w:rPr>
        <w:t xml:space="preserve">scrupulous</w:t>
      </w:r>
      <w:r>
        <w:rPr>
          <w:b/>
          <w:bCs/>
        </w:rPr>
        <w:t xml:space="preserve"> </w:t>
      </w:r>
      <w:r>
        <w:rPr>
          <w:b/>
          <w:bCs/>
        </w:rPr>
        <w:t xml:space="preserve">as its historical society, this is the only volume that is missing any of its pages.</w:t>
      </w:r>
      <w:r>
        <w:br/>
      </w:r>
      <w:r>
        <w:t xml:space="preserve">    (a) the quality of being unchanging or continuous</w:t>
      </w:r>
      <w:r>
        <w:br/>
      </w:r>
      <w:r>
        <w:t xml:space="preserve">    (b) the quality of not being sensible and careful</w:t>
      </w:r>
      <w:r>
        <w:br/>
      </w:r>
      <w:r>
        <w:t xml:space="preserve">    (c) careful to behave ethically and/or diligently</w:t>
      </w:r>
    </w:p>
    <w:p>
      <w:pPr>
        <w:pStyle w:val="Compact"/>
        <w:numPr>
          <w:ilvl w:val="0"/>
          <w:numId w:val="1001"/>
        </w:numPr>
      </w:pPr>
      <w:r>
        <w:rPr>
          <w:b/>
          <w:bCs/>
        </w:rPr>
        <w:t xml:space="preserve">Are you trying to</w:t>
      </w:r>
      <w:r>
        <w:rPr>
          <w:b/>
          <w:bCs/>
        </w:rPr>
        <w:t xml:space="preserve"> </w:t>
      </w:r>
      <w:r>
        <w:rPr>
          <w:b/>
          <w:bCs/>
          <w:u w:val="single"/>
        </w:rPr>
        <w:t xml:space="preserve">illustrate</w:t>
      </w:r>
      <w:r>
        <w:rPr>
          <w:b/>
          <w:bCs/>
        </w:rPr>
        <w:t xml:space="preserve"> </w:t>
      </w:r>
      <w:r>
        <w:rPr>
          <w:b/>
          <w:bCs/>
        </w:rPr>
        <w:t xml:space="preserve">a principle of randomness, Doug Swieteck?</w:t>
      </w:r>
      <w:r>
        <w:br/>
      </w:r>
      <w:r>
        <w:t xml:space="preserve">    (a) help make clear</w:t>
      </w:r>
      <w:r>
        <w:br/>
      </w:r>
      <w:r>
        <w:t xml:space="preserve">    (b) think carefully</w:t>
      </w:r>
      <w:r>
        <w:br/>
      </w:r>
      <w:r>
        <w:t xml:space="preserve">    (c) work or operate</w:t>
      </w:r>
    </w:p>
    <w:p>
      <w:pPr>
        <w:pStyle w:val="Compact"/>
        <w:numPr>
          <w:ilvl w:val="0"/>
          <w:numId w:val="1001"/>
        </w:numPr>
      </w:pPr>
      <w:r>
        <w:rPr>
          <w:b/>
          <w:bCs/>
        </w:rPr>
        <w:t xml:space="preserve">And so what that Apollo 7 successfully detached from the Saturn rocket to practice the</w:t>
      </w:r>
      <w:r>
        <w:rPr>
          <w:b/>
          <w:bCs/>
        </w:rPr>
        <w:t xml:space="preserve"> </w:t>
      </w:r>
      <w:r>
        <w:rPr>
          <w:b/>
          <w:bCs/>
          <w:u w:val="single"/>
        </w:rPr>
        <w:t xml:space="preserve">rendezvous</w:t>
      </w:r>
      <w:r>
        <w:rPr>
          <w:b/>
          <w:bCs/>
        </w:rPr>
        <w:t xml:space="preserve"> </w:t>
      </w:r>
      <w:r>
        <w:rPr>
          <w:b/>
          <w:bCs/>
        </w:rPr>
        <w:t xml:space="preserve">they would have to perform perfectly for a moon shot?</w:t>
      </w:r>
      <w:r>
        <w:br/>
      </w:r>
      <w:r>
        <w:t xml:space="preserve">    (a) determine or identify the nature of a problem or an illness</w:t>
      </w:r>
      <w:r>
        <w:br/>
      </w:r>
      <w:r>
        <w:t xml:space="preserve">    (b) something constructed to control the flow of sound or fluid</w:t>
      </w:r>
      <w:r>
        <w:br/>
      </w:r>
      <w:r>
        <w:t xml:space="preserve">    (c) to meet at a specific time and place; or the meeting itself</w:t>
      </w:r>
    </w:p>
    <w:p>
      <w:pPr>
        <w:pStyle w:val="Compact"/>
        <w:numPr>
          <w:ilvl w:val="0"/>
          <w:numId w:val="1001"/>
        </w:numPr>
      </w:pPr>
      <w:r>
        <w:rPr>
          <w:b/>
          <w:bCs/>
        </w:rPr>
        <w:t xml:space="preserve">The only reason we were going, he said, was the</w:t>
      </w:r>
      <w:r>
        <w:rPr>
          <w:b/>
          <w:bCs/>
        </w:rPr>
        <w:t xml:space="preserve"> </w:t>
      </w:r>
      <w:r>
        <w:rPr>
          <w:b/>
          <w:bCs/>
          <w:u w:val="single"/>
        </w:rPr>
        <w:t xml:space="preserve">Trivia</w:t>
      </w:r>
      <w:r>
        <w:rPr>
          <w:b/>
          <w:bCs/>
        </w:rPr>
        <w:t xml:space="preserve"> </w:t>
      </w:r>
      <w:r>
        <w:rPr>
          <w:b/>
          <w:bCs/>
        </w:rPr>
        <w:t xml:space="preserve">Contest.</w:t>
      </w:r>
      <w:r>
        <w:br/>
      </w:r>
      <w:r>
        <w:t xml:space="preserve">    (a) the practice or tendency to be pessimistic or disagreeable</w:t>
      </w:r>
      <w:r>
        <w:br/>
      </w:r>
      <w:r>
        <w:t xml:space="preserve">    (b) facts or details that are generally considered unimportant</w:t>
      </w:r>
      <w:r>
        <w:br/>
      </w:r>
      <w:r>
        <w:t xml:space="preserve">    (c) the doctrine that all knowledge is derived from experience</w:t>
      </w:r>
    </w:p>
    <w:p>
      <w:pPr>
        <w:pStyle w:val="Compact"/>
        <w:numPr>
          <w:ilvl w:val="0"/>
          <w:numId w:val="1001"/>
        </w:numPr>
      </w:pPr>
      <w:r>
        <w:rPr>
          <w:b/>
          <w:bCs/>
        </w:rPr>
        <w:t xml:space="preserve">The back leg was</w:t>
      </w:r>
      <w:r>
        <w:rPr>
          <w:b/>
          <w:bCs/>
        </w:rPr>
        <w:t xml:space="preserve"> </w:t>
      </w:r>
      <w:r>
        <w:rPr>
          <w:b/>
          <w:bCs/>
          <w:u w:val="single"/>
        </w:rPr>
        <w:t xml:space="preserve">poised</w:t>
      </w:r>
      <w:r>
        <w:rPr>
          <w:b/>
          <w:bCs/>
        </w:rPr>
        <w:t xml:space="preserve"> </w:t>
      </w:r>
      <w:r>
        <w:rPr>
          <w:b/>
          <w:bCs/>
        </w:rPr>
        <w:t xml:space="preserve">as if it was about to leave its toehold and push ahead, and the way of it, the whole way of it, said that the head and back wouldn't be moving at all—just those legs.</w:t>
      </w:r>
      <w:r>
        <w:br/>
      </w:r>
      <w:r>
        <w:t xml:space="preserve">    (a) calm, confident, and in control—especially in movement, behavior, or when ready to act</w:t>
      </w:r>
      <w:r>
        <w:br/>
      </w:r>
      <w:r>
        <w:t xml:space="preserve">    (b) removed or suppressed something considered obscene, immoral, or politically unacceptable</w:t>
      </w:r>
      <w:r>
        <w:br/>
      </w:r>
      <w:r>
        <w:t xml:space="preserve">    (c) without a personal preference; or without any tendency to move in a particular direction</w:t>
      </w:r>
    </w:p>
    <w:p>
      <w:pPr>
        <w:pStyle w:val="Compact"/>
        <w:numPr>
          <w:ilvl w:val="0"/>
          <w:numId w:val="1001"/>
        </w:numPr>
      </w:pPr>
      <w:r>
        <w:rPr>
          <w:b/>
          <w:bCs/>
        </w:rPr>
        <w:t xml:space="preserve">You don't get a whole lot for a hundred-dollar</w:t>
      </w:r>
      <w:r>
        <w:rPr>
          <w:b/>
          <w:bCs/>
        </w:rPr>
        <w:t xml:space="preserve"> </w:t>
      </w:r>
      <w:r>
        <w:rPr>
          <w:b/>
          <w:bCs/>
          <w:u w:val="single"/>
        </w:rPr>
        <w:t xml:space="preserve">down payment</w:t>
      </w:r>
      <w:r>
        <w:rPr>
          <w:b/>
          <w:bCs/>
        </w:rPr>
        <w:t xml:space="preserve">, I guess.</w:t>
      </w:r>
      <w:r>
        <w:br/>
      </w:r>
      <w:r>
        <w:t xml:space="preserve">    (a) two successive lines of poetry; usually rhymed</w:t>
      </w:r>
      <w:r>
        <w:br/>
      </w:r>
      <w:r>
        <w:t xml:space="preserve">    (b) a partial payment made at the time of purchase</w:t>
      </w:r>
      <w:r>
        <w:br/>
      </w:r>
      <w:r>
        <w:t xml:space="preserve">    (c) the main building (or buildings) of government</w:t>
      </w:r>
    </w:p>
    <w:p>
      <w:pPr>
        <w:pStyle w:val="Compact"/>
        <w:numPr>
          <w:ilvl w:val="0"/>
          <w:numId w:val="1001"/>
        </w:numPr>
      </w:pPr>
      <w:r>
        <w:rPr>
          <w:b/>
          <w:bCs/>
        </w:rPr>
        <w:t xml:space="preserve">Then he told us that the next day would be the stunning</w:t>
      </w:r>
      <w:r>
        <w:rPr>
          <w:b/>
          <w:bCs/>
        </w:rPr>
        <w:t xml:space="preserve"> </w:t>
      </w:r>
      <w:r>
        <w:rPr>
          <w:b/>
          <w:bCs/>
          <w:u w:val="single"/>
        </w:rPr>
        <w:t xml:space="preserve">climax</w:t>
      </w:r>
      <w:r>
        <w:rPr>
          <w:b/>
          <w:bCs/>
        </w:rPr>
        <w:t xml:space="preserve"> </w:t>
      </w:r>
      <w:r>
        <w:rPr>
          <w:b/>
          <w:bCs/>
        </w:rPr>
        <w:t xml:space="preserve">of the Wrestling and Volleyball Units.</w:t>
      </w:r>
      <w:r>
        <w:br/>
      </w:r>
      <w:r>
        <w:t xml:space="preserve">    (a) the most exciting or important part of a story, musical piece, or other thing that has a series of events</w:t>
      </w:r>
      <w:r>
        <w:br/>
      </w:r>
      <w:r>
        <w:t xml:space="preserve">    (b) treat something in an educated, intellectual way -- often excluding emotional or practical considerations</w:t>
      </w:r>
      <w:r>
        <w:br/>
      </w:r>
      <w:r>
        <w:t xml:space="preserve">    (c) "spiritually renew" (a person) in a Christian ceremony  OR  initiate or purify by a challenging experience</w:t>
      </w:r>
    </w:p>
    <w:p>
      <w:pPr>
        <w:pStyle w:val="Compact"/>
        <w:numPr>
          <w:ilvl w:val="0"/>
          <w:numId w:val="1001"/>
        </w:numPr>
      </w:pPr>
      <w:r>
        <w:rPr>
          <w:b/>
          <w:bCs/>
        </w:rPr>
        <w:t xml:space="preserve">My mother did the best she could by calling up the doctor's office and asking what to do and filling the</w:t>
      </w:r>
      <w:r>
        <w:rPr>
          <w:b/>
          <w:bCs/>
        </w:rPr>
        <w:t xml:space="preserve"> </w:t>
      </w:r>
      <w:r>
        <w:rPr>
          <w:b/>
          <w:bCs/>
          <w:u w:val="single"/>
        </w:rPr>
        <w:t xml:space="preserve">prescription</w:t>
      </w:r>
      <w:r>
        <w:rPr>
          <w:b/>
          <w:bCs/>
        </w:rPr>
        <w:t xml:space="preserve"> </w:t>
      </w:r>
      <w:r>
        <w:rPr>
          <w:b/>
          <w:bCs/>
        </w:rPr>
        <w:t xml:space="preserve">for the ointment for Lucas's eyes and checking the stumps every day to be sure there was no redness or smell of infection.</w:t>
      </w:r>
      <w:r>
        <w:br/>
      </w:r>
      <w:r>
        <w:t xml:space="preserve">    (a) lymph node -- one of many bean-sized organs that filter bacteria and other toxins from circulating white-blood-cell filled lymph fluid</w:t>
      </w:r>
      <w:r>
        <w:br/>
      </w:r>
      <w:r>
        <w:t xml:space="preserve">    (b) a recommendation or requirement  OR  (from a medical doctor) an instruction -- such as writing that a patient should take antibiotics</w:t>
      </w:r>
      <w:r>
        <w:br/>
      </w:r>
      <w:r>
        <w:t xml:space="preserve">    (c) submissiveness -- often an attitude of someone who is so submissive or eager to serve and please that they seem to lack self-respect</w:t>
      </w:r>
    </w:p>
    <w:p>
      <w:pPr>
        <w:pStyle w:val="Compact"/>
        <w:numPr>
          <w:ilvl w:val="0"/>
          <w:numId w:val="1001"/>
        </w:numPr>
      </w:pPr>
      <w:r>
        <w:rPr>
          <w:b/>
          <w:bCs/>
        </w:rPr>
        <w:t xml:space="preserve">Would we please pass forward our poetry</w:t>
      </w:r>
      <w:r>
        <w:rPr>
          <w:b/>
          <w:bCs/>
        </w:rPr>
        <w:t xml:space="preserve"> </w:t>
      </w:r>
      <w:r>
        <w:rPr>
          <w:b/>
          <w:bCs/>
          <w:u w:val="single"/>
        </w:rPr>
        <w:t xml:space="preserve">anthologies</w:t>
      </w:r>
      <w:r>
        <w:rPr>
          <w:b/>
          <w:bCs/>
        </w:rPr>
        <w:t xml:space="preserve">?</w:t>
      </w:r>
      <w:r>
        <w:br/>
      </w:r>
      <w:r>
        <w:t xml:space="preserve">    (a) things that help clarify or demonstrate</w:t>
      </w:r>
      <w:r>
        <w:br/>
      </w:r>
      <w:r>
        <w:t xml:space="preserve">    (b) a collection of literary works or music</w:t>
      </w:r>
      <w:r>
        <w:br/>
      </w:r>
      <w:r>
        <w:t xml:space="preserve">    (c) ways of seeing or thinking about things</w:t>
      </w:r>
    </w:p>
    <w:p>
      <w:pPr>
        <w:pStyle w:val="Compact"/>
        <w:numPr>
          <w:ilvl w:val="0"/>
          <w:numId w:val="1001"/>
        </w:numPr>
      </w:pPr>
      <w:r>
        <w:rPr>
          <w:b/>
          <w:bCs/>
        </w:rPr>
        <w:t xml:space="preserve">If we kept up our studies, we would all find next year's algebra</w:t>
      </w:r>
      <w:r>
        <w:rPr>
          <w:b/>
          <w:bCs/>
        </w:rPr>
        <w:t xml:space="preserve"> </w:t>
      </w:r>
      <w:r>
        <w:rPr>
          <w:b/>
          <w:bCs/>
          <w:u w:val="single"/>
        </w:rPr>
        <w:t xml:space="preserve">Regents</w:t>
      </w:r>
      <w:r>
        <w:rPr>
          <w:b/>
          <w:bCs/>
        </w:rPr>
        <w:t xml:space="preserve"> </w:t>
      </w:r>
      <w:r>
        <w:rPr>
          <w:b/>
          <w:bCs/>
        </w:rPr>
        <w:t xml:space="preserve">exams to be well within our abilities, and we would fare quite well against all the other algebra students in the great State of New York.</w:t>
      </w:r>
      <w:r>
        <w:br/>
      </w:r>
      <w:r>
        <w:t xml:space="preserve">    (a) someone appointed to a position of temporary or delegated authority -- such as a temporarily while the king or queen is too young, too sick, or away; or a member of a governing board</w:t>
      </w:r>
      <w:r>
        <w:br/>
      </w:r>
      <w:r>
        <w:t xml:space="preserve">    (b) used historically or possibly in relation to a very poor country:  people of low income, education, and social standing -- especially those who raise crops or livestock</w:t>
      </w:r>
      <w:r>
        <w:br/>
      </w:r>
      <w:r>
        <w:t xml:space="preserve">    (c) organisms in the early stages of growth prior to birth, hatching, or sprouting; in humans organisms during the first eight weeks of development (prior to the fetal stage)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2026-07-31T20:02:23Z</dcterms:created>
  <dcterms:modified xsi:type="dcterms:W3CDTF">2026-07-31T20:02:23Z</dcterms:modified>
</cp:coreProperties>
</file>

<file path=docProps/custom.xml><?xml version="1.0" encoding="utf-8"?>
<Properties xmlns="http://schemas.openxmlformats.org/officeDocument/2006/custom-properties" xmlns:vt="http://schemas.openxmlformats.org/officeDocument/2006/docPropsVTypes"/>
</file>