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d57f31bc22d961a78cdc135c09a40b3fa74cf9"/>
    <w:p>
      <w:pPr>
        <w:pStyle w:val="Heading1"/>
      </w:pPr>
      <w:r>
        <w:rPr>
          <w:b/>
          <w:bCs/>
        </w:rPr>
        <w:t xml:space="preserve">Of Mice and Men</w:t>
      </w:r>
      <w:r>
        <w:br/>
      </w:r>
      <w:r>
        <w:rPr>
          <w:i/>
          <w:iCs/>
        </w:rPr>
        <w:t xml:space="preserve">John Steinbeck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guilt led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anguish</w:t>
      </w:r>
      <w:r>
        <w:rPr>
          <w:b/>
          <w:bCs/>
        </w:rPr>
        <w:t xml:space="preserve"> </w:t>
      </w:r>
      <w:r>
        <w:rPr>
          <w:b/>
          <w:bCs/>
        </w:rPr>
        <w:t xml:space="preserve">until she committed her life to good.</w:t>
      </w:r>
      <w:r>
        <w:br/>
      </w:r>
      <w:r>
        <w:t xml:space="preserve">    (a) extreme depression</w:t>
      </w:r>
      <w:r>
        <w:br/>
      </w:r>
      <w:r>
        <w:t xml:space="preserve">    (b) extreme distress</w:t>
      </w:r>
      <w:r>
        <w:br/>
      </w:r>
      <w:r>
        <w:t xml:space="preserve">    (c) extreme solitude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apprehensive</w:t>
      </w:r>
      <w:r>
        <w:rPr>
          <w:b/>
          <w:bCs/>
        </w:rPr>
        <w:t xml:space="preserve"> </w:t>
      </w:r>
      <w:r>
        <w:rPr>
          <w:b/>
          <w:bCs/>
        </w:rPr>
        <w:t xml:space="preserve">about finals.</w:t>
      </w:r>
      <w:r>
        <w:br/>
      </w:r>
      <w:r>
        <w:t xml:space="preserve">    (a) unconcerned</w:t>
      </w:r>
      <w:r>
        <w:br/>
      </w:r>
      <w:r>
        <w:t xml:space="preserve">    (b) talkative</w:t>
      </w:r>
      <w:r>
        <w:br/>
      </w:r>
      <w:r>
        <w:t xml:space="preserve">    (c) worried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trying to develop a less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brusque</w:t>
      </w:r>
      <w:r>
        <w:rPr>
          <w:b/>
          <w:bCs/>
        </w:rPr>
        <w:t xml:space="preserve"> </w:t>
      </w:r>
      <w:r>
        <w:rPr>
          <w:b/>
          <w:bCs/>
        </w:rPr>
        <w:t xml:space="preserve">manner.</w:t>
      </w:r>
      <w:r>
        <w:br/>
      </w:r>
      <w:r>
        <w:t xml:space="preserve">    (a) unfriendly</w:t>
      </w:r>
      <w:r>
        <w:br/>
      </w:r>
      <w:r>
        <w:t xml:space="preserve">    (b) reckless</w:t>
      </w:r>
      <w:r>
        <w:br/>
      </w:r>
      <w:r>
        <w:t xml:space="preserve">    (c) sensitive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team could win State if they stay hungry instead of getting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complacent</w:t>
      </w:r>
      <w:r>
        <w:rPr>
          <w:b/>
          <w:bCs/>
        </w:rPr>
        <w:t xml:space="preserve">.</w:t>
      </w:r>
      <w:r>
        <w:br/>
      </w:r>
      <w:r>
        <w:t xml:space="preserve">    (a) distracted</w:t>
      </w:r>
      <w:r>
        <w:br/>
      </w:r>
      <w:r>
        <w:t xml:space="preserve">    (b) satisfied</w:t>
      </w:r>
      <w:r>
        <w:br/>
      </w:r>
      <w:r>
        <w:t xml:space="preserve">    (c) worried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confided</w:t>
      </w:r>
      <w:r>
        <w:rPr>
          <w:b/>
          <w:bCs/>
        </w:rPr>
        <w:t xml:space="preserve"> </w:t>
      </w:r>
      <w:r>
        <w:rPr>
          <w:b/>
          <w:bCs/>
        </w:rPr>
        <w:t xml:space="preserve">in her parents.</w:t>
      </w:r>
      <w:r>
        <w:br/>
      </w:r>
      <w:r>
        <w:t xml:space="preserve">    (a) was proud</w:t>
      </w:r>
      <w:r>
        <w:br/>
      </w:r>
      <w:r>
        <w:t xml:space="preserve">    (b) trusted</w:t>
      </w:r>
      <w:r>
        <w:br/>
      </w:r>
      <w:r>
        <w:t xml:space="preserve">    (c) didn't trust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contorted</w:t>
      </w:r>
      <w:r>
        <w:rPr>
          <w:b/>
          <w:bCs/>
        </w:rPr>
        <w:t xml:space="preserve"> </w:t>
      </w:r>
      <w:r>
        <w:rPr>
          <w:b/>
          <w:bCs/>
        </w:rPr>
        <w:t xml:space="preserve">in pain.</w:t>
      </w:r>
      <w:r>
        <w:br/>
      </w:r>
      <w:r>
        <w:t xml:space="preserve">    (a) faced downward</w:t>
      </w:r>
      <w:r>
        <w:br/>
      </w:r>
      <w:r>
        <w:t xml:space="preserve">    (b) twisted</w:t>
      </w:r>
      <w:r>
        <w:br/>
      </w:r>
      <w:r>
        <w:t xml:space="preserve">    (c) flushed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wasn't accustomed to cold weather, but she managed to cross the icy street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deliberate</w:t>
      </w:r>
      <w:r>
        <w:rPr>
          <w:b/>
          <w:bCs/>
        </w:rPr>
        <w:t xml:space="preserve"> </w:t>
      </w:r>
      <w:r>
        <w:rPr>
          <w:b/>
          <w:bCs/>
        </w:rPr>
        <w:t xml:space="preserve">care.</w:t>
      </w:r>
      <w:r>
        <w:br/>
      </w:r>
      <w:r>
        <w:t xml:space="preserve">    (a) very little</w:t>
      </w:r>
      <w:r>
        <w:br/>
      </w:r>
      <w:r>
        <w:t xml:space="preserve">    (b) quick and energetic</w:t>
      </w:r>
      <w:r>
        <w:br/>
      </w:r>
      <w:r>
        <w:t xml:space="preserve">    (c) slow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rescued me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fear</w:t>
      </w:r>
      <w:r>
        <w:br/>
      </w:r>
      <w:r>
        <w:t xml:space="preserve">    (b) hopelessness</w:t>
      </w:r>
      <w:r>
        <w:br/>
      </w:r>
      <w:r>
        <w:t xml:space="preserve">    (c) poverty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casual, go-with-the-flow personality and doesn't appreciate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earnestness</w:t>
      </w:r>
      <w:r>
        <w:rPr>
          <w:b/>
          <w:bCs/>
        </w:rPr>
        <w:t xml:space="preserve">.</w:t>
      </w:r>
      <w:r>
        <w:br/>
      </w:r>
      <w:r>
        <w:t xml:space="preserve">    (a) falseness</w:t>
      </w:r>
      <w:r>
        <w:br/>
      </w:r>
      <w:r>
        <w:t xml:space="preserve">    (b) frivolous attitude</w:t>
      </w:r>
      <w:r>
        <w:br/>
      </w:r>
      <w:r>
        <w:t xml:space="preserve">    (c) seriousness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walked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elaborate</w:t>
      </w:r>
      <w:r>
        <w:rPr>
          <w:b/>
          <w:bCs/>
        </w:rPr>
        <w:t xml:space="preserve"> </w:t>
      </w:r>
      <w:r>
        <w:rPr>
          <w:b/>
          <w:bCs/>
        </w:rPr>
        <w:t xml:space="preserve">swagger.</w:t>
      </w:r>
      <w:r>
        <w:br/>
      </w:r>
      <w:r>
        <w:t xml:space="preserve">    (a) exaggerated</w:t>
      </w:r>
      <w:r>
        <w:br/>
      </w:r>
      <w:r>
        <w:t xml:space="preserve">    (b) slightly noticeable</w:t>
      </w:r>
      <w:r>
        <w:br/>
      </w:r>
      <w:r>
        <w:t xml:space="preserve">    (c) rudely disrespectful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day after the funeral, she was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grave</w:t>
      </w:r>
      <w:r>
        <w:rPr>
          <w:b/>
          <w:bCs/>
        </w:rPr>
        <w:t xml:space="preserve"> </w:t>
      </w:r>
      <w:r>
        <w:rPr>
          <w:b/>
          <w:bCs/>
        </w:rPr>
        <w:t xml:space="preserve">mood.</w:t>
      </w:r>
      <w:r>
        <w:br/>
      </w:r>
      <w:r>
        <w:t xml:space="preserve">    (a) hysterical</w:t>
      </w:r>
      <w:r>
        <w:br/>
      </w:r>
      <w:r>
        <w:t xml:space="preserve">    (b) solemn</w:t>
      </w:r>
      <w:r>
        <w:br/>
      </w:r>
      <w:r>
        <w:t xml:space="preserve">    (c) fearful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indicate</w:t>
      </w:r>
      <w:r>
        <w:rPr>
          <w:b/>
          <w:bCs/>
        </w:rPr>
        <w:t xml:space="preserve"> </w:t>
      </w:r>
      <w:r>
        <w:rPr>
          <w:b/>
          <w:bCs/>
        </w:rPr>
        <w:t xml:space="preserve">which candidate she supports.</w:t>
      </w:r>
      <w:r>
        <w:br/>
      </w:r>
      <w:r>
        <w:t xml:space="preserve">    (a) hide or disguise</w:t>
      </w:r>
      <w:r>
        <w:br/>
      </w:r>
      <w:r>
        <w:t xml:space="preserve">    (b) express of show</w:t>
      </w:r>
      <w:r>
        <w:br/>
      </w:r>
      <w:r>
        <w:t xml:space="preserve">    (c) decide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</w:t>
      </w:r>
      <w:r>
        <w:rPr>
          <w:b/>
          <w:bCs/>
        </w:rPr>
        <w:t xml:space="preserve">, but she agreed to be searched when they accused her of shoplifting.</w:t>
      </w:r>
      <w:r>
        <w:br/>
      </w:r>
      <w:r>
        <w:t xml:space="preserve">    (a) annoyed at something unjust</w:t>
      </w:r>
      <w:r>
        <w:br/>
      </w:r>
      <w:r>
        <w:t xml:space="preserve">    (b) defensive about being suspected</w:t>
      </w:r>
      <w:r>
        <w:br/>
      </w:r>
      <w:r>
        <w:t xml:space="preserve">    (c) surprised at the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morose</w:t>
      </w:r>
      <w:r>
        <w:rPr>
          <w:b/>
          <w:bCs/>
        </w:rPr>
        <w:t xml:space="preserve"> </w:t>
      </w:r>
      <w:r>
        <w:rPr>
          <w:b/>
          <w:bCs/>
        </w:rPr>
        <w:t xml:space="preserve">and unsociable.</w:t>
      </w:r>
      <w:r>
        <w:br/>
      </w:r>
      <w:r>
        <w:t xml:space="preserve">    (a) frustrated</w:t>
      </w:r>
      <w:r>
        <w:br/>
      </w:r>
      <w:r>
        <w:t xml:space="preserve">    (b) angry</w:t>
      </w:r>
      <w:r>
        <w:br/>
      </w:r>
      <w:r>
        <w:t xml:space="preserve">    (c) unhappy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English, most adjectives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</w:t>
      </w:r>
      <w:r>
        <w:rPr>
          <w:b/>
          <w:bCs/>
        </w:rPr>
        <w:t xml:space="preserve"> </w:t>
      </w:r>
      <w:r>
        <w:rPr>
          <w:b/>
          <w:bCs/>
        </w:rPr>
        <w:t xml:space="preserve">the noun they modify.</w:t>
      </w:r>
      <w:r>
        <w:br/>
      </w:r>
      <w:r>
        <w:t xml:space="preserve">    (a) follow</w:t>
      </w:r>
      <w:r>
        <w:br/>
      </w:r>
      <w:r>
        <w:t xml:space="preserve">    (b) go before</w:t>
      </w:r>
      <w:r>
        <w:br/>
      </w:r>
      <w:r>
        <w:t xml:space="preserve">    (c) describe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encourages</w:t>
      </w:r>
      <w:r>
        <w:br/>
      </w:r>
      <w:r>
        <w:t xml:space="preserve">    (b) disrespects</w:t>
      </w:r>
      <w:r>
        <w:br/>
      </w:r>
      <w:r>
        <w:t xml:space="preserve">    (c) trains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 project.</w:t>
      </w:r>
      <w:r>
        <w:br/>
      </w:r>
      <w:r>
        <w:t xml:space="preserve">    (a) excited</w:t>
      </w:r>
      <w:r>
        <w:br/>
      </w:r>
      <w:r>
        <w:t xml:space="preserve">    (b) keeping silent</w:t>
      </w:r>
      <w:r>
        <w:br/>
      </w:r>
      <w:r>
        <w:t xml:space="preserve">    (c) doubtful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think clearly until the pain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subsided</w:t>
      </w:r>
      <w:r>
        <w:rPr>
          <w:b/>
          <w:bCs/>
        </w:rPr>
        <w:t xml:space="preserve">.</w:t>
      </w:r>
      <w:r>
        <w:br/>
      </w:r>
      <w:r>
        <w:t xml:space="preserve">    (a) was treated</w:t>
      </w:r>
      <w:r>
        <w:br/>
      </w:r>
      <w:r>
        <w:t xml:space="preserve">    (b) decreased</w:t>
      </w:r>
      <w:r>
        <w:br/>
      </w:r>
      <w:r>
        <w:t xml:space="preserve">    (c) forced focus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</w:t>
      </w:r>
      <w:r>
        <w:rPr>
          <w:b/>
          <w:bCs/>
        </w:rPr>
        <w:t xml:space="preserve"> </w:t>
      </w:r>
      <w:r>
        <w:rPr>
          <w:b/>
          <w:bCs/>
        </w:rPr>
        <w:t xml:space="preserve">crowd watched the execution.</w:t>
      </w:r>
      <w:r>
        <w:br/>
      </w:r>
      <w:r>
        <w:t xml:space="preserve">    (a) excited</w:t>
      </w:r>
      <w:r>
        <w:br/>
      </w:r>
      <w:r>
        <w:t xml:space="preserve">    (b) celebrating</w:t>
      </w:r>
      <w:r>
        <w:br/>
      </w:r>
      <w:r>
        <w:t xml:space="preserve">    (c) unhappy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Would you describe the author's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tone</w:t>
      </w:r>
      <w:r>
        <w:rPr>
          <w:b/>
          <w:bCs/>
        </w:rPr>
        <w:t xml:space="preserve"> </w:t>
      </w:r>
      <w:r>
        <w:rPr>
          <w:b/>
          <w:bCs/>
        </w:rPr>
        <w:t xml:space="preserve">as more optimistic or more pessimistic?</w:t>
      </w:r>
      <w:r>
        <w:br/>
      </w:r>
      <w:r>
        <w:t xml:space="preserve">    (a) expressed mood</w:t>
      </w:r>
      <w:r>
        <w:br/>
      </w:r>
      <w:r>
        <w:t xml:space="preserve">    (b) supporting characters</w:t>
      </w:r>
      <w:r>
        <w:br/>
      </w:r>
      <w:r>
        <w:t xml:space="preserve">    (c) logical argument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2026-07-31T14:21:45Z</dcterms:created>
  <dcterms:modified xsi:type="dcterms:W3CDTF">2026-07-31T14:21:45Z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