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b939262175ec089277ff2c8328e336d87deec25"/>
    <w:p>
      <w:pPr>
        <w:pStyle w:val="Heading1"/>
      </w:pPr>
      <w:r>
        <w:rPr>
          <w:b/>
          <w:bCs/>
        </w:rPr>
        <w:t xml:space="preserve">Of Mice and Men</w:t>
      </w:r>
      <w:r>
        <w:br/>
      </w:r>
      <w:r>
        <w:rPr>
          <w:i/>
          <w:iCs/>
        </w:rPr>
        <w:t xml:space="preserve">John Steinbeck</w:t>
      </w:r>
      <w:r>
        <w:br/>
      </w:r>
      <w:r>
        <w:rPr>
          <w:b/>
          <w:bCs/>
        </w:rPr>
        <w:t xml:space="preserve">Extra Credit Vocabulary Preview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looked forward to meeting his parents, but not without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apprehension</w:t>
      </w:r>
      <w:r>
        <w:rPr>
          <w:b/>
          <w:bCs/>
        </w:rPr>
        <w:t xml:space="preserve">.</w:t>
      </w:r>
      <w:r>
        <w:br/>
      </w:r>
      <w:r>
        <w:t xml:space="preserve">    (a) nervousness</w:t>
      </w:r>
      <w:r>
        <w:br/>
      </w:r>
      <w:r>
        <w:t xml:space="preserve">    (b) preparation</w:t>
      </w:r>
      <w:r>
        <w:br/>
      </w:r>
      <w:r>
        <w:t xml:space="preserve">    (c) excitement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When asked, her guilt was clear from the way she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averted</w:t>
      </w:r>
      <w:r>
        <w:rPr>
          <w:b/>
          <w:bCs/>
        </w:rPr>
        <w:t xml:space="preserve"> </w:t>
      </w:r>
      <w:r>
        <w:rPr>
          <w:b/>
          <w:bCs/>
        </w:rPr>
        <w:t xml:space="preserve">her eyes</w:t>
      </w:r>
      <w:r>
        <w:br/>
      </w:r>
      <w:r>
        <w:t xml:space="preserve">    (a) turned away</w:t>
      </w:r>
      <w:r>
        <w:br/>
      </w:r>
      <w:r>
        <w:t xml:space="preserve">    (b) blinked</w:t>
      </w:r>
      <w:r>
        <w:br/>
      </w:r>
      <w:r>
        <w:t xml:space="preserve">    (c) stared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likes to make people lose their cool by starting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belligerent</w:t>
      </w:r>
      <w:r>
        <w:rPr>
          <w:b/>
          <w:bCs/>
        </w:rPr>
        <w:t xml:space="preserve"> </w:t>
      </w:r>
      <w:r>
        <w:rPr>
          <w:b/>
          <w:bCs/>
        </w:rPr>
        <w:t xml:space="preserve">political arguments.</w:t>
      </w:r>
      <w:r>
        <w:br/>
      </w:r>
      <w:r>
        <w:t xml:space="preserve">    (a) ridiculous or absurd</w:t>
      </w:r>
      <w:r>
        <w:br/>
      </w:r>
      <w:r>
        <w:t xml:space="preserve">    (b) hostile or combative</w:t>
      </w:r>
      <w:r>
        <w:br/>
      </w:r>
      <w:r>
        <w:t xml:space="preserve">    (c) clever or intelligent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"You'll be alright," she said in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consoling</w:t>
      </w:r>
      <w:r>
        <w:rPr>
          <w:b/>
          <w:bCs/>
        </w:rPr>
        <w:t xml:space="preserve"> </w:t>
      </w:r>
      <w:r>
        <w:rPr>
          <w:b/>
          <w:bCs/>
        </w:rPr>
        <w:t xml:space="preserve">voice.</w:t>
      </w:r>
      <w:r>
        <w:br/>
      </w:r>
      <w:r>
        <w:t xml:space="preserve">    (a) energetic</w:t>
      </w:r>
      <w:r>
        <w:br/>
      </w:r>
      <w:r>
        <w:t xml:space="preserve">    (b) comforting</w:t>
      </w:r>
      <w:r>
        <w:br/>
      </w:r>
      <w:r>
        <w:t xml:space="preserve">    (c) confident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was impolite. She pretended not to notice except that she treated him with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contempt</w:t>
      </w:r>
      <w:r>
        <w:rPr>
          <w:b/>
          <w:bCs/>
        </w:rPr>
        <w:t xml:space="preserve">.</w:t>
      </w:r>
      <w:r>
        <w:br/>
      </w:r>
      <w:r>
        <w:t xml:space="preserve">    (a) lack of respect</w:t>
      </w:r>
      <w:r>
        <w:br/>
      </w:r>
      <w:r>
        <w:t xml:space="preserve">    (b) great annoyance</w:t>
      </w:r>
      <w:r>
        <w:br/>
      </w:r>
      <w:r>
        <w:t xml:space="preserve">    (c) impatience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cowered</w:t>
      </w:r>
      <w:r>
        <w:rPr>
          <w:b/>
          <w:bCs/>
        </w:rPr>
        <w:t xml:space="preserve"> </w:t>
      </w:r>
      <w:r>
        <w:rPr>
          <w:b/>
          <w:bCs/>
        </w:rPr>
        <w:t xml:space="preserve">behind her big sister.</w:t>
      </w:r>
      <w:r>
        <w:br/>
      </w:r>
      <w:r>
        <w:t xml:space="preserve">    (a) walked proudly</w:t>
      </w:r>
      <w:r>
        <w:br/>
      </w:r>
      <w:r>
        <w:t xml:space="preserve">    (b) walked slowly</w:t>
      </w:r>
      <w:r>
        <w:br/>
      </w:r>
      <w:r>
        <w:t xml:space="preserve">    (c) fearfully hid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need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decisive</w:t>
      </w:r>
      <w:r>
        <w:rPr>
          <w:b/>
          <w:bCs/>
        </w:rPr>
        <w:t xml:space="preserve"> </w:t>
      </w:r>
      <w:r>
        <w:rPr>
          <w:b/>
          <w:bCs/>
        </w:rPr>
        <w:t xml:space="preserve">leader who can act quickly without losing time in consultation.</w:t>
      </w:r>
      <w:r>
        <w:br/>
      </w:r>
      <w:r>
        <w:t xml:space="preserve">    (a) intelligent</w:t>
      </w:r>
      <w:r>
        <w:br/>
      </w:r>
      <w:r>
        <w:t xml:space="preserve">    (b) unhesitating</w:t>
      </w:r>
      <w:r>
        <w:br/>
      </w:r>
      <w:r>
        <w:t xml:space="preserve">    (c) popular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derided</w:t>
      </w:r>
      <w:r>
        <w:rPr>
          <w:b/>
          <w:bCs/>
        </w:rPr>
        <w:t xml:space="preserve"> </w:t>
      </w:r>
      <w:r>
        <w:rPr>
          <w:b/>
          <w:bCs/>
        </w:rPr>
        <w:t xml:space="preserve">him as</w:t>
      </w:r>
      <w:r>
        <w:rPr>
          <w:b/>
          <w:bCs/>
        </w:rPr>
        <w:t xml:space="preserve"> </w:t>
      </w:r>
      <w:r>
        <w:rPr>
          <w:b/>
          <w:bCs/>
          <w:i/>
          <w:iCs/>
        </w:rPr>
        <w:t xml:space="preserve">hormone-ravaged</w:t>
      </w:r>
      <w:r>
        <w:rPr>
          <w:b/>
          <w:bCs/>
        </w:rPr>
        <w:t xml:space="preserve">.</w:t>
      </w:r>
      <w:r>
        <w:br/>
      </w:r>
      <w:r>
        <w:t xml:space="preserve">    (a) whispered about</w:t>
      </w:r>
      <w:r>
        <w:br/>
      </w:r>
      <w:r>
        <w:t xml:space="preserve">    (b) made fun of</w:t>
      </w:r>
      <w:r>
        <w:br/>
      </w:r>
      <w:r>
        <w:t xml:space="preserve">    (c) sympathized with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candidate said she did not intend the comments in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derogatory</w:t>
      </w:r>
      <w:r>
        <w:rPr>
          <w:b/>
          <w:bCs/>
        </w:rPr>
        <w:t xml:space="preserve"> </w:t>
      </w:r>
      <w:r>
        <w:rPr>
          <w:b/>
          <w:bCs/>
        </w:rPr>
        <w:t xml:space="preserve">manner.</w:t>
      </w:r>
      <w:r>
        <w:br/>
      </w:r>
      <w:r>
        <w:t xml:space="preserve">    (a) quotable</w:t>
      </w:r>
      <w:r>
        <w:br/>
      </w:r>
      <w:r>
        <w:t xml:space="preserve">    (b) comprehensive</w:t>
      </w:r>
      <w:r>
        <w:br/>
      </w:r>
      <w:r>
        <w:t xml:space="preserve">    (c) critical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Try not to bruise 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ego</w:t>
      </w:r>
      <w:r>
        <w:rPr>
          <w:b/>
          <w:bCs/>
        </w:rPr>
        <w:t xml:space="preserve"> </w:t>
      </w:r>
      <w:r>
        <w:rPr>
          <w:b/>
          <w:bCs/>
        </w:rPr>
        <w:t xml:space="preserve">while offering advice.</w:t>
      </w:r>
      <w:r>
        <w:br/>
      </w:r>
      <w:r>
        <w:t xml:space="preserve">    (a) sense of humility</w:t>
      </w:r>
      <w:r>
        <w:br/>
      </w:r>
      <w:r>
        <w:t xml:space="preserve">    (b) sense of self-esteem</w:t>
      </w:r>
      <w:r>
        <w:br/>
      </w:r>
      <w:r>
        <w:t xml:space="preserve">    (c) sense of friendship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People don't generally warm to her. She comes across 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imperious</w:t>
      </w:r>
      <w:r>
        <w:rPr>
          <w:b/>
          <w:bCs/>
        </w:rPr>
        <w:t xml:space="preserve">.</w:t>
      </w:r>
      <w:r>
        <w:br/>
      </w:r>
      <w:r>
        <w:t xml:space="preserve">    (a) foolish</w:t>
      </w:r>
      <w:r>
        <w:br/>
      </w:r>
      <w:r>
        <w:t xml:space="preserve">    (b) arrogant</w:t>
      </w:r>
      <w:r>
        <w:br/>
      </w:r>
      <w:r>
        <w:t xml:space="preserve">    (c) ridiculous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works part time to contribute to the family's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meager</w:t>
      </w:r>
      <w:r>
        <w:rPr>
          <w:b/>
          <w:bCs/>
        </w:rPr>
        <w:t xml:space="preserve"> </w:t>
      </w:r>
      <w:r>
        <w:rPr>
          <w:b/>
          <w:bCs/>
        </w:rPr>
        <w:t xml:space="preserve">income.</w:t>
      </w:r>
      <w:r>
        <w:br/>
      </w:r>
      <w:r>
        <w:t xml:space="preserve">    (a) mixed</w:t>
      </w:r>
      <w:r>
        <w:br/>
      </w:r>
      <w:r>
        <w:t xml:space="preserve">    (b) small</w:t>
      </w:r>
      <w:r>
        <w:br/>
      </w:r>
      <w:r>
        <w:t xml:space="preserve">    (c) extra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With the clouds looking so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ominous</w:t>
      </w:r>
      <w:r>
        <w:rPr>
          <w:b/>
          <w:bCs/>
        </w:rPr>
        <w:t xml:space="preserve">, I'm afraid there will be a bad storm.</w:t>
      </w:r>
      <w:r>
        <w:br/>
      </w:r>
      <w:r>
        <w:t xml:space="preserve">    (a) threatening</w:t>
      </w:r>
      <w:r>
        <w:br/>
      </w:r>
      <w:r>
        <w:t xml:space="preserve">    (b) fast-moving</w:t>
      </w:r>
      <w:r>
        <w:br/>
      </w:r>
      <w:r>
        <w:t xml:space="preserve">    (c) huge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pantomime</w:t>
      </w:r>
      <w:r>
        <w:rPr>
          <w:b/>
          <w:bCs/>
        </w:rPr>
        <w:t xml:space="preserve"> </w:t>
      </w:r>
      <w:r>
        <w:rPr>
          <w:b/>
          <w:bCs/>
        </w:rPr>
        <w:t xml:space="preserve">artist entertained us while we waited in line.</w:t>
      </w:r>
      <w:r>
        <w:br/>
      </w:r>
      <w:r>
        <w:t xml:space="preserve">    (a) music with voice only</w:t>
      </w:r>
      <w:r>
        <w:br/>
      </w:r>
      <w:r>
        <w:t xml:space="preserve">    (b) sketching with pencil</w:t>
      </w:r>
      <w:r>
        <w:br/>
      </w:r>
      <w:r>
        <w:t xml:space="preserve">    (c) acting with no words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is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plaintive</w:t>
      </w:r>
      <w:r>
        <w:rPr>
          <w:b/>
          <w:bCs/>
        </w:rPr>
        <w:t xml:space="preserve"> </w:t>
      </w:r>
      <w:r>
        <w:rPr>
          <w:b/>
          <w:bCs/>
        </w:rPr>
        <w:t xml:space="preserve">poem</w:t>
      </w:r>
      <w:r>
        <w:br/>
      </w:r>
      <w:r>
        <w:t xml:space="preserve">    (a) dramatic</w:t>
      </w:r>
      <w:r>
        <w:br/>
      </w:r>
      <w:r>
        <w:t xml:space="preserve">    (b) joyful</w:t>
      </w:r>
      <w:r>
        <w:br/>
      </w:r>
      <w:r>
        <w:t xml:space="preserve">    (c) sad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rapt</w:t>
      </w:r>
      <w:r>
        <w:rPr>
          <w:b/>
          <w:bCs/>
        </w:rPr>
        <w:t xml:space="preserve"> </w:t>
      </w:r>
      <w:r>
        <w:rPr>
          <w:b/>
          <w:bCs/>
        </w:rPr>
        <w:t xml:space="preserve">with love.</w:t>
      </w:r>
      <w:r>
        <w:br/>
      </w:r>
      <w:r>
        <w:t xml:space="preserve">    (a) confused</w:t>
      </w:r>
      <w:r>
        <w:br/>
      </w:r>
      <w:r>
        <w:t xml:space="preserve">    (b) lost</w:t>
      </w:r>
      <w:r>
        <w:br/>
      </w:r>
      <w:r>
        <w:t xml:space="preserve">    (c) filled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His behavior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reprehensible</w:t>
      </w:r>
      <w:r>
        <w:rPr>
          <w:b/>
          <w:bCs/>
        </w:rPr>
        <w:t xml:space="preserve">, so she decided not to see him again.</w:t>
      </w:r>
      <w:r>
        <w:br/>
      </w:r>
      <w:r>
        <w:t xml:space="preserve">    (a) bad</w:t>
      </w:r>
      <w:r>
        <w:br/>
      </w:r>
      <w:r>
        <w:t xml:space="preserve">    (b) unusual</w:t>
      </w:r>
      <w:r>
        <w:br/>
      </w:r>
      <w:r>
        <w:t xml:space="preserve">    (c) selfish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resigned</w:t>
      </w:r>
      <w:r>
        <w:rPr>
          <w:b/>
          <w:bCs/>
        </w:rPr>
        <w:t xml:space="preserve"> </w:t>
      </w:r>
      <w:r>
        <w:rPr>
          <w:b/>
          <w:bCs/>
        </w:rPr>
        <w:t xml:space="preserve">to being embarrassed by her younger brother.</w:t>
      </w:r>
      <w:r>
        <w:br/>
      </w:r>
      <w:r>
        <w:t xml:space="preserve">    (a) resistant</w:t>
      </w:r>
      <w:r>
        <w:br/>
      </w:r>
      <w:r>
        <w:t xml:space="preserve">    (b) with acceptance</w:t>
      </w:r>
      <w:r>
        <w:br/>
      </w:r>
      <w:r>
        <w:t xml:space="preserve">    (c) putting a stop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retorted</w:t>
      </w:r>
      <w:r>
        <w:rPr>
          <w:b/>
          <w:bCs/>
        </w:rPr>
        <w:t xml:space="preserve">, "Takes one to know one."</w:t>
      </w:r>
      <w:r>
        <w:br/>
      </w:r>
      <w:r>
        <w:t xml:space="preserve">    (a) insulted back</w:t>
      </w:r>
      <w:r>
        <w:br/>
      </w:r>
      <w:r>
        <w:t xml:space="preserve">    (b) joyfully laughed</w:t>
      </w:r>
      <w:r>
        <w:br/>
      </w:r>
      <w:r>
        <w:t xml:space="preserve">    (c) quickly replied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reveres</w:t>
      </w:r>
      <w:r>
        <w:rPr>
          <w:b/>
          <w:bCs/>
        </w:rPr>
        <w:t xml:space="preserve"> </w:t>
      </w:r>
      <w:r>
        <w:rPr>
          <w:b/>
          <w:bCs/>
        </w:rPr>
        <w:t xml:space="preserve">nature and all that is natural.</w:t>
      </w:r>
      <w:r>
        <w:br/>
      </w:r>
      <w:r>
        <w:t xml:space="preserve">    (a) thoroughly enjoys</w:t>
      </w:r>
      <w:r>
        <w:br/>
      </w:r>
      <w:r>
        <w:t xml:space="preserve">    (b) deeply respects</w:t>
      </w:r>
      <w:r>
        <w:br/>
      </w:r>
      <w:r>
        <w:t xml:space="preserve">    (c) dislikes and avoids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2026-07-31T14:21:46Z</dcterms:created>
  <dcterms:modified xsi:type="dcterms:W3CDTF">2026-07-31T14:21:46Z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