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52f6aa467ae9e48ba1b72eb6ab75f74afc9470"/>
    <w:p>
      <w:pPr>
        <w:pStyle w:val="Heading1"/>
      </w:pPr>
      <w:r>
        <w:rPr>
          <w:b/>
          <w:bCs/>
        </w:rPr>
        <w:t xml:space="preserve">Of Mice and Men</w:t>
      </w:r>
      <w:r>
        <w:br/>
      </w:r>
      <w:r>
        <w:rPr>
          <w:i/>
          <w:iCs/>
        </w:rPr>
        <w:t xml:space="preserve">John Steinbeck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looked down at the ground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despair</w:t>
      </w:r>
      <w:r>
        <w:rPr>
          <w:b/>
          <w:bCs/>
        </w:rPr>
        <w:t xml:space="preserve">.</w:t>
      </w:r>
      <w:r>
        <w:br/>
      </w:r>
      <w:r>
        <w:t xml:space="preserve">    (a) embarrassment</w:t>
      </w:r>
      <w:r>
        <w:br/>
      </w:r>
      <w:r>
        <w:t xml:space="preserve">    (b) hopelessness</w:t>
      </w:r>
      <w:r>
        <w:br/>
      </w:r>
      <w:r>
        <w:t xml:space="preserve">    (c) confusion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"Awright," he said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brusquely</w:t>
      </w:r>
      <w:r>
        <w:rPr>
          <w:b/>
          <w:bCs/>
        </w:rPr>
        <w:t xml:space="preserve">. "Gi'me that mouse! ... I ain't takin' it away jus' for meanness. That mouse ain't fresh, Lennie; and besides, you've broke it pettin' it."</w:t>
      </w:r>
      <w:r>
        <w:br/>
      </w:r>
      <w:r>
        <w:t xml:space="preserve">    (a) thoughtfully</w:t>
      </w:r>
      <w:r>
        <w:br/>
      </w:r>
      <w:r>
        <w:t xml:space="preserve">    (b) abruptly</w:t>
      </w:r>
      <w:r>
        <w:br/>
      </w:r>
      <w:r>
        <w:t xml:space="preserve">    (c) loudly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took on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elaborate</w:t>
      </w:r>
      <w:r>
        <w:rPr>
          <w:b/>
          <w:bCs/>
        </w:rPr>
        <w:t xml:space="preserve"> </w:t>
      </w:r>
      <w:r>
        <w:rPr>
          <w:b/>
          <w:bCs/>
        </w:rPr>
        <w:t xml:space="preserve">manner of little girls when they are mimicking one another. "Jus' wanted to feel that girl's dress- jus' wanted to pet it like it was a mouse-- Well, how the hell did she know you jus' wanted to feel her dress? She jerks back and you hold on like it was a mouse."</w:t>
      </w:r>
      <w:r>
        <w:br/>
      </w:r>
      <w:r>
        <w:t xml:space="preserve">    (a) happy</w:t>
      </w:r>
      <w:r>
        <w:br/>
      </w:r>
      <w:r>
        <w:t xml:space="preserve">    (b) exaggerated</w:t>
      </w:r>
      <w:r>
        <w:br/>
      </w:r>
      <w:r>
        <w:t xml:space="preserve">    (c) disrespectful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looked across the fire at Lennie's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anguished</w:t>
      </w:r>
      <w:r>
        <w:rPr>
          <w:b/>
          <w:bCs/>
        </w:rPr>
        <w:t xml:space="preserve"> </w:t>
      </w:r>
      <w:r>
        <w:rPr>
          <w:b/>
          <w:bCs/>
        </w:rPr>
        <w:t xml:space="preserve">face, and then he looked ashamedly at the flames.</w:t>
      </w:r>
      <w:r>
        <w:br/>
      </w:r>
      <w:r>
        <w:t xml:space="preserve">    (a) extremely puzzled</w:t>
      </w:r>
      <w:r>
        <w:br/>
      </w:r>
      <w:r>
        <w:t xml:space="preserve">    (b) extremely happy</w:t>
      </w:r>
      <w:r>
        <w:br/>
      </w:r>
      <w:r>
        <w:t xml:space="preserve">    (c) extremely distressed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ain't so sure," said George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skeptically</w:t>
      </w:r>
      <w:r>
        <w:rPr>
          <w:b/>
          <w:bCs/>
        </w:rPr>
        <w:t xml:space="preserve">.</w:t>
      </w:r>
      <w:r>
        <w:br/>
      </w:r>
      <w:r>
        <w:t xml:space="preserve">    (a) with disrespect</w:t>
      </w:r>
      <w:r>
        <w:br/>
      </w:r>
      <w:r>
        <w:t xml:space="preserve">    (b) with a laugh</w:t>
      </w:r>
      <w:r>
        <w:br/>
      </w:r>
      <w:r>
        <w:t xml:space="preserve">    (c) with doubt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fell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morosely</w:t>
      </w:r>
      <w:r>
        <w:rPr>
          <w:b/>
          <w:bCs/>
        </w:rPr>
        <w:t xml:space="preserve"> </w:t>
      </w:r>
      <w:r>
        <w:rPr>
          <w:b/>
          <w:bCs/>
        </w:rPr>
        <w:t xml:space="preserve">silent.</w:t>
      </w:r>
      <w:r>
        <w:br/>
      </w:r>
      <w:r>
        <w:t xml:space="preserve">    (a) in a distracted manner</w:t>
      </w:r>
      <w:r>
        <w:br/>
      </w:r>
      <w:r>
        <w:t xml:space="preserve">    (b) thoughtfully</w:t>
      </w:r>
      <w:r>
        <w:br/>
      </w:r>
      <w:r>
        <w:t xml:space="preserve">    (c) unhappily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suddenly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apprehensive</w:t>
      </w:r>
      <w:r>
        <w:rPr>
          <w:b/>
          <w:bCs/>
        </w:rPr>
        <w:t xml:space="preserve">.</w:t>
      </w:r>
      <w:r>
        <w:br/>
      </w:r>
      <w:r>
        <w:t xml:space="preserve">    (a) angry</w:t>
      </w:r>
      <w:r>
        <w:br/>
      </w:r>
      <w:r>
        <w:t xml:space="preserve">    (b) worried</w:t>
      </w:r>
      <w:r>
        <w:br/>
      </w:r>
      <w:r>
        <w:t xml:space="preserve">    (c) confident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gravity</w:t>
      </w:r>
      <w:r>
        <w:rPr>
          <w:b/>
          <w:bCs/>
        </w:rPr>
        <w:t xml:space="preserve"> </w:t>
      </w:r>
      <w:r>
        <w:rPr>
          <w:b/>
          <w:bCs/>
        </w:rPr>
        <w:t xml:space="preserve">in his manner and a quiet so profound that all talk stopped when he spoke. His authority was so great that his word was taken on any subject, be it politics or love.</w:t>
      </w:r>
      <w:r>
        <w:br/>
      </w:r>
      <w:r>
        <w:t xml:space="preserve">    (a) seriousness</w:t>
      </w:r>
      <w:r>
        <w:br/>
      </w:r>
      <w:r>
        <w:t xml:space="preserve">    (b) confidence</w:t>
      </w:r>
      <w:r>
        <w:br/>
      </w:r>
      <w:r>
        <w:t xml:space="preserve">    (c) enthusiasm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Lennie, who had been following the conversation back and forth with his eyes, smiled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complacently</w:t>
      </w:r>
      <w:r>
        <w:rPr>
          <w:b/>
          <w:bCs/>
        </w:rPr>
        <w:t xml:space="preserve"> </w:t>
      </w:r>
      <w:r>
        <w:rPr>
          <w:b/>
          <w:bCs/>
        </w:rPr>
        <w:t xml:space="preserve">at the compliment.</w:t>
      </w:r>
      <w:r>
        <w:br/>
      </w:r>
      <w:r>
        <w:t xml:space="preserve">    (a) with satisfaction</w:t>
      </w:r>
      <w:r>
        <w:br/>
      </w:r>
      <w:r>
        <w:t xml:space="preserve">    (b) with understanding</w:t>
      </w:r>
      <w:r>
        <w:br/>
      </w:r>
      <w:r>
        <w:t xml:space="preserve">    (c) with good humor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tone</w:t>
      </w:r>
      <w:r>
        <w:rPr>
          <w:b/>
          <w:bCs/>
        </w:rPr>
        <w:t xml:space="preserve"> </w:t>
      </w:r>
      <w:r>
        <w:rPr>
          <w:b/>
          <w:bCs/>
        </w:rPr>
        <w:t xml:space="preserve">was friendly.</w:t>
      </w:r>
      <w:r>
        <w:br/>
      </w:r>
      <w:r>
        <w:t xml:space="preserve">    (a) friend</w:t>
      </w:r>
      <w:r>
        <w:br/>
      </w:r>
      <w:r>
        <w:t xml:space="preserve">    (b) attitude</w:t>
      </w:r>
      <w:r>
        <w:br/>
      </w:r>
      <w:r>
        <w:t xml:space="preserve">    (c) smile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"We kinda look after each other." 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indicated</w:t>
      </w:r>
      <w:r>
        <w:rPr>
          <w:b/>
          <w:bCs/>
        </w:rPr>
        <w:t xml:space="preserve"> </w:t>
      </w:r>
      <w:r>
        <w:rPr>
          <w:b/>
          <w:bCs/>
        </w:rPr>
        <w:t xml:space="preserve">Lennie with his thumb.</w:t>
      </w:r>
      <w:r>
        <w:br/>
      </w:r>
      <w:r>
        <w:t xml:space="preserve">    (a) eliminated</w:t>
      </w:r>
      <w:r>
        <w:br/>
      </w:r>
      <w:r>
        <w:t xml:space="preserve">    (b) pointed to</w:t>
      </w:r>
      <w:r>
        <w:br/>
      </w:r>
      <w:r>
        <w:t xml:space="preserve">    (c) confused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Carlson stepped back to let Slim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precede</w:t>
      </w:r>
      <w:r>
        <w:rPr>
          <w:b/>
          <w:bCs/>
        </w:rPr>
        <w:t xml:space="preserve"> </w:t>
      </w:r>
      <w:r>
        <w:rPr>
          <w:b/>
          <w:bCs/>
        </w:rPr>
        <w:t xml:space="preserve">him, and then the two of them went out the door.</w:t>
      </w:r>
      <w:r>
        <w:br/>
      </w:r>
      <w:r>
        <w:t xml:space="preserve">    (a) follow</w:t>
      </w:r>
      <w:r>
        <w:br/>
      </w:r>
      <w:r>
        <w:t xml:space="preserve">    (b) beside</w:t>
      </w:r>
      <w:r>
        <w:br/>
      </w:r>
      <w:r>
        <w:t xml:space="preserve">    (c) go before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used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deliberate</w:t>
      </w:r>
      <w:r>
        <w:rPr>
          <w:b/>
          <w:bCs/>
        </w:rPr>
        <w:t xml:space="preserve">, thoughtful slowness.</w:t>
      </w:r>
      <w:r>
        <w:br/>
      </w:r>
      <w:r>
        <w:t xml:space="preserve">    (a) careful and slow</w:t>
      </w:r>
      <w:r>
        <w:br/>
      </w:r>
      <w:r>
        <w:t xml:space="preserve">    (b) intense or worried</w:t>
      </w:r>
      <w:r>
        <w:br/>
      </w:r>
      <w:r>
        <w:t xml:space="preserve">    (c) accidental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subsided</w:t>
      </w:r>
      <w:r>
        <w:rPr>
          <w:b/>
          <w:bCs/>
        </w:rPr>
        <w:t xml:space="preserve">, grumbling to himself, threatening the future cats which might dare to disturb the future rabbits.</w:t>
      </w:r>
      <w:r>
        <w:br/>
      </w:r>
      <w:r>
        <w:t xml:space="preserve">    (a) grew more angry</w:t>
      </w:r>
      <w:r>
        <w:br/>
      </w:r>
      <w:r>
        <w:t xml:space="preserve">    (b) muttered</w:t>
      </w:r>
      <w:r>
        <w:br/>
      </w:r>
      <w:r>
        <w:t xml:space="preserve">    (c) became less intense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paused and her face lost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sullenness</w:t>
      </w:r>
      <w:r>
        <w:rPr>
          <w:b/>
          <w:bCs/>
        </w:rPr>
        <w:t xml:space="preserve"> </w:t>
      </w:r>
      <w:r>
        <w:rPr>
          <w:b/>
          <w:bCs/>
        </w:rPr>
        <w:t xml:space="preserve">and grew interested.</w:t>
      </w:r>
      <w:r>
        <w:br/>
      </w:r>
      <w:r>
        <w:t xml:space="preserve">    (a) appearance of a bad mood</w:t>
      </w:r>
      <w:r>
        <w:br/>
      </w:r>
      <w:r>
        <w:t xml:space="preserve">    (b) appearance of boredom</w:t>
      </w:r>
      <w:r>
        <w:br/>
      </w:r>
      <w:r>
        <w:t xml:space="preserve">    (c) appearance of amusement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breathless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indignation</w:t>
      </w:r>
      <w:r>
        <w:rPr>
          <w:b/>
          <w:bCs/>
        </w:rPr>
        <w:t xml:space="preserve">.</w:t>
      </w:r>
      <w:r>
        <w:br/>
      </w:r>
      <w:r>
        <w:t xml:space="preserve">    (a) anger at something unjust</w:t>
      </w:r>
      <w:r>
        <w:br/>
      </w:r>
      <w:r>
        <w:t xml:space="preserve">    (b) exhaustion from exercise</w:t>
      </w:r>
      <w:r>
        <w:br/>
      </w:r>
      <w:r>
        <w:t xml:space="preserve">    (c) anticipation for the future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turned on him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</w:t>
      </w:r>
      <w:r>
        <w:rPr>
          <w:b/>
          <w:bCs/>
        </w:rPr>
        <w:t xml:space="preserve">.</w:t>
      </w:r>
      <w:r>
        <w:br/>
      </w:r>
      <w:r>
        <w:t xml:space="preserve">    (a) total fear</w:t>
      </w:r>
      <w:r>
        <w:br/>
      </w:r>
      <w:r>
        <w:t xml:space="preserve">    (b) strong disrespect</w:t>
      </w:r>
      <w:r>
        <w:br/>
      </w:r>
      <w:r>
        <w:t xml:space="preserve">    (c) strong admiration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"Well, I ain't told this to nobody before. Maybe I oughten to. I don' like Curley. He ain't a nice fella." And because she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confided</w:t>
      </w:r>
      <w:r>
        <w:rPr>
          <w:b/>
          <w:bCs/>
        </w:rPr>
        <w:t xml:space="preserve"> </w:t>
      </w:r>
      <w:r>
        <w:rPr>
          <w:b/>
          <w:bCs/>
        </w:rPr>
        <w:t xml:space="preserve">in him, she moved closer to Lennie and sat beside him.</w:t>
      </w:r>
      <w:r>
        <w:br/>
      </w:r>
      <w:r>
        <w:t xml:space="preserve">    (a) given into</w:t>
      </w:r>
      <w:r>
        <w:br/>
      </w:r>
      <w:r>
        <w:t xml:space="preserve">    (b) trusted</w:t>
      </w:r>
      <w:r>
        <w:br/>
      </w:r>
      <w:r>
        <w:t xml:space="preserve">    (c) leaned into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"No I ain't," Lennie explained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earnestly</w:t>
      </w:r>
      <w:r>
        <w:rPr>
          <w:b/>
          <w:bCs/>
        </w:rPr>
        <w:t xml:space="preserve">.</w:t>
      </w:r>
      <w:r>
        <w:br/>
      </w:r>
      <w:r>
        <w:t xml:space="preserve">    (a) calmly</w:t>
      </w:r>
      <w:r>
        <w:br/>
      </w:r>
      <w:r>
        <w:t xml:space="preserve">    (b) sincerely</w:t>
      </w:r>
      <w:r>
        <w:br/>
      </w:r>
      <w:r>
        <w:t xml:space="preserve">    (c) angrily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face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contorted</w:t>
      </w:r>
      <w:r>
        <w:rPr>
          <w:b/>
          <w:bCs/>
        </w:rPr>
        <w:t xml:space="preserve">.</w:t>
      </w:r>
      <w:r>
        <w:br/>
      </w:r>
      <w:r>
        <w:t xml:space="preserve">    (a) flushed</w:t>
      </w:r>
      <w:r>
        <w:br/>
      </w:r>
      <w:r>
        <w:t xml:space="preserve">    (b) twisted</w:t>
      </w:r>
      <w:r>
        <w:br/>
      </w:r>
      <w:r>
        <w:t xml:space="preserve">    (c) relaxed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2026-07-31T14:21:45Z</dcterms:created>
  <dcterms:modified xsi:type="dcterms:W3CDTF">2026-07-31T14:21:45Z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