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86226938b5dfebfcee94c355ca84e708020b1"/>
    <w:p>
      <w:pPr>
        <w:pStyle w:val="Heading1"/>
      </w:pPr>
      <w:r>
        <w:rPr>
          <w:b/>
          <w:bCs/>
        </w:rPr>
        <w:t xml:space="preserve">Of Human Bondage</w:t>
      </w:r>
      <w:r>
        <w:br/>
      </w:r>
      <w:r>
        <w:rPr>
          <w:i/>
          <w:iCs/>
        </w:rPr>
        <w:t xml:space="preserve">W. Somerset Maugham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old portraits show wealthy nobles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corpulent</w:t>
      </w:r>
      <w:r>
        <w:rPr>
          <w:b/>
          <w:bCs/>
        </w:rPr>
        <w:t xml:space="preserve"> </w:t>
      </w:r>
      <w:r>
        <w:rPr>
          <w:b/>
          <w:bCs/>
        </w:rPr>
        <w:t xml:space="preserve">figures.</w:t>
      </w:r>
      <w:r>
        <w:br/>
      </w:r>
      <w:r>
        <w:t xml:space="preserve">    (a) thin and slender</w:t>
      </w:r>
      <w:r>
        <w:br/>
      </w:r>
      <w:r>
        <w:t xml:space="preserve">    (b) heavy and stout</w:t>
      </w:r>
      <w:r>
        <w:br/>
      </w:r>
      <w:r>
        <w:t xml:space="preserve">    (c) tall and lanky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culture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ceremonies.</w:t>
      </w:r>
      <w:r>
        <w:br/>
      </w:r>
      <w:r>
        <w:t xml:space="preserve">    (a) generous</w:t>
      </w:r>
      <w:r>
        <w:br/>
      </w:r>
      <w:r>
        <w:t xml:space="preserve">    (b) detailed</w:t>
      </w:r>
      <w:r>
        <w:br/>
      </w:r>
      <w:r>
        <w:t xml:space="preserve">    (c)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walked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swagger.</w:t>
      </w:r>
      <w:r>
        <w:br/>
      </w:r>
      <w:r>
        <w:t xml:space="preserve">    (a) rudely disrespectful</w:t>
      </w:r>
      <w:r>
        <w:br/>
      </w:r>
      <w:r>
        <w:t xml:space="preserve">    (b) exaggerated</w:t>
      </w:r>
      <w:r>
        <w:br/>
      </w:r>
      <w:r>
        <w:t xml:space="preserve">    (c) slightly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flippant</w:t>
      </w:r>
      <w:r>
        <w:rPr>
          <w:b/>
          <w:bCs/>
        </w:rPr>
        <w:t xml:space="preserve"> </w:t>
      </w:r>
      <w:r>
        <w:rPr>
          <w:b/>
          <w:bCs/>
        </w:rPr>
        <w:t xml:space="preserve">joke during the serious meeting upset the group.</w:t>
      </w:r>
      <w:r>
        <w:br/>
      </w:r>
      <w:r>
        <w:t xml:space="preserve">    (a) not properly serious</w:t>
      </w:r>
      <w:r>
        <w:br/>
      </w:r>
      <w:r>
        <w:t xml:space="preserve">    (b) deeply respectful</w:t>
      </w:r>
      <w:r>
        <w:br/>
      </w:r>
      <w:r>
        <w:t xml:space="preserve">    (c) carefully researched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disease causes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deformity.</w:t>
      </w:r>
      <w:r>
        <w:br/>
      </w:r>
      <w:r>
        <w:t xml:space="preserve">    (a) as from aging</w:t>
      </w:r>
      <w:r>
        <w:br/>
      </w:r>
      <w:r>
        <w:t xml:space="preserve">    (b) hidden (internal)</w:t>
      </w:r>
      <w:r>
        <w:br/>
      </w:r>
      <w:r>
        <w:t xml:space="preserve">    (c) ugly or distorted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exactly what usually happens</w:t>
      </w:r>
      <w:r>
        <w:br/>
      </w:r>
      <w:r>
        <w:t xml:space="preserve">    (b) when what happens is very different than what might be expected</w:t>
      </w:r>
      <w:r>
        <w:br/>
      </w:r>
      <w:r>
        <w:t xml:space="preserve">    (c) when what happens is very fitting for the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dripping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as she said, "You look beautiful."</w:t>
      </w:r>
      <w:r>
        <w:br/>
      </w:r>
      <w:r>
        <w:t xml:space="preserve">    (a) sincerity</w:t>
      </w:r>
      <w:r>
        <w:br/>
      </w:r>
      <w:r>
        <w:t xml:space="preserve">    (b) sarcasm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indicates that traffic accidents from falling asleep increase on long, straight,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roads.</w:t>
      </w:r>
      <w:r>
        <w:br/>
      </w:r>
      <w:r>
        <w:t xml:space="preserve">    (a) narrow</w:t>
      </w:r>
      <w:r>
        <w:br/>
      </w:r>
      <w:r>
        <w:t xml:space="preserve">    (b) dark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as a result of</w:t>
      </w:r>
      <w:r>
        <w:br/>
      </w:r>
      <w:r>
        <w:t xml:space="preserve">    (b) in spite of</w:t>
      </w:r>
      <w:r>
        <w:br/>
      </w:r>
      <w:r>
        <w:t xml:space="preserve">    (c) in addition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raised funds to repair the old chapel's leaking roof and bell tower.</w:t>
      </w:r>
      <w:r>
        <w:br/>
      </w:r>
      <w:r>
        <w:t xml:space="preserve">    (a) local church community</w:t>
      </w:r>
      <w:r>
        <w:br/>
      </w:r>
      <w:r>
        <w:t xml:space="preserve">    (b) private school district</w:t>
      </w:r>
      <w:r>
        <w:br/>
      </w:r>
      <w:r>
        <w:t xml:space="preserve">    (c) large city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doctors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prescribe</w:t>
      </w:r>
      <w:r>
        <w:rPr>
          <w:b/>
          <w:bCs/>
        </w:rPr>
        <w:t xml:space="preserve"> </w:t>
      </w:r>
      <w:r>
        <w:rPr>
          <w:b/>
          <w:bCs/>
        </w:rPr>
        <w:t xml:space="preserve">simple lifestyle changes before medication.</w:t>
      </w:r>
      <w:r>
        <w:br/>
      </w:r>
      <w:r>
        <w:t xml:space="preserve">    (a) ignore</w:t>
      </w:r>
      <w:r>
        <w:br/>
      </w:r>
      <w:r>
        <w:t xml:space="preserve">    (b) delay</w:t>
      </w:r>
      <w:r>
        <w:br/>
      </w:r>
      <w:r>
        <w:t xml:space="preserve">    (c) recommend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sauntered</w:t>
      </w:r>
      <w:r>
        <w:rPr>
          <w:b/>
          <w:bCs/>
        </w:rPr>
        <w:t xml:space="preserve"> </w:t>
      </w:r>
      <w:r>
        <w:rPr>
          <w:b/>
          <w:bCs/>
        </w:rPr>
        <w:t xml:space="preserve">over to us.</w:t>
      </w:r>
      <w:r>
        <w:br/>
      </w:r>
      <w:r>
        <w:t xml:space="preserve">    (a) walked leisurely</w:t>
      </w:r>
      <w:r>
        <w:br/>
      </w:r>
      <w:r>
        <w:t xml:space="preserve">    (b) limped painfully</w:t>
      </w:r>
      <w:r>
        <w:br/>
      </w:r>
      <w:r>
        <w:t xml:space="preserve">    (c) marched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rest of the week when she learned she would not make the starting team.</w:t>
      </w:r>
      <w:r>
        <w:br/>
      </w:r>
      <w:r>
        <w:t xml:space="preserve">    (a) was unhappy and unsociable</w:t>
      </w:r>
      <w:r>
        <w:br/>
      </w:r>
      <w:r>
        <w:t xml:space="preserve">    (b) was angry and lashed out</w:t>
      </w:r>
      <w:r>
        <w:br/>
      </w:r>
      <w:r>
        <w:t xml:space="preserve">    (c) worked tirelessly to improve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haughty and disdainful</w:t>
      </w:r>
      <w:r>
        <w:br/>
      </w:r>
      <w:r>
        <w:t xml:space="preserve">    (b) shy and uncertain</w:t>
      </w:r>
      <w:r>
        <w:br/>
      </w:r>
      <w:r>
        <w:t xml:space="preserve">    (c) warm and welcoming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safety measure, the school now insists that all backpacks and school bags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.</w:t>
      </w:r>
      <w:r>
        <w:br/>
      </w:r>
      <w:r>
        <w:t xml:space="preserve">    (a) easily seen through</w:t>
      </w:r>
      <w:r>
        <w:br/>
      </w:r>
      <w:r>
        <w:t xml:space="preserve">    (b) weighed</w:t>
      </w:r>
      <w:r>
        <w:br/>
      </w:r>
      <w:r>
        <w:t xml:space="preserve">    (c) searched upon entry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 </w:t>
      </w:r>
      <w:r>
        <w:rPr>
          <w:b/>
          <w:bCs/>
        </w:rPr>
        <w:t xml:space="preserve">lie.</w:t>
      </w:r>
      <w:r>
        <w:br/>
      </w:r>
      <w:r>
        <w:t xml:space="preserve">    (a) obvious</w:t>
      </w:r>
      <w:r>
        <w:br/>
      </w:r>
      <w:r>
        <w:t xml:space="preserve">    (b) clever</w:t>
      </w:r>
      <w:r>
        <w:br/>
      </w:r>
      <w:r>
        <w:t xml:space="preserve">    (c) vicious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rude or unpleasant</w:t>
      </w:r>
      <w:r>
        <w:br/>
      </w:r>
      <w:r>
        <w:t xml:space="preserve">    (b) drunken</w:t>
      </w:r>
      <w:r>
        <w:br/>
      </w:r>
      <w:r>
        <w:t xml:space="preserve">    (c) not bathed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vehement</w:t>
      </w:r>
      <w:r>
        <w:rPr>
          <w:b/>
          <w:bCs/>
        </w:rPr>
        <w:t xml:space="preserve"> </w:t>
      </w:r>
      <w:r>
        <w:rPr>
          <w:b/>
          <w:bCs/>
        </w:rPr>
        <w:t xml:space="preserve">speech stirred up strong emotions in the crowd.</w:t>
      </w:r>
      <w:r>
        <w:br/>
      </w:r>
      <w:r>
        <w:t xml:space="preserve">    (a) calm and composed</w:t>
      </w:r>
      <w:r>
        <w:br/>
      </w:r>
      <w:r>
        <w:t xml:space="preserve">    (b) forceful or intense</w:t>
      </w:r>
      <w:r>
        <w:br/>
      </w:r>
      <w:r>
        <w:t xml:space="preserve">    (c) highly convincing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stale</w:t>
      </w:r>
      <w:r>
        <w:br/>
      </w:r>
      <w:r>
        <w:t xml:space="preserve">    (b) clever</w:t>
      </w:r>
      <w:r>
        <w:br/>
      </w:r>
      <w:r>
        <w:t xml:space="preserve">    (c) crude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2026-07-31T15:47:15Z</dcterms:created>
  <dcterms:modified xsi:type="dcterms:W3CDTF">2026-07-31T15:47:15Z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