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ccbc0497d6174f3733add2b1dfac467b9536e9e"/>
    <w:p>
      <w:pPr>
        <w:pStyle w:val="Heading1"/>
      </w:pPr>
      <w:r>
        <w:rPr>
          <w:b/>
          <w:bCs/>
        </w:rPr>
        <w:t xml:space="preserve">Oedipus the King</w:t>
      </w:r>
      <w:r>
        <w:br/>
      </w:r>
      <w:r>
        <w:rPr>
          <w:i/>
          <w:iCs/>
        </w:rPr>
        <w:t xml:space="preserve">Sophocles</w:t>
      </w:r>
      <w:r>
        <w:br/>
      </w:r>
      <w:r>
        <w:rPr>
          <w:b/>
          <w:bCs/>
        </w:rPr>
        <w:t xml:space="preserve">Extra Credit 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took every opportunity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assail</w:t>
      </w:r>
      <w:r>
        <w:rPr>
          <w:b/>
          <w:bCs/>
        </w:rPr>
        <w:t xml:space="preserve"> </w:t>
      </w:r>
      <w:r>
        <w:rPr>
          <w:b/>
          <w:bCs/>
        </w:rPr>
        <w:t xml:space="preserve">the policy.</w:t>
      </w:r>
      <w:r>
        <w:br/>
      </w:r>
      <w:r>
        <w:t xml:space="preserve">    (a) understand</w:t>
      </w:r>
      <w:r>
        <w:br/>
      </w:r>
      <w:r>
        <w:t xml:space="preserve">    (b) study</w:t>
      </w:r>
      <w:r>
        <w:br/>
      </w:r>
      <w:r>
        <w:t xml:space="preserve">    (c) attack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As the dark clouds rolled in on the morning of the picnic, she took it as a bad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augury</w:t>
      </w:r>
      <w:r>
        <w:rPr>
          <w:b/>
          <w:bCs/>
        </w:rPr>
        <w:t xml:space="preserve"> </w:t>
      </w:r>
      <w:r>
        <w:rPr>
          <w:b/>
          <w:bCs/>
        </w:rPr>
        <w:t xml:space="preserve">for how the day would go.</w:t>
      </w:r>
      <w:r>
        <w:br/>
      </w:r>
      <w:r>
        <w:t xml:space="preserve">    (a) related to a theory that views history as class struggle and argues that capitalism will be replaced by communism</w:t>
      </w:r>
      <w:r>
        <w:br/>
      </w:r>
      <w:r>
        <w:t xml:space="preserve">    (b) omen or sign</w:t>
      </w:r>
      <w:r>
        <w:br/>
      </w:r>
      <w:r>
        <w:t xml:space="preserve">    (c) something that is different than others of its type (synonyms could include: adaptation, version, alternate form)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country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bereft</w:t>
      </w:r>
      <w:r>
        <w:rPr>
          <w:b/>
          <w:bCs/>
        </w:rPr>
        <w:t xml:space="preserve"> </w:t>
      </w:r>
      <w:r>
        <w:rPr>
          <w:b/>
          <w:bCs/>
        </w:rPr>
        <w:t xml:space="preserve">of natural borders.</w:t>
      </w:r>
      <w:r>
        <w:br/>
      </w:r>
      <w:r>
        <w:t xml:space="preserve">    (a) proud</w:t>
      </w:r>
      <w:r>
        <w:br/>
      </w:r>
      <w:r>
        <w:t xml:space="preserve">    (b) lacking</w:t>
      </w:r>
      <w:r>
        <w:br/>
      </w:r>
      <w:r>
        <w:t xml:space="preserve">    (c) with a natural defense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can expect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calumny</w:t>
      </w:r>
      <w:r>
        <w:rPr>
          <w:b/>
          <w:bCs/>
        </w:rPr>
        <w:t xml:space="preserve"> </w:t>
      </w:r>
      <w:r>
        <w:rPr>
          <w:b/>
          <w:bCs/>
        </w:rPr>
        <w:t xml:space="preserve">from our critics.</w:t>
      </w:r>
      <w:r>
        <w:br/>
      </w:r>
      <w:r>
        <w:t xml:space="preserve">    (a) false accusations</w:t>
      </w:r>
      <w:r>
        <w:br/>
      </w:r>
      <w:r>
        <w:t xml:space="preserve">    (b) foolish mistakes</w:t>
      </w:r>
      <w:r>
        <w:br/>
      </w:r>
      <w:r>
        <w:t xml:space="preserve">    (c) criticism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There is too much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discord</w:t>
      </w:r>
      <w:r>
        <w:rPr>
          <w:b/>
          <w:bCs/>
        </w:rPr>
        <w:t xml:space="preserve"> </w:t>
      </w:r>
      <w:r>
        <w:rPr>
          <w:b/>
          <w:bCs/>
        </w:rPr>
        <w:t xml:space="preserve">in their home.</w:t>
      </w:r>
      <w:r>
        <w:br/>
      </w:r>
      <w:r>
        <w:t xml:space="preserve">    (a) loud noise</w:t>
      </w:r>
      <w:r>
        <w:br/>
      </w:r>
      <w:r>
        <w:t xml:space="preserve">    (b) conflict</w:t>
      </w:r>
      <w:r>
        <w:br/>
      </w:r>
      <w:r>
        <w:t xml:space="preserve">    (c) uncritical agreement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appreciate your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forbearance</w:t>
      </w:r>
      <w:r>
        <w:rPr>
          <w:b/>
          <w:bCs/>
        </w:rPr>
        <w:t xml:space="preserve">.</w:t>
      </w:r>
      <w:r>
        <w:br/>
      </w:r>
      <w:r>
        <w:t xml:space="preserve">    (a) family concerns</w:t>
      </w:r>
      <w:r>
        <w:br/>
      </w:r>
      <w:r>
        <w:t xml:space="preserve">    (b) patience or tolerance</w:t>
      </w:r>
      <w:r>
        <w:br/>
      </w:r>
      <w:r>
        <w:t xml:space="preserve">    (c) financial loan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 have re-entered negotiations in an attempt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forestall</w:t>
      </w:r>
      <w:r>
        <w:rPr>
          <w:b/>
          <w:bCs/>
        </w:rPr>
        <w:t xml:space="preserve"> </w:t>
      </w:r>
      <w:r>
        <w:rPr>
          <w:b/>
          <w:bCs/>
        </w:rPr>
        <w:t xml:space="preserve">bankruptcy.</w:t>
      </w:r>
      <w:r>
        <w:br/>
      </w:r>
      <w:r>
        <w:t xml:space="preserve">    (a) support</w:t>
      </w:r>
      <w:r>
        <w:br/>
      </w:r>
      <w:r>
        <w:t xml:space="preserve">    (b) delay</w:t>
      </w:r>
      <w:r>
        <w:br/>
      </w:r>
      <w:r>
        <w:t xml:space="preserve">    (c) prevent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reporter's questions felt more like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inquisition</w:t>
      </w:r>
      <w:r>
        <w:rPr>
          <w:b/>
          <w:bCs/>
        </w:rPr>
        <w:t xml:space="preserve"> </w:t>
      </w:r>
      <w:r>
        <w:rPr>
          <w:b/>
          <w:bCs/>
        </w:rPr>
        <w:t xml:space="preserve">than an interview.</w:t>
      </w:r>
      <w:r>
        <w:br/>
      </w:r>
      <w:r>
        <w:t xml:space="preserve">    (a) formal apology</w:t>
      </w:r>
      <w:r>
        <w:br/>
      </w:r>
      <w:r>
        <w:t xml:space="preserve">    (b) harsh questioning</w:t>
      </w:r>
      <w:r>
        <w:br/>
      </w:r>
      <w:r>
        <w:t xml:space="preserve">    (c) friendly chat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police quickly caught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miscreant</w:t>
      </w:r>
      <w:r>
        <w:rPr>
          <w:b/>
          <w:bCs/>
        </w:rPr>
        <w:t xml:space="preserve"> </w:t>
      </w:r>
      <w:r>
        <w:rPr>
          <w:b/>
          <w:bCs/>
        </w:rPr>
        <w:t xml:space="preserve">who had been spray-painting public buildings.</w:t>
      </w:r>
      <w:r>
        <w:br/>
      </w:r>
      <w:r>
        <w:t xml:space="preserve">    (a) something (typically a statement) that disagrees with itself; or (more rarely) the act of disagreeing</w:t>
      </w:r>
      <w:r>
        <w:br/>
      </w:r>
      <w:r>
        <w:t xml:space="preserve">    (b) something made of the brownish metal with the same name -- such as a sculpture or a third place medal</w:t>
      </w:r>
      <w:r>
        <w:br/>
      </w:r>
      <w:r>
        <w:t xml:space="preserve">    (c) wrongdoer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His book was called</w:t>
      </w:r>
      <w:r>
        <w:rPr>
          <w:b/>
          <w:bCs/>
        </w:rPr>
        <w:t xml:space="preserve"> </w:t>
      </w:r>
      <w:r>
        <w:rPr>
          <w:b/>
          <w:bCs/>
          <w:i/>
          <w:iCs/>
          <w:u w:val="single"/>
        </w:rPr>
        <w:t xml:space="preserve">Omnipotent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Government</w:t>
      </w:r>
      <w:r>
        <w:rPr>
          <w:b/>
          <w:bCs/>
        </w:rPr>
        <w:t xml:space="preserve">.</w:t>
      </w:r>
      <w:r>
        <w:br/>
      </w:r>
      <w:r>
        <w:t xml:space="preserve">    (a) present everywhere</w:t>
      </w:r>
      <w:r>
        <w:br/>
      </w:r>
      <w:r>
        <w:t xml:space="preserve">    (b) knowing everything</w:t>
      </w:r>
      <w:r>
        <w:br/>
      </w:r>
      <w:r>
        <w:t xml:space="preserve">    (c) all powerful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sudden appearance of dark clouds served as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portent</w:t>
      </w:r>
      <w:r>
        <w:rPr>
          <w:b/>
          <w:bCs/>
        </w:rPr>
        <w:t xml:space="preserve"> </w:t>
      </w:r>
      <w:r>
        <w:rPr>
          <w:b/>
          <w:bCs/>
        </w:rPr>
        <w:t xml:space="preserve">of the impending storm.</w:t>
      </w:r>
      <w:r>
        <w:br/>
      </w:r>
      <w:r>
        <w:t xml:space="preserve">    (a) sign</w:t>
      </w:r>
      <w:r>
        <w:br/>
      </w:r>
      <w:r>
        <w:t xml:space="preserve">    (b) beginning</w:t>
      </w:r>
      <w:r>
        <w:br/>
      </w:r>
      <w:r>
        <w:t xml:space="preserve">    (c) darkness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see none of the pessimism that typically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presages</w:t>
      </w:r>
      <w:r>
        <w:rPr>
          <w:b/>
          <w:bCs/>
        </w:rPr>
        <w:t xml:space="preserve"> </w:t>
      </w:r>
      <w:r>
        <w:rPr>
          <w:b/>
          <w:bCs/>
        </w:rPr>
        <w:t xml:space="preserve">a recession.</w:t>
      </w:r>
      <w:r>
        <w:br/>
      </w:r>
      <w:r>
        <w:t xml:space="preserve">    (a) follows after</w:t>
      </w:r>
      <w:r>
        <w:br/>
      </w:r>
      <w:r>
        <w:t xml:space="preserve">    (b) serves as a sign of coming</w:t>
      </w:r>
      <w:r>
        <w:br/>
      </w:r>
      <w:r>
        <w:t xml:space="preserve">    (c) has no effect 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probity</w:t>
      </w:r>
      <w:r>
        <w:rPr>
          <w:b/>
          <w:bCs/>
        </w:rPr>
        <w:t xml:space="preserve"> </w:t>
      </w:r>
      <w:r>
        <w:rPr>
          <w:b/>
          <w:bCs/>
        </w:rPr>
        <w:t xml:space="preserve">in business dealings earned the trust and respect of competitors and clients alike.</w:t>
      </w:r>
      <w:r>
        <w:br/>
      </w:r>
      <w:r>
        <w:t xml:space="preserve">    (a) devices that convert light into electricity</w:t>
      </w:r>
      <w:r>
        <w:br/>
      </w:r>
      <w:r>
        <w:t xml:space="preserve">    (b) temperature scale used in most of the world</w:t>
      </w:r>
      <w:r>
        <w:br/>
      </w:r>
      <w:r>
        <w:t xml:space="preserve">    (c) honesty and moral integrity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seeks immortality through 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progeny</w:t>
      </w:r>
      <w:r>
        <w:rPr>
          <w:b/>
          <w:bCs/>
        </w:rPr>
        <w:t xml:space="preserve">.</w:t>
      </w:r>
      <w:r>
        <w:br/>
      </w:r>
      <w:r>
        <w:t xml:space="preserve">    (a) children and their descendants</w:t>
      </w:r>
      <w:r>
        <w:br/>
      </w:r>
      <w:r>
        <w:t xml:space="preserve">    (b) move to an afterlife</w:t>
      </w:r>
      <w:r>
        <w:br/>
      </w:r>
      <w:r>
        <w:t xml:space="preserve">    (c) scientific research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Even after years apart,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rancor</w:t>
      </w:r>
      <w:r>
        <w:rPr>
          <w:b/>
          <w:bCs/>
        </w:rPr>
        <w:t xml:space="preserve"> </w:t>
      </w:r>
      <w:r>
        <w:rPr>
          <w:b/>
          <w:bCs/>
        </w:rPr>
        <w:t xml:space="preserve">between the brothers had not faded at all.</w:t>
      </w:r>
      <w:r>
        <w:br/>
      </w:r>
      <w:r>
        <w:t xml:space="preserve">    (a) warm affection</w:t>
      </w:r>
      <w:r>
        <w:br/>
      </w:r>
      <w:r>
        <w:t xml:space="preserve">    (b) deep bitterness</w:t>
      </w:r>
      <w:r>
        <w:br/>
      </w:r>
      <w:r>
        <w:t xml:space="preserve">    (c) mild curiosity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press will continue to investigate unless we produce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scapegoat</w:t>
      </w:r>
      <w:r>
        <w:rPr>
          <w:b/>
          <w:bCs/>
        </w:rPr>
        <w:t xml:space="preserve">.</w:t>
      </w:r>
      <w:r>
        <w:br/>
      </w:r>
      <w:r>
        <w:t xml:space="preserve">    (a) good solution</w:t>
      </w:r>
      <w:r>
        <w:br/>
      </w:r>
      <w:r>
        <w:t xml:space="preserve">    (b) someone to blame</w:t>
      </w:r>
      <w:r>
        <w:br/>
      </w:r>
      <w:r>
        <w:t xml:space="preserve">    (c) good excuse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the novel, a retired librarian turns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sleuth</w:t>
      </w:r>
      <w:r>
        <w:rPr>
          <w:b/>
          <w:bCs/>
        </w:rPr>
        <w:t xml:space="preserve"> </w:t>
      </w:r>
      <w:r>
        <w:rPr>
          <w:b/>
          <w:bCs/>
        </w:rPr>
        <w:t xml:space="preserve">and uncovers a decades-old secret.</w:t>
      </w:r>
      <w:r>
        <w:br/>
      </w:r>
      <w:r>
        <w:t xml:space="preserve">    (a) criminal</w:t>
      </w:r>
      <w:r>
        <w:br/>
      </w:r>
      <w:r>
        <w:t xml:space="preserve">    (b) storyteller</w:t>
      </w:r>
      <w:r>
        <w:br/>
      </w:r>
      <w:r>
        <w:t xml:space="preserve">    (c) detective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She's a bit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taciturn</w:t>
      </w:r>
      <w:r>
        <w:rPr>
          <w:b/>
          <w:bCs/>
        </w:rPr>
        <w:t xml:space="preserve"> </w:t>
      </w:r>
      <w:r>
        <w:rPr>
          <w:b/>
          <w:bCs/>
        </w:rPr>
        <w:t xml:space="preserve">by nature, but before breakfast you'd think she is deaf and mute.</w:t>
      </w:r>
      <w:r>
        <w:br/>
      </w:r>
      <w:r>
        <w:t xml:space="preserve">    (a) reserved</w:t>
      </w:r>
      <w:r>
        <w:br/>
      </w:r>
      <w:r>
        <w:t xml:space="preserve">    (b) outgoing</w:t>
      </w:r>
      <w:r>
        <w:br/>
      </w:r>
      <w:r>
        <w:t xml:space="preserve">    (c) low-energy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truculent</w:t>
      </w:r>
      <w:r>
        <w:rPr>
          <w:b/>
          <w:bCs/>
        </w:rPr>
        <w:t xml:space="preserve"> </w:t>
      </w:r>
      <w:r>
        <w:rPr>
          <w:b/>
          <w:bCs/>
        </w:rPr>
        <w:t xml:space="preserve">dog barked and growled at anyone who came near.</w:t>
      </w:r>
      <w:r>
        <w:br/>
      </w:r>
      <w:r>
        <w:t xml:space="preserve">    (a) very frightening</w:t>
      </w:r>
      <w:r>
        <w:br/>
      </w:r>
      <w:r>
        <w:t xml:space="preserve">    (b) defiantly aggressive</w:t>
      </w:r>
      <w:r>
        <w:br/>
      </w:r>
      <w:r>
        <w:t xml:space="preserve">    (c) exceedingly unhappy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Police used to be allowed to use their discretion in deciding whether to arrest any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vagrant</w:t>
      </w:r>
      <w:r>
        <w:rPr>
          <w:b/>
          <w:bCs/>
        </w:rPr>
        <w:t xml:space="preserve">.</w:t>
      </w:r>
      <w:r>
        <w:br/>
      </w:r>
      <w:r>
        <w:t xml:space="preserve">    (a) person who used recreational drugs</w:t>
      </w:r>
      <w:r>
        <w:br/>
      </w:r>
      <w:r>
        <w:t xml:space="preserve">    (b) impoverished person without a home or job</w:t>
      </w:r>
      <w:r>
        <w:br/>
      </w:r>
      <w:r>
        <w:t xml:space="preserve">    (c) someone who is visiting from out-of-town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2026-07-31T15:50:48Z</dcterms:created>
  <dcterms:modified xsi:type="dcterms:W3CDTF">2026-07-31T15:50:48Z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