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ad1ae19040c2628bf54ea714a6d02bcd89f3f4"/>
    <w:p>
      <w:pPr>
        <w:pStyle w:val="Heading1"/>
      </w:pPr>
      <w:r>
        <w:rPr>
          <w:b/>
          <w:bCs/>
        </w:rPr>
        <w:t xml:space="preserve">Oedipus the King</w:t>
      </w:r>
      <w:r>
        <w:br/>
      </w:r>
      <w:r>
        <w:rPr>
          <w:i/>
          <w:iCs/>
        </w:rPr>
        <w:t xml:space="preserve">Sophocles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 his joyous looks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presage</w:t>
      </w:r>
      <w:r>
        <w:rPr>
          <w:b/>
          <w:bCs/>
        </w:rPr>
        <w:t xml:space="preserve"> </w:t>
      </w:r>
      <w:r>
        <w:rPr>
          <w:b/>
          <w:bCs/>
        </w:rPr>
        <w:t xml:space="preserve">of the joyous news he brings!</w:t>
      </w:r>
      <w:r>
        <w:br/>
      </w:r>
      <w:r>
        <w:t xml:space="preserve">    (a) the right to run a local store or business under a big company’s name</w:t>
      </w:r>
      <w:r>
        <w:br/>
      </w:r>
      <w:r>
        <w:t xml:space="preserve">    (b) serve as a sign of something about to happen -- typically something bad</w:t>
      </w:r>
      <w:r>
        <w:br/>
      </w:r>
      <w:r>
        <w:t xml:space="preserve">    (c) dry out by heat or excessive exposure to sunlight; or make very thirsty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OEDIPUS Whom can he mean,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miscreant</w:t>
      </w:r>
      <w:r>
        <w:rPr>
          <w:b/>
          <w:bCs/>
        </w:rPr>
        <w:t xml:space="preserve"> </w:t>
      </w:r>
      <w:r>
        <w:rPr>
          <w:b/>
          <w:bCs/>
        </w:rPr>
        <w:t xml:space="preserve">thus denounced?</w:t>
      </w:r>
      <w:r>
        <w:br/>
      </w:r>
      <w:r>
        <w:t xml:space="preserve">    (a) something made of the brownish metal with the same name -- such as a sculpture or a third place medal</w:t>
      </w:r>
      <w:r>
        <w:br/>
      </w:r>
      <w:r>
        <w:t xml:space="preserve">    (b) something (typically a statement) that disagrees with itself; or (more rarely) the act of disagreeing</w:t>
      </w:r>
      <w:r>
        <w:br/>
      </w:r>
      <w:r>
        <w:t xml:space="preserve">    (c) a person who behaves badly or breaks rules -- especially someone who commits crimes or acts immorally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[Exeunt OEDIPUS and CREON] PRIEST Come, children, let us hence; these gracious words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Forestall</w:t>
      </w:r>
      <w:r>
        <w:rPr>
          <w:b/>
          <w:bCs/>
        </w:rPr>
        <w:t xml:space="preserve"> </w:t>
      </w:r>
      <w:r>
        <w:rPr>
          <w:b/>
          <w:bCs/>
        </w:rPr>
        <w:t xml:space="preserve">the very purpose of our suit</w:t>
      </w:r>
      <w:r>
        <w:br/>
      </w:r>
      <w:r>
        <w:t xml:space="preserve">    (a) make different; or show difference</w:t>
      </w:r>
      <w:r>
        <w:br/>
      </w:r>
      <w:r>
        <w:t xml:space="preserve">    (b) to cause something to move forward</w:t>
      </w:r>
      <w:r>
        <w:br/>
      </w:r>
      <w:r>
        <w:t xml:space="preserve">    (c) prevent something by taking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Therefore begrudging neither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augury</w:t>
      </w:r>
      <w:r>
        <w:rPr>
          <w:b/>
          <w:bCs/>
        </w:rPr>
        <w:t xml:space="preserve"> </w:t>
      </w:r>
      <w:r>
        <w:rPr>
          <w:b/>
          <w:bCs/>
        </w:rPr>
        <w:t xml:space="preserve">Nor other divination that is thine, O save thyself, thy country, and thy king, Save all from this defilement of blood shed.</w:t>
      </w:r>
      <w:r>
        <w:br/>
      </w:r>
      <w:r>
        <w:t xml:space="preserve">    (a) something that is different than others of its type (synonyms could include: adaptation, version, alternate form)</w:t>
      </w:r>
      <w:r>
        <w:br/>
      </w:r>
      <w:r>
        <w:t xml:space="preserve">    (b) the practice of predicting the future by interpreting signs or omens, or a sign believed to show what will happen</w:t>
      </w:r>
      <w:r>
        <w:br/>
      </w:r>
      <w:r>
        <w:t xml:space="preserve">    (c) related to a theory that views history as class struggle and argues that capitalism will be replaced by communism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nothing melt thee, Or shake thy dogged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taciturnity</w:t>
      </w:r>
      <w:r>
        <w:rPr>
          <w:b/>
          <w:bCs/>
        </w:rPr>
        <w:t xml:space="preserve">?</w:t>
      </w:r>
      <w:r>
        <w:br/>
      </w:r>
      <w:r>
        <w:t xml:space="preserve">    (a) a document granting permission to do something</w:t>
      </w:r>
      <w:r>
        <w:br/>
      </w:r>
      <w:r>
        <w:t xml:space="preserve">    (b) with a tendency to be reserved and not to talk</w:t>
      </w:r>
      <w:r>
        <w:br/>
      </w:r>
      <w:r>
        <w:t xml:space="preserve">    (c) held together (connected or united) or wrapped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OEDIPUS Thou shalt rue it Twice to repeat so gross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calumny</w:t>
      </w:r>
      <w:r>
        <w:rPr>
          <w:b/>
          <w:bCs/>
        </w:rPr>
        <w:t xml:space="preserve">.</w:t>
      </w:r>
      <w:r>
        <w:br/>
      </w:r>
      <w:r>
        <w:t xml:space="preserve">    (a) criticism</w:t>
      </w:r>
      <w:r>
        <w:br/>
      </w:r>
      <w:r>
        <w:t xml:space="preserve">    (b) foolish mistakes</w:t>
      </w:r>
      <w:r>
        <w:br/>
      </w:r>
      <w:r>
        <w:t xml:space="preserve">    (c) false accusation against a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Methinks that thou and thine abettor soon Will rue your plot to drive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scapegoat</w:t>
      </w:r>
      <w:r>
        <w:rPr>
          <w:b/>
          <w:bCs/>
        </w:rPr>
        <w:t xml:space="preserve"> </w:t>
      </w:r>
      <w:r>
        <w:rPr>
          <w:b/>
          <w:bCs/>
        </w:rPr>
        <w:t xml:space="preserve">out.</w:t>
      </w:r>
      <w:r>
        <w:br/>
      </w:r>
      <w:r>
        <w:t xml:space="preserve">    (a) to begin communication with someone about something</w:t>
      </w:r>
      <w:r>
        <w:br/>
      </w:r>
      <w:r>
        <w:t xml:space="preserve">    (b) someone blamed or punished for the errors of others</w:t>
      </w:r>
      <w:r>
        <w:br/>
      </w:r>
      <w:r>
        <w:t xml:space="preserve">    (c) did not find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sleuth</w:t>
      </w:r>
      <w:r>
        <w:rPr>
          <w:b/>
          <w:bCs/>
        </w:rPr>
        <w:t xml:space="preserve">-hounds too The Fates pursue.</w:t>
      </w:r>
      <w:r>
        <w:br/>
      </w:r>
      <w:r>
        <w:t xml:space="preserve">    (a) (noun) a strip of hair made lighter in color  OR  (verb) making strips of hair lighter in color</w:t>
      </w:r>
      <w:r>
        <w:br/>
      </w:r>
      <w:r>
        <w:t xml:space="preserve">    (b) a tool for cutting grass that has a curved blade and a long handle that is held with both hands</w:t>
      </w:r>
      <w:r>
        <w:br/>
      </w:r>
      <w:r>
        <w:t xml:space="preserve">    (c) a detective; or (more rarely as a verb) the process of investigating something like a detective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was no search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inquisition</w:t>
      </w:r>
      <w:r>
        <w:rPr>
          <w:b/>
          <w:bCs/>
        </w:rPr>
        <w:t xml:space="preserve"> </w:t>
      </w:r>
      <w:r>
        <w:rPr>
          <w:b/>
          <w:bCs/>
        </w:rPr>
        <w:t xml:space="preserve">made?</w:t>
      </w:r>
      <w:r>
        <w:br/>
      </w:r>
      <w:r>
        <w:t xml:space="preserve">    (a) conversation</w:t>
      </w:r>
      <w:r>
        <w:br/>
      </w:r>
      <w:r>
        <w:t xml:space="preserve">    (b) investigation</w:t>
      </w:r>
      <w:r>
        <w:br/>
      </w:r>
      <w:r>
        <w:t xml:space="preserve">    (c) explanation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CHORUS Respect a man whose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probity</w:t>
      </w:r>
      <w:r>
        <w:rPr>
          <w:b/>
          <w:bCs/>
        </w:rPr>
        <w:t xml:space="preserve"> </w:t>
      </w:r>
      <w:r>
        <w:rPr>
          <w:b/>
          <w:bCs/>
        </w:rPr>
        <w:t xml:space="preserve">and troth Are known to all and now confirmed by oath.</w:t>
      </w:r>
      <w:r>
        <w:br/>
      </w:r>
      <w:r>
        <w:t xml:space="preserve">    (a) complete honesty and strong moral integrity</w:t>
      </w:r>
      <w:r>
        <w:br/>
      </w:r>
      <w:r>
        <w:t xml:space="preserve">    (b) devices that convert light into electricity</w:t>
      </w:r>
      <w:r>
        <w:br/>
      </w:r>
      <w:r>
        <w:t xml:space="preserve">    (c) temperature scale used in most of the world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CHORUS Brand not a friend whom babbling tongues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</w:t>
      </w:r>
      <w:r>
        <w:rPr>
          <w:b/>
          <w:bCs/>
        </w:rPr>
        <w:t xml:space="preserve">; Let not suspicion 'gainst his oath prevail.</w:t>
      </w:r>
      <w:r>
        <w:br/>
      </w:r>
      <w:r>
        <w:t xml:space="preserve">    (a) learn, discover, or decide</w:t>
      </w:r>
      <w:r>
        <w:br/>
      </w:r>
      <w:r>
        <w:t xml:space="preserve">    (b) hire again or occupy again</w:t>
      </w:r>
      <w:r>
        <w:br/>
      </w:r>
      <w:r>
        <w:t xml:space="preserve">    (c) to attack or cause trouble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 </w:t>
      </w:r>
      <w:r>
        <w:rPr>
          <w:b/>
          <w:bCs/>
        </w:rPr>
        <w:t xml:space="preserve">grow</w:t>
      </w:r>
      <w:r>
        <w:br/>
      </w:r>
      <w:r>
        <w:t xml:space="preserve">    (a) design based on alphabetic letters; or adding such a design to something</w:t>
      </w:r>
      <w:r>
        <w:br/>
      </w:r>
      <w:r>
        <w:t xml:space="preserve">    (b) conflict and disagreement</w:t>
      </w:r>
      <w:r>
        <w:br/>
      </w:r>
      <w:r>
        <w:t xml:space="preserve">    (c) characterized by narrower parallel folds when closed and wider when open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CREON Thou art as sullen in thy yielding mood As in thine anger thou wast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truculent</w:t>
      </w:r>
      <w:r>
        <w:rPr>
          <w:b/>
          <w:bCs/>
        </w:rPr>
        <w:t xml:space="preserve">.</w:t>
      </w:r>
      <w:r>
        <w:br/>
      </w:r>
      <w:r>
        <w:t xml:space="preserve">    (a) not demonstrative of</w:t>
      </w:r>
      <w:r>
        <w:br/>
      </w:r>
      <w:r>
        <w:t xml:space="preserve">    (b) defiantly aggressive</w:t>
      </w:r>
      <w:r>
        <w:br/>
      </w:r>
      <w:r>
        <w:t xml:space="preserve">    (c) sincerity (realness)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other grievous things he prophesied, Woes, lamentations, mourning,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portents</w:t>
      </w:r>
      <w:r>
        <w:rPr>
          <w:b/>
          <w:bCs/>
        </w:rPr>
        <w:t xml:space="preserve"> </w:t>
      </w:r>
      <w:r>
        <w:rPr>
          <w:b/>
          <w:bCs/>
        </w:rPr>
        <w:t xml:space="preserve">dire; To wit I should defile my mother's bed And raise up seed too loathsome to behold, And slay the father from whose loins I sprang.</w:t>
      </w:r>
      <w:r>
        <w:br/>
      </w:r>
      <w:r>
        <w:t xml:space="preserve">    (a) other battles with the same foe</w:t>
      </w:r>
      <w:r>
        <w:br/>
      </w:r>
      <w:r>
        <w:t xml:space="preserve">    (b) signs of things about to happen</w:t>
      </w:r>
      <w:r>
        <w:br/>
      </w:r>
      <w:r>
        <w:t xml:space="preserve">    (c) drugs that calm or put to sleep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 Zeus, reveal thy might, King, if thou'rt named aright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Omnipotent</w:t>
      </w:r>
      <w:r>
        <w:rPr>
          <w:b/>
          <w:bCs/>
        </w:rPr>
        <w:t xml:space="preserve">, all-seeing, as of old; For Laius is forgot; His weird, men heed it not; Apollo is forsook and faith grows cold.</w:t>
      </w:r>
      <w:r>
        <w:br/>
      </w:r>
      <w:r>
        <w:t xml:space="preserve">    (a) sticking out</w:t>
      </w:r>
      <w:r>
        <w:br/>
      </w:r>
      <w:r>
        <w:t xml:space="preserve">    (b) all powerful</w:t>
      </w:r>
      <w:r>
        <w:br/>
      </w:r>
      <w:r>
        <w:t xml:space="preserve">    (c) not pleasing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OEDIPUS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vagrant</w:t>
      </w:r>
      <w:r>
        <w:rPr>
          <w:b/>
          <w:bCs/>
        </w:rPr>
        <w:t xml:space="preserve"> </w:t>
      </w:r>
      <w:r>
        <w:rPr>
          <w:b/>
          <w:bCs/>
        </w:rPr>
        <w:t xml:space="preserve">shepherd journeying for hire?</w:t>
      </w:r>
      <w:r>
        <w:br/>
      </w:r>
      <w:r>
        <w:t xml:space="preserve">    (a) someone who is poor and has no regular home or job</w:t>
      </w:r>
      <w:r>
        <w:br/>
      </w:r>
      <w:r>
        <w:t xml:space="preserve">    (b) the quality or degree of not being straightforward</w:t>
      </w:r>
      <w:r>
        <w:br/>
      </w:r>
      <w:r>
        <w:t xml:space="preserve">    (c) deserving no respect (worthless or of bad quality)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HERDSMAN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</w:t>
      </w:r>
      <w:r>
        <w:rPr>
          <w:b/>
          <w:bCs/>
        </w:rPr>
        <w:t xml:space="preserve"> </w:t>
      </w:r>
      <w:r>
        <w:rPr>
          <w:b/>
          <w:bCs/>
        </w:rPr>
        <w:t xml:space="preserve">for God's sake, master, ask no more.</w:t>
      </w:r>
      <w:r>
        <w:br/>
      </w:r>
      <w:r>
        <w:t xml:space="preserve">    (a) refrain (hold back) from acting</w:t>
      </w:r>
      <w:r>
        <w:br/>
      </w:r>
      <w:r>
        <w:t xml:space="preserve">    (b) the ability to take on or adopt</w:t>
      </w:r>
      <w:r>
        <w:br/>
      </w:r>
      <w:r>
        <w:t xml:space="preserve">    (c) where attention is concentrated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"Laius," she cried, and called her husband dead Long, long ago; her thought was of that child By him begot, the son by whom the sire Was murdered and the mother left to breed With her own seed, a monstrous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progeny</w:t>
      </w:r>
      <w:r>
        <w:rPr>
          <w:b/>
          <w:bCs/>
        </w:rPr>
        <w:t xml:space="preserve">.</w:t>
      </w:r>
      <w:r>
        <w:br/>
      </w:r>
      <w:r>
        <w:t xml:space="preserve">    (a) someone's child or children</w:t>
      </w:r>
      <w:r>
        <w:br/>
      </w:r>
      <w:r>
        <w:br/>
      </w:r>
      <w:r>
        <w:t xml:space="preserve">or less commonly: anything that develops from something else</w:t>
      </w:r>
      <w:r>
        <w:br/>
      </w:r>
      <w:r>
        <w:t xml:space="preserve">    (b) the belief that God created the universe, but that he doesn't interfere with how it runs</w:t>
      </w:r>
      <w:r>
        <w:br/>
      </w:r>
      <w:r>
        <w:t xml:space="preserve">    (c) a process of urging or commanding someone to do something; or a document for that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know thee near, and though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bereft</w:t>
      </w:r>
      <w:r>
        <w:rPr>
          <w:b/>
          <w:bCs/>
        </w:rPr>
        <w:t xml:space="preserve"> </w:t>
      </w:r>
      <w:r>
        <w:rPr>
          <w:b/>
          <w:bCs/>
        </w:rPr>
        <w:t xml:space="preserve">of eyes, Thy voice I recognize.</w:t>
      </w:r>
      <w:r>
        <w:br/>
      </w:r>
      <w:r>
        <w:t xml:space="preserve">    (a) not having something, or greatly saddened by the loss of something</w:t>
      </w:r>
      <w:r>
        <w:br/>
      </w:r>
      <w:r>
        <w:t xml:space="preserve">    (b) in a manner that is not a careful, systematic, logical examination</w:t>
      </w:r>
      <w:r>
        <w:br/>
      </w:r>
      <w:r>
        <w:t xml:space="preserve">    (c) not appropriate or not properly related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past I have bee proved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rancorous</w:t>
      </w:r>
      <w:r>
        <w:rPr>
          <w:b/>
          <w:bCs/>
        </w:rPr>
        <w:t xml:space="preserve"> </w:t>
      </w:r>
      <w:r>
        <w:rPr>
          <w:b/>
          <w:bCs/>
        </w:rPr>
        <w:t xml:space="preserve">enemy.</w:t>
      </w:r>
      <w:r>
        <w:br/>
      </w:r>
      <w:r>
        <w:t xml:space="preserve">    (a) showing deep and bitter anger or hatred</w:t>
      </w:r>
      <w:r>
        <w:br/>
      </w:r>
      <w:r>
        <w:t xml:space="preserve">    (b) the quality of relating to intelligence</w:t>
      </w:r>
      <w:r>
        <w:br/>
      </w:r>
      <w:r>
        <w:t xml:space="preserve">    (c) the state or degree of being very large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2026-07-31T15:50:49Z</dcterms:created>
  <dcterms:modified xsi:type="dcterms:W3CDTF">2026-07-31T15:50:49Z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