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abaaa42c849bb2b26bdb4622fe06705ec7b4bc"/>
    <w:p>
      <w:pPr>
        <w:pStyle w:val="Heading1"/>
      </w:pPr>
      <w:r>
        <w:rPr>
          <w:b/>
          <w:bCs/>
        </w:rPr>
        <w:t xml:space="preserve">Oedipus King of Thebes</w:t>
      </w:r>
      <w:r>
        <w:br/>
      </w:r>
      <w:r>
        <w:rPr>
          <w:i/>
          <w:iCs/>
        </w:rPr>
        <w:t xml:space="preserve">Sophocles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However much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abhor</w:t>
      </w:r>
      <w:r>
        <w:rPr>
          <w:b/>
          <w:bCs/>
        </w:rPr>
        <w:t xml:space="preserve"> </w:t>
      </w:r>
      <w:r>
        <w:rPr>
          <w:b/>
          <w:bCs/>
        </w:rPr>
        <w:t xml:space="preserve">it, we must be prepared for war.</w:t>
      </w:r>
      <w:r>
        <w:br/>
      </w:r>
      <w:r>
        <w:t xml:space="preserve">    (a) hate</w:t>
      </w:r>
      <w:r>
        <w:br/>
      </w:r>
      <w:r>
        <w:t xml:space="preserve">    (b) avoid</w:t>
      </w:r>
      <w:r>
        <w:br/>
      </w:r>
      <w:r>
        <w:t xml:space="preserve">    (c) don't expect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 </w:t>
      </w:r>
      <w:r>
        <w:rPr>
          <w:b/>
          <w:bCs/>
        </w:rPr>
        <w:t xml:space="preserve">with migraines since childhood.</w:t>
      </w:r>
      <w:r>
        <w:br/>
      </w:r>
      <w:r>
        <w:t xml:space="preserve">    (a) made to suffer</w:t>
      </w:r>
      <w:r>
        <w:br/>
      </w:r>
      <w:r>
        <w:t xml:space="preserve">    (b) surprised by</w:t>
      </w:r>
      <w:r>
        <w:br/>
      </w:r>
      <w:r>
        <w:t xml:space="preserve">    (c) worried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guilt led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</w:t>
      </w:r>
      <w:r>
        <w:rPr>
          <w:b/>
          <w:bCs/>
        </w:rPr>
        <w:t xml:space="preserve"> </w:t>
      </w:r>
      <w:r>
        <w:rPr>
          <w:b/>
          <w:bCs/>
        </w:rPr>
        <w:t xml:space="preserve">until she committed her life to good.</w:t>
      </w:r>
      <w:r>
        <w:br/>
      </w:r>
      <w:r>
        <w:t xml:space="preserve">    (a) extreme distress</w:t>
      </w:r>
      <w:r>
        <w:br/>
      </w:r>
      <w:r>
        <w:t xml:space="preserve">    (b) extreme solitude</w:t>
      </w:r>
      <w:r>
        <w:br/>
      </w:r>
      <w:r>
        <w:t xml:space="preserve">    (c) extreme depression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chief made a statement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assuaged</w:t>
      </w:r>
      <w:r>
        <w:rPr>
          <w:b/>
          <w:bCs/>
        </w:rPr>
        <w:t xml:space="preserve"> </w:t>
      </w:r>
      <w:r>
        <w:rPr>
          <w:b/>
          <w:bCs/>
        </w:rPr>
        <w:t xml:space="preserve">many people's worst fears.</w:t>
      </w:r>
      <w:r>
        <w:br/>
      </w:r>
      <w:r>
        <w:t xml:space="preserve">    (a) made a joke of</w:t>
      </w:r>
      <w:r>
        <w:br/>
      </w:r>
      <w:r>
        <w:t xml:space="preserve">    (b) soothed</w:t>
      </w:r>
      <w:r>
        <w:br/>
      </w:r>
      <w:r>
        <w:t xml:space="preserve">    (c) made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collect</w:t>
      </w:r>
      <w:r>
        <w:br/>
      </w:r>
      <w:r>
        <w:t xml:space="preserve">    (b) send away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in the 21st century, high school teachers in the country are still occasionally imprisoned and/or lashed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.</w:t>
      </w:r>
      <w:r>
        <w:br/>
      </w:r>
      <w:r>
        <w:t xml:space="preserve">    (a) disrespect of something considered sacred</w:t>
      </w:r>
      <w:r>
        <w:br/>
      </w:r>
      <w:r>
        <w:t xml:space="preserve">    (b) a dispute where there is strong disagreement</w:t>
      </w:r>
      <w:r>
        <w:br/>
      </w:r>
      <w:r>
        <w:t xml:space="preserve">    (c) a serious logical error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Vandals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defiled</w:t>
      </w:r>
      <w:r>
        <w:rPr>
          <w:b/>
          <w:bCs/>
        </w:rPr>
        <w:t xml:space="preserve"> </w:t>
      </w:r>
      <w:r>
        <w:rPr>
          <w:b/>
          <w:bCs/>
        </w:rPr>
        <w:t xml:space="preserve">the ancient temple by spray-painting the walls.</w:t>
      </w:r>
      <w:r>
        <w:br/>
      </w:r>
      <w:r>
        <w:t xml:space="preserve">    (a) carefully restored</w:t>
      </w:r>
      <w:r>
        <w:br/>
      </w:r>
      <w:r>
        <w:t xml:space="preserve">    (b) spoiled the purity of</w:t>
      </w:r>
      <w:r>
        <w:br/>
      </w:r>
      <w:r>
        <w:t xml:space="preserve">    (c) secretly explored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Napoleon was forced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exile</w:t>
      </w:r>
      <w:r>
        <w:rPr>
          <w:b/>
          <w:bCs/>
        </w:rPr>
        <w:t xml:space="preserve"> </w:t>
      </w:r>
      <w:r>
        <w:rPr>
          <w:b/>
          <w:bCs/>
        </w:rPr>
        <w:t xml:space="preserve">on the island of Elba.</w:t>
      </w:r>
      <w:r>
        <w:br/>
      </w:r>
      <w:r>
        <w:t xml:space="preserve">    (a) apologizing</w:t>
      </w:r>
      <w:r>
        <w:br/>
      </w:r>
      <w:r>
        <w:t xml:space="preserve">    (b) hard labor</w:t>
      </w:r>
      <w:r>
        <w:br/>
      </w:r>
      <w:r>
        <w:t xml:space="preserve">    (c) living elsewhere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third year of their brutal civil war, moderates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forsaken</w:t>
      </w:r>
      <w:r>
        <w:rPr>
          <w:b/>
          <w:bCs/>
        </w:rPr>
        <w:t xml:space="preserve"> </w:t>
      </w:r>
      <w:r>
        <w:rPr>
          <w:b/>
          <w:bCs/>
        </w:rPr>
        <w:t xml:space="preserve">by the west.</w:t>
      </w:r>
      <w:r>
        <w:br/>
      </w:r>
      <w:r>
        <w:t xml:space="preserve">    (a) defeated</w:t>
      </w:r>
      <w:r>
        <w:br/>
      </w:r>
      <w:r>
        <w:t xml:space="preserve">    (b) respected</w:t>
      </w:r>
      <w:r>
        <w:br/>
      </w:r>
      <w:r>
        <w:t xml:space="preserve">    (c) abandoned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pass through</w:t>
      </w:r>
      <w:r>
        <w:br/>
      </w:r>
      <w:r>
        <w:t xml:space="preserve">    (b) pay attention to</w:t>
      </w:r>
      <w:r>
        <w:br/>
      </w:r>
      <w:r>
        <w:t xml:space="preserve">    (c) tell others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herald</w:t>
      </w:r>
      <w:r>
        <w:rPr>
          <w:b/>
          <w:bCs/>
        </w:rPr>
        <w:t xml:space="preserve"> </w:t>
      </w:r>
      <w:r>
        <w:rPr>
          <w:b/>
          <w:bCs/>
        </w:rPr>
        <w:t xml:space="preserve">announced it this morning.</w:t>
      </w:r>
      <w:r>
        <w:br/>
      </w:r>
      <w:r>
        <w:t xml:space="preserve">    (a) lawyer</w:t>
      </w:r>
      <w:r>
        <w:br/>
      </w:r>
      <w:r>
        <w:t xml:space="preserve">    (b) advisor</w:t>
      </w:r>
      <w:r>
        <w:br/>
      </w:r>
      <w:r>
        <w:t xml:space="preserve">    (c) announcer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cautious</w:t>
      </w:r>
      <w:r>
        <w:br/>
      </w:r>
      <w:r>
        <w:t xml:space="preserve">    (b) wealthy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danger</w:t>
      </w:r>
      <w:r>
        <w:br/>
      </w:r>
      <w:r>
        <w:t xml:space="preserve">    (b) weariness</w:t>
      </w:r>
      <w:r>
        <w:br/>
      </w:r>
      <w:r>
        <w:t xml:space="preserve">    (c) fame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self-fulfilling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prophecy</w:t>
      </w:r>
      <w:r>
        <w:rPr>
          <w:b/>
          <w:bCs/>
        </w:rPr>
        <w:t xml:space="preserve">.</w:t>
      </w:r>
      <w:r>
        <w:br/>
      </w:r>
      <w:r>
        <w:t xml:space="preserve">    (a) profitable enterprise</w:t>
      </w:r>
      <w:r>
        <w:br/>
      </w:r>
      <w:r>
        <w:t xml:space="preserve">    (b) explanation</w:t>
      </w:r>
      <w:r>
        <w:br/>
      </w:r>
      <w:r>
        <w:t xml:space="preserve">    (c) prediction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easily found</w:t>
      </w:r>
      <w:r>
        <w:br/>
      </w:r>
      <w:r>
        <w:t xml:space="preserve">    (b) in short supply</w:t>
      </w:r>
      <w:r>
        <w:br/>
      </w:r>
      <w:r>
        <w:t xml:space="preserve">    (c) extremely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trains</w:t>
      </w:r>
      <w:r>
        <w:br/>
      </w:r>
      <w:r>
        <w:t xml:space="preserve">    (b) disrespects</w:t>
      </w:r>
      <w:r>
        <w:br/>
      </w:r>
      <w:r>
        <w:t xml:space="preserve">    (c) encourages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movie, 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plot to kill people and harvest their organs.</w:t>
      </w:r>
      <w:r>
        <w:br/>
      </w:r>
      <w:r>
        <w:t xml:space="preserve">    (a) complicated</w:t>
      </w:r>
      <w:r>
        <w:br/>
      </w:r>
      <w:r>
        <w:t xml:space="preserve">    (b) clever</w:t>
      </w:r>
      <w:r>
        <w:br/>
      </w:r>
      <w:r>
        <w:t xml:space="preserve">    (c) evil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vexing</w:t>
      </w:r>
      <w:r>
        <w:rPr>
          <w:b/>
          <w:bCs/>
        </w:rPr>
        <w:t xml:space="preserve"> </w:t>
      </w:r>
      <w:r>
        <w:rPr>
          <w:b/>
          <w:bCs/>
        </w:rPr>
        <w:t xml:space="preserve">puzzle kept her up late into the night.</w:t>
      </w:r>
      <w:r>
        <w:br/>
      </w:r>
      <w:r>
        <w:t xml:space="preserve">    (a) soothing</w:t>
      </w:r>
      <w:r>
        <w:br/>
      </w:r>
      <w:r>
        <w:t xml:space="preserve">    (b) annoying</w:t>
      </w:r>
      <w:r>
        <w:br/>
      </w:r>
      <w:r>
        <w:t xml:space="preserve">    (c) amusing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of God.</w:t>
      </w:r>
      <w:r>
        <w:br/>
      </w:r>
      <w:r>
        <w:t xml:space="preserve">    (a) angry punishment</w:t>
      </w:r>
      <w:r>
        <w:br/>
      </w:r>
      <w:r>
        <w:t xml:space="preserve">    (b) unpredictable moods</w:t>
      </w:r>
      <w:r>
        <w:br/>
      </w:r>
      <w:r>
        <w:t xml:space="preserve">    (c)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wrested</w:t>
      </w:r>
      <w:r>
        <w:rPr>
          <w:b/>
          <w:bCs/>
        </w:rPr>
        <w:t xml:space="preserve"> </w:t>
      </w:r>
      <w:r>
        <w:rPr>
          <w:b/>
          <w:bCs/>
        </w:rPr>
        <w:t xml:space="preserve">power from the old government.</w:t>
      </w:r>
      <w:r>
        <w:br/>
      </w:r>
      <w:r>
        <w:t xml:space="preserve">    (a) gave</w:t>
      </w:r>
      <w:r>
        <w:br/>
      </w:r>
      <w:r>
        <w:t xml:space="preserve">    (b) understood</w:t>
      </w:r>
      <w:r>
        <w:br/>
      </w:r>
      <w:r>
        <w:t xml:space="preserve">    (c) took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2026-07-31T15:50:58Z</dcterms:created>
  <dcterms:modified xsi:type="dcterms:W3CDTF">2026-07-31T15:50:58Z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