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1517d0b5da19ad4927aee66a6c64b8eab5f721"/>
    <w:p>
      <w:pPr>
        <w:pStyle w:val="Heading1"/>
      </w:pPr>
      <w:r>
        <w:rPr>
          <w:b/>
          <w:bCs/>
        </w:rPr>
        <w:t xml:space="preserve">Oedipus King of Thebes</w:t>
      </w:r>
      <w:r>
        <w:br/>
      </w:r>
      <w:r>
        <w:rPr>
          <w:i/>
          <w:iCs/>
        </w:rPr>
        <w:t xml:space="preserve">Sophocles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Greek mythology,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Ares</w:t>
      </w:r>
      <w:r>
        <w:rPr>
          <w:b/>
          <w:bCs/>
        </w:rPr>
        <w:t xml:space="preserve"> </w:t>
      </w:r>
      <w:r>
        <w:rPr>
          <w:b/>
          <w:bCs/>
        </w:rPr>
        <w:t xml:space="preserve">often clashed with Athena over the conduct of war.</w:t>
      </w:r>
      <w:r>
        <w:br/>
      </w:r>
      <w:r>
        <w:t xml:space="preserve">    (a) Greek war god</w:t>
      </w:r>
      <w:r>
        <w:br/>
      </w:r>
      <w:r>
        <w:t xml:space="preserve">    (b) Norse king</w:t>
      </w:r>
      <w:r>
        <w:br/>
      </w:r>
      <w:r>
        <w:t xml:space="preserve">    (c) Roman poet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early test results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augur</w:t>
      </w:r>
      <w:r>
        <w:rPr>
          <w:b/>
          <w:bCs/>
        </w:rPr>
        <w:t xml:space="preserve"> </w:t>
      </w:r>
      <w:r>
        <w:rPr>
          <w:b/>
          <w:bCs/>
        </w:rPr>
        <w:t xml:space="preserve">a successful launch for the new vaccine.</w:t>
      </w:r>
      <w:r>
        <w:br/>
      </w:r>
      <w:r>
        <w:t xml:space="preserve">    (a) delay and postpone</w:t>
      </w:r>
      <w:r>
        <w:br/>
      </w:r>
      <w:r>
        <w:t xml:space="preserve">    (b) predict and foretell</w:t>
      </w:r>
      <w:r>
        <w:br/>
      </w:r>
      <w:r>
        <w:t xml:space="preserve">    (c) ignore and forget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of natural borders.</w:t>
      </w:r>
      <w:r>
        <w:br/>
      </w:r>
      <w:r>
        <w:t xml:space="preserve">    (a) proud</w:t>
      </w:r>
      <w:r>
        <w:br/>
      </w:r>
      <w:r>
        <w:t xml:space="preserve">    (b) lacking</w:t>
      </w:r>
      <w:r>
        <w:br/>
      </w:r>
      <w:r>
        <w:t xml:space="preserve">    (c) with a natural defense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conjures</w:t>
      </w:r>
      <w:r>
        <w:rPr>
          <w:b/>
          <w:bCs/>
        </w:rPr>
        <w:t xml:space="preserve"> </w:t>
      </w:r>
      <w:r>
        <w:rPr>
          <w:b/>
          <w:bCs/>
        </w:rPr>
        <w:t xml:space="preserve">memories of good times.</w:t>
      </w:r>
      <w:r>
        <w:br/>
      </w:r>
      <w:r>
        <w:t xml:space="preserve">    (a) brings to mind</w:t>
      </w:r>
      <w:r>
        <w:br/>
      </w:r>
      <w:r>
        <w:t xml:space="preserve">    (b) drives away</w:t>
      </w:r>
      <w:r>
        <w:br/>
      </w:r>
      <w:r>
        <w:t xml:space="preserve">    (c) is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chemical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deemed</w:t>
      </w:r>
      <w:r>
        <w:rPr>
          <w:b/>
          <w:bCs/>
        </w:rPr>
        <w:t xml:space="preserve"> </w:t>
      </w:r>
      <w:r>
        <w:rPr>
          <w:b/>
          <w:bCs/>
        </w:rPr>
        <w:t xml:space="preserve">unsafe to use in children's products.</w:t>
      </w:r>
      <w:r>
        <w:br/>
      </w:r>
      <w:r>
        <w:t xml:space="preserve">    (a) judged</w:t>
      </w:r>
      <w:r>
        <w:br/>
      </w:r>
      <w:r>
        <w:t xml:space="preserve">    (b) manufactured</w:t>
      </w:r>
      <w:r>
        <w:br/>
      </w:r>
      <w:r>
        <w:t xml:space="preserve">    (c) tested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delude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into thinking one late apology fixes everything.</w:t>
      </w:r>
      <w:r>
        <w:br/>
      </w:r>
      <w:r>
        <w:t xml:space="preserve">    (a) deceive</w:t>
      </w:r>
      <w:r>
        <w:br/>
      </w:r>
      <w:r>
        <w:t xml:space="preserve">    (b) praise</w:t>
      </w:r>
      <w:r>
        <w:br/>
      </w:r>
      <w:r>
        <w:t xml:space="preserve">    (c) protect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Iran's top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envoy</w:t>
      </w:r>
      <w:r>
        <w:rPr>
          <w:b/>
          <w:bCs/>
        </w:rPr>
        <w:t xml:space="preserve"> </w:t>
      </w:r>
      <w:r>
        <w:rPr>
          <w:b/>
          <w:bCs/>
        </w:rPr>
        <w:t xml:space="preserve">to the United Nations nuclear agency dismissed the accusation.</w:t>
      </w:r>
      <w:r>
        <w:br/>
      </w:r>
      <w:r>
        <w:t xml:space="preserve">    (a) scientist</w:t>
      </w:r>
      <w:r>
        <w:br/>
      </w:r>
      <w:r>
        <w:t xml:space="preserve">    (b) translator</w:t>
      </w:r>
      <w:r>
        <w:br/>
      </w:r>
      <w:r>
        <w:t xml:space="preserve">    (c) representative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 Reserve Chairman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on the inflation outlook.</w:t>
      </w:r>
      <w:r>
        <w:br/>
      </w:r>
      <w:r>
        <w:t xml:space="preserve">    (a) make more excuses</w:t>
      </w:r>
      <w:r>
        <w:br/>
      </w:r>
      <w:r>
        <w:t xml:space="preserve">    (b) discuss in detail</w:t>
      </w:r>
      <w:r>
        <w:br/>
      </w:r>
      <w:r>
        <w:t xml:space="preserve">    (c) ask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Rumors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fester</w:t>
      </w:r>
      <w:r>
        <w:rPr>
          <w:b/>
          <w:bCs/>
        </w:rPr>
        <w:t xml:space="preserve"> </w:t>
      </w:r>
      <w:r>
        <w:rPr>
          <w:b/>
          <w:bCs/>
        </w:rPr>
        <w:t xml:space="preserve">in the absence of clear communication from leadership.</w:t>
      </w:r>
      <w:r>
        <w:br/>
      </w:r>
      <w:r>
        <w:t xml:space="preserve">    (a) grow worse over time</w:t>
      </w:r>
      <w:r>
        <w:br/>
      </w:r>
      <w:r>
        <w:t xml:space="preserve">    (b) fade away gradually</w:t>
      </w:r>
      <w:r>
        <w:br/>
      </w:r>
      <w:r>
        <w:t xml:space="preserve">    (c) started abruptly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date which will live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infamy</w:t>
      </w:r>
      <w:r>
        <w:br/>
      </w:r>
      <w:r>
        <w:t xml:space="preserve">    (a) fame for something exciting</w:t>
      </w:r>
      <w:r>
        <w:br/>
      </w:r>
      <w:r>
        <w:t xml:space="preserve">    (b) fame for something good</w:t>
      </w:r>
      <w:r>
        <w:br/>
      </w:r>
      <w:r>
        <w:t xml:space="preserve">    (c) fame for something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way of arousing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ire</w:t>
      </w:r>
      <w:r>
        <w:rPr>
          <w:b/>
          <w:bCs/>
        </w:rPr>
        <w:t xml:space="preserve">.</w:t>
      </w:r>
      <w:r>
        <w:br/>
      </w:r>
      <w:r>
        <w:t xml:space="preserve">    (a) guilt</w:t>
      </w:r>
      <w:r>
        <w:br/>
      </w:r>
      <w:r>
        <w:t xml:space="preserve">    (b) curiosity</w:t>
      </w:r>
      <w:r>
        <w:br/>
      </w:r>
      <w:r>
        <w:t xml:space="preserve">    (c)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admit it, there are serious divides splitting the party.</w:t>
      </w:r>
      <w:r>
        <w:br/>
      </w:r>
      <w:r>
        <w:t xml:space="preserve">    (a) are eager</w:t>
      </w:r>
      <w:r>
        <w:br/>
      </w:r>
      <w:r>
        <w:t xml:space="preserve">    (b) are excited</w:t>
      </w:r>
      <w:r>
        <w:br/>
      </w:r>
      <w:r>
        <w:t xml:space="preserve">    (c) are reluctant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Freud named a psychological disorder after mythical 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Oedipus</w:t>
      </w:r>
      <w:r>
        <w:rPr>
          <w:b/>
          <w:bCs/>
        </w:rPr>
        <w:t xml:space="preserve">.</w:t>
      </w:r>
      <w:r>
        <w:br/>
      </w:r>
      <w:r>
        <w:t xml:space="preserve">    (a) Mythological king who stole fire from the gods and gave it to humanity</w:t>
      </w:r>
      <w:r>
        <w:br/>
      </w:r>
      <w:r>
        <w:t xml:space="preserve">    (b) mythological king who unknowingly killed his father and married his mother</w:t>
      </w:r>
      <w:r>
        <w:br/>
      </w:r>
      <w:r>
        <w:t xml:space="preserve">    (c)</w:t>
      </w:r>
      <w:r>
        <w:br/>
      </w:r>
      <w:r>
        <w:t xml:space="preserve">Mythological king who defeated the Minotaur in the Labyrinth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repeated, "The wicked will suffer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perdition</w:t>
      </w:r>
      <w:r>
        <w:rPr>
          <w:b/>
          <w:bCs/>
        </w:rPr>
        <w:t xml:space="preserve"> </w:t>
      </w:r>
      <w:r>
        <w:rPr>
          <w:b/>
          <w:bCs/>
        </w:rPr>
        <w:t xml:space="preserve">for their sins."</w:t>
      </w:r>
      <w:r>
        <w:br/>
      </w:r>
      <w:r>
        <w:t xml:space="preserve">    (a) long</w:t>
      </w:r>
      <w:r>
        <w:br/>
      </w:r>
      <w:r>
        <w:t xml:space="preserve">    (b) immediately</w:t>
      </w:r>
      <w:r>
        <w:br/>
      </w:r>
      <w:r>
        <w:t xml:space="preserve">    (c) hell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sudden appearance of dark clouds served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</w:t>
      </w:r>
      <w:r>
        <w:rPr>
          <w:b/>
          <w:bCs/>
        </w:rPr>
        <w:t xml:space="preserve"> </w:t>
      </w:r>
      <w:r>
        <w:rPr>
          <w:b/>
          <w:bCs/>
        </w:rPr>
        <w:t xml:space="preserve">of the impending storm.</w:t>
      </w:r>
      <w:r>
        <w:br/>
      </w:r>
      <w:r>
        <w:t xml:space="preserve">    (a) beginning</w:t>
      </w:r>
      <w:r>
        <w:br/>
      </w:r>
      <w:r>
        <w:t xml:space="preserve">    (b) sign</w:t>
      </w:r>
      <w:r>
        <w:br/>
      </w:r>
      <w:r>
        <w:t xml:space="preserve">    (c)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Civil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 </w:t>
      </w:r>
      <w:r>
        <w:rPr>
          <w:b/>
          <w:bCs/>
        </w:rPr>
        <w:t xml:space="preserve">tore the country apart for nearly a decade before reform began.</w:t>
      </w:r>
      <w:r>
        <w:br/>
      </w:r>
      <w:r>
        <w:t xml:space="preserve">    (a) quiet agreement</w:t>
      </w:r>
      <w:r>
        <w:br/>
      </w:r>
      <w:r>
        <w:t xml:space="preserve">    (b) joyful celebration</w:t>
      </w:r>
      <w:r>
        <w:br/>
      </w:r>
      <w:r>
        <w:t xml:space="preserve">    (c) violent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Students read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 Odyssey</w:t>
      </w:r>
      <w:r>
        <w:rPr>
          <w:b/>
          <w:bCs/>
        </w:rPr>
        <w:t xml:space="preserve"> </w:t>
      </w:r>
      <w:r>
        <w:rPr>
          <w:b/>
          <w:bCs/>
        </w:rPr>
        <w:t xml:space="preserve">to learn about Greek heroes and mythical voyages.</w:t>
      </w:r>
      <w:r>
        <w:br/>
      </w:r>
      <w:r>
        <w:t xml:space="preserve">    (a) Homer's epic poem</w:t>
      </w:r>
      <w:r>
        <w:br/>
      </w:r>
      <w:r>
        <w:t xml:space="preserve">    (b) Plato's philosophy text</w:t>
      </w:r>
      <w:r>
        <w:br/>
      </w:r>
      <w:r>
        <w:t xml:space="preserve">    (c) Aesop's animal fables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Bullies made his school days a constant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</w:t>
      </w:r>
      <w:r>
        <w:rPr>
          <w:b/>
          <w:bCs/>
        </w:rPr>
        <w:t xml:space="preserve"> </w:t>
      </w:r>
      <w:r>
        <w:rPr>
          <w:b/>
          <w:bCs/>
        </w:rPr>
        <w:t xml:space="preserve">he could not escape.</w:t>
      </w:r>
      <w:r>
        <w:br/>
      </w:r>
      <w:r>
        <w:t xml:space="preserve">    (a) simple confusion</w:t>
      </w:r>
      <w:r>
        <w:br/>
      </w:r>
      <w:r>
        <w:t xml:space="preserve">    (b) great enjoyment</w:t>
      </w:r>
      <w:r>
        <w:br/>
      </w:r>
      <w:r>
        <w:t xml:space="preserve">    (c) severe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gazed at her reflection in the mirror, studying her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 </w:t>
      </w:r>
      <w:r>
        <w:rPr>
          <w:b/>
          <w:bCs/>
        </w:rPr>
        <w:t xml:space="preserve">with a critical eye.</w:t>
      </w:r>
      <w:r>
        <w:br/>
      </w:r>
      <w:r>
        <w:t xml:space="preserve">    (a) face</w:t>
      </w:r>
      <w:r>
        <w:br/>
      </w:r>
      <w:r>
        <w:t xml:space="preserve">    (b) body</w:t>
      </w:r>
      <w:r>
        <w:br/>
      </w:r>
      <w:r>
        <w:t xml:space="preserve">    (c) clothing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Zeus</w:t>
      </w:r>
      <w:r>
        <w:rPr>
          <w:b/>
          <w:bCs/>
        </w:rPr>
        <w:t xml:space="preserve">' thunderbolt was said to be the most powerful weapon of the gods.</w:t>
      </w:r>
      <w:r>
        <w:br/>
      </w:r>
      <w:r>
        <w:t xml:space="preserve">    (a) Greek mythology: god of war</w:t>
      </w:r>
      <w:r>
        <w:br/>
      </w:r>
      <w:r>
        <w:t xml:space="preserve">    (b) Greek mythology: most supreme of the gods</w:t>
      </w:r>
      <w:r>
        <w:br/>
      </w:r>
      <w:r>
        <w:t xml:space="preserve">    (c) Greek mythology: god of the dead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2026-07-31T15:50:59Z</dcterms:created>
  <dcterms:modified xsi:type="dcterms:W3CDTF">2026-07-31T15:50:59Z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