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9026b5efefbfadd4f7fc5437facda5c596ba458"/>
    <w:p>
      <w:pPr>
        <w:pStyle w:val="Heading1"/>
      </w:pPr>
      <w:r>
        <w:rPr>
          <w:b/>
          <w:bCs/>
        </w:rPr>
        <w:t xml:space="preserve">Oedipus King of Thebes</w:t>
      </w:r>
      <w:r>
        <w:br/>
      </w:r>
      <w:r>
        <w:rPr>
          <w:i/>
          <w:iCs/>
        </w:rPr>
        <w:t xml:space="preserve">Sophocles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 the Palace door opens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OEDIPUS</w:t>
      </w:r>
      <w:r>
        <w:rPr>
          <w:b/>
          <w:bCs/>
        </w:rPr>
        <w:t xml:space="preserve"> </w:t>
      </w:r>
      <w:r>
        <w:rPr>
          <w:b/>
          <w:bCs/>
        </w:rPr>
        <w:t xml:space="preserve">comes out all the suppliants with a cry move towards him in attitudes of prayer, holding out their olive branches, and then become still again as he speaks.</w:t>
      </w:r>
      <w:r>
        <w:br/>
      </w:r>
      <w:r>
        <w:t xml:space="preserve">    (a) Chinese philosophical &amp; religious system based in teachings of Laozi (compassion, moderation, humility, and noninterference with the course of natural events)</w:t>
      </w:r>
      <w:r>
        <w:br/>
      </w:r>
      <w:r>
        <w:t xml:space="preserve">    (b) Greek mythology: a tragic king of Thebes who unknowingly killed his father and married his mother; the subject of the drama</w:t>
      </w:r>
      <w:r>
        <w:t xml:space="preserve"> </w:t>
      </w:r>
      <w:r>
        <w:rPr>
          <w:i/>
          <w:iCs/>
        </w:rPr>
        <w:t xml:space="preserve">Oedipus Rex</w:t>
      </w:r>
      <w:r>
        <w:t xml:space="preserve"> </w:t>
      </w:r>
      <w:r>
        <w:t xml:space="preserve">by Sophocles</w:t>
      </w:r>
      <w:r>
        <w:br/>
      </w:r>
      <w:r>
        <w:t xml:space="preserve">    (c) imposes restrictions on the government's prosecution of persons accused of crimes and requires just compensation if private property is taken for public use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 Oedipus, who holdest in thy hand My city, thou canst see what ages stand At these thine altars; some whose little wing Scarce flieth yet, and some with long living O'erburdened; priests, as I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Zeus</w:t>
      </w:r>
      <w:r>
        <w:rPr>
          <w:b/>
          <w:bCs/>
        </w:rPr>
        <w:t xml:space="preserve"> </w:t>
      </w:r>
      <w:r>
        <w:rPr>
          <w:b/>
          <w:bCs/>
        </w:rPr>
        <w:t xml:space="preserve">am priest, And chosen youths: and wailing hath not ceased Of thousands in the market-place, and by Athena's two-fold temples and the dry Ash of Ismenus' portent-breathing shore.</w:t>
      </w:r>
      <w:r>
        <w:br/>
      </w:r>
      <w:r>
        <w:t xml:space="preserve">    (a) Greek mythology:  the most supreme of the gods</w:t>
      </w:r>
      <w:r>
        <w:br/>
      </w:r>
      <w:r>
        <w:t xml:space="preserve">    (b) Greek mythology:  the most supreme of the gods</w:t>
      </w:r>
      <w:r>
        <w:br/>
      </w:r>
      <w:r>
        <w:t xml:space="preserve">    (c) Greek mythology:  the god of war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 Oedipus, who holdest in thy hand My city, thou canst see what ages stand At these thine altars; some whose little wing Scarce flieth yet, and some with long living O'erburdened; priests, as I of Zeus am priest, And chosen youths: and wailing hath not ceased Of thousands in the market-place, and by Athena's two-fold temples and the dry Ash of Ismenus'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portent</w:t>
      </w:r>
      <w:r>
        <w:rPr>
          <w:b/>
          <w:bCs/>
        </w:rPr>
        <w:t xml:space="preserve">-breathing shore.</w:t>
      </w:r>
      <w:r>
        <w:br/>
      </w:r>
      <w:r>
        <w:t xml:space="preserve">    (a) a basic building block for proteins</w:t>
      </w:r>
      <w:r>
        <w:br/>
      </w:r>
      <w:r>
        <w:t xml:space="preserve">    (b) someone who believe in a single God</w:t>
      </w:r>
      <w:r>
        <w:br/>
      </w:r>
      <w:r>
        <w:t xml:space="preserve">    (c) a sign of something about to happen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wasteth in the fruitless buds of earth, In parched herds and travail without birth Of dying women: yea, and midst of it A burning and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loathly</w:t>
      </w:r>
      <w:r>
        <w:rPr>
          <w:b/>
          <w:bCs/>
        </w:rPr>
        <w:t xml:space="preserve"> </w:t>
      </w:r>
      <w:r>
        <w:rPr>
          <w:b/>
          <w:bCs/>
        </w:rPr>
        <w:t xml:space="preserve">god hath lit Sudden, and sweeps our land, this Plague of power; Till Cadmus' house grows empty, hour by hour, And Hell's house rich with steam of tears and blood.</w:t>
      </w:r>
      <w:r>
        <w:br/>
      </w:r>
      <w:r>
        <w:t xml:space="preserve">    (a) in a disrespectful or rejecting manner</w:t>
      </w:r>
      <w:r>
        <w:br/>
      </w:r>
      <w:r>
        <w:t xml:space="preserve">    (b) reluctant or unwilling to do something</w:t>
      </w:r>
      <w:r>
        <w:br/>
      </w:r>
      <w:r>
        <w:t xml:space="preserve">    (c) in a manner that is not easily noticed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Ares</w:t>
      </w:r>
      <w:r>
        <w:rPr>
          <w:b/>
          <w:bCs/>
        </w:rPr>
        <w:t xml:space="preserve">, the abhorred Slayer, who bears no sword,</w:t>
      </w:r>
      <w:r>
        <w:br/>
      </w:r>
      <w:r>
        <w:t xml:space="preserve">    (a) relating to or characteristic of Greece or classical Greek civilization</w:t>
      </w:r>
      <w:r>
        <w:br/>
      </w:r>
      <w:r>
        <w:t xml:space="preserve">    (b) largest of the Depression era relief measures that put millions to work</w:t>
      </w:r>
      <w:r>
        <w:br/>
      </w:r>
      <w:r>
        <w:t xml:space="preserve">    (c) Greek mythology:  god of war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For Phoebus—thou hast heard withal His message—to 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envoy</w:t>
      </w:r>
      <w:r>
        <w:rPr>
          <w:b/>
          <w:bCs/>
        </w:rPr>
        <w:t xml:space="preserve"> </w:t>
      </w:r>
      <w:r>
        <w:rPr>
          <w:b/>
          <w:bCs/>
        </w:rPr>
        <w:t xml:space="preserve">hath decreed One only way of help in this great need: To find and smite with death or banishing, Him who smote Laius, our ancient King.</w:t>
      </w:r>
      <w:r>
        <w:br/>
      </w:r>
      <w:r>
        <w:t xml:space="preserve">    (a) representative sent on a mission</w:t>
      </w:r>
      <w:r>
        <w:br/>
      </w:r>
      <w:r>
        <w:t xml:space="preserve">    (b) one who precedes another in time</w:t>
      </w:r>
      <w:r>
        <w:br/>
      </w:r>
      <w:r>
        <w:t xml:space="preserve">    (c) someone who approves or supports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Out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perdition</w:t>
      </w:r>
      <w:r>
        <w:rPr>
          <w:b/>
          <w:bCs/>
        </w:rPr>
        <w:t xml:space="preserve">!</w:t>
      </w:r>
      <w:r>
        <w:br/>
      </w:r>
      <w:r>
        <w:t xml:space="preserve">    (a) Nathaniel Hawthorne's famous novel of hidden guilt and societal condemnation (1850)</w:t>
      </w:r>
      <w:r>
        <w:br/>
      </w:r>
      <w:r>
        <w:t xml:space="preserve">    (b) hell (in Christianity: where Satan resides and non-saved suffer eternal punishment)</w:t>
      </w:r>
      <w:r>
        <w:br/>
      </w:r>
      <w:r>
        <w:t xml:space="preserve">    (c) Rome from the founding of the city until the formation of the Republic (753-509 BC)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Cool thine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ire</w:t>
      </w:r>
      <w:r>
        <w:rPr>
          <w:b/>
          <w:bCs/>
        </w:rPr>
        <w:t xml:space="preserve"> </w:t>
      </w:r>
      <w:r>
        <w:rPr>
          <w:b/>
          <w:bCs/>
        </w:rPr>
        <w:t xml:space="preserve">With thought of these, and if thou find that aught Faileth, then hold my craft a thing of naught.</w:t>
      </w:r>
      <w:r>
        <w:br/>
      </w:r>
      <w:r>
        <w:t xml:space="preserve">    (a) allow</w:t>
      </w:r>
      <w:r>
        <w:br/>
      </w:r>
      <w:r>
        <w:t xml:space="preserve">    (b) quits</w:t>
      </w:r>
      <w:r>
        <w:br/>
      </w:r>
      <w:r>
        <w:t xml:space="preserve">    (c) anger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Yet strange, passing strange, the wise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augur</w:t>
      </w:r>
      <w:r>
        <w:rPr>
          <w:b/>
          <w:bCs/>
        </w:rPr>
        <w:t xml:space="preserve"> </w:t>
      </w:r>
      <w:r>
        <w:rPr>
          <w:b/>
          <w:bCs/>
        </w:rPr>
        <w:t xml:space="preserve">and his lore; And my heart it cannot speak; I deny not nor assent, But float, float in wonder at things after and before; Did there lie between their houses some old wrath unspent, That Corinth against Cadmus should do murder by the way?</w:t>
      </w:r>
      <w:r>
        <w:br/>
      </w:r>
      <w:r>
        <w:t xml:space="preserve">    (a) treat in a manner that demonstrates a sense of superiority, but is supposed to seem kind  OR  the actions of a patron (to support someone or something; or to be a customer)</w:t>
      </w:r>
      <w:r>
        <w:br/>
      </w:r>
      <w:r>
        <w:t xml:space="preserve">    (b) (verb) to intentionally anger, challenge, or upset someone -- especially by mocking them or hurling insults  OR  (noun) an insult or other action intended to anger, challenge, or upset someone</w:t>
      </w:r>
      <w:r>
        <w:br/>
      </w:r>
      <w:r>
        <w:t xml:space="preserve">    (c) to indicate or predict that something will happen --especially as a sign of what’s to come; or in ancient Rome, a religious official who interpreted signs and omens to guide public decisions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Show to her Your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strife</w:t>
      </w:r>
      <w:r>
        <w:rPr>
          <w:b/>
          <w:bCs/>
        </w:rPr>
        <w:t xml:space="preserve">.</w:t>
      </w:r>
      <w:r>
        <w:br/>
      </w:r>
      <w:r>
        <w:t xml:space="preserve">    (a) job, reservation, booking, or activity</w:t>
      </w:r>
      <w:r>
        <w:br/>
      </w:r>
      <w:r>
        <w:t xml:space="preserve">    (b) violent conflict or angry disagreement</w:t>
      </w:r>
      <w:r>
        <w:br/>
      </w:r>
      <w:r>
        <w:t xml:space="preserve">    (c) thing that affects a result or outcome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Ye Gods, if such a thing Hath once been in my thoughts, may I no more See any health on earth, but,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festered</w:t>
      </w:r>
      <w:r>
        <w:rPr>
          <w:b/>
          <w:bCs/>
        </w:rPr>
        <w:t xml:space="preserve"> </w:t>
      </w:r>
      <w:r>
        <w:rPr>
          <w:b/>
          <w:bCs/>
        </w:rPr>
        <w:t xml:space="preserve">o'er With curses, die!</w:t>
      </w:r>
      <w:r>
        <w:br/>
      </w:r>
      <w:r>
        <w:t xml:space="preserve">    (a) (of an injury) became inflamed and created pus  OR  (generally) got worse -- especially through inattention</w:t>
      </w:r>
      <w:r>
        <w:br/>
      </w:r>
      <w:r>
        <w:t xml:space="preserve">    (b) treated something in an educated, intellectual way -- often excluding emotional or practical considerations</w:t>
      </w:r>
      <w:r>
        <w:br/>
      </w:r>
      <w:r>
        <w:t xml:space="preserve">    (c) turned in the opposite position -- such as upside down, inside out, or (of two things) in switched position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would not have thee cast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infamy</w:t>
      </w:r>
      <w:r>
        <w:rPr>
          <w:b/>
          <w:bCs/>
        </w:rPr>
        <w:t xml:space="preserve"> </w:t>
      </w:r>
      <w:r>
        <w:rPr>
          <w:b/>
          <w:bCs/>
        </w:rPr>
        <w:t xml:space="preserve">Of guilt, where none is proved, One who hath sworn and whom thou once hast loved.</w:t>
      </w:r>
      <w:r>
        <w:br/>
      </w:r>
      <w:r>
        <w:t xml:space="preserve">    (a) the process or result of learning, discovering, or deciding</w:t>
      </w:r>
      <w:r>
        <w:br/>
      </w:r>
      <w:r>
        <w:t xml:space="preserve">    (b) famous for something that is bad; or an extremely bad event</w:t>
      </w:r>
      <w:r>
        <w:br/>
      </w:r>
      <w:r>
        <w:t xml:space="preserve">    (c) person, organization, or anything with a separate existence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 human thing Born on the earth hath power for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conjuring</w:t>
      </w:r>
      <w:r>
        <w:rPr>
          <w:b/>
          <w:bCs/>
        </w:rPr>
        <w:t xml:space="preserve"> </w:t>
      </w:r>
      <w:r>
        <w:rPr>
          <w:b/>
          <w:bCs/>
        </w:rPr>
        <w:t xml:space="preserve">Truth from the dark of God.</w:t>
      </w:r>
      <w:r>
        <w:br/>
      </w:r>
      <w:r>
        <w:t xml:space="preserve">    (a) rising and falling pitch; or cheerful and lively</w:t>
      </w:r>
      <w:r>
        <w:br/>
      </w:r>
      <w:r>
        <w:t xml:space="preserve">    (b) summoning into action or bringing into existence</w:t>
      </w:r>
      <w:r>
        <w:br/>
      </w:r>
      <w:r>
        <w:t xml:space="preserve">    (c) regarding with feelings of respect and reverence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seeing no word of mine hath power to heal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torment</w:t>
      </w:r>
      <w:r>
        <w:rPr>
          <w:b/>
          <w:bCs/>
        </w:rPr>
        <w:t xml:space="preserve">, therefore forth to thee I steal, O Slayer of the Wolf, O Lord of Light, Apollo: thou art near us, and of right Dost hold us thine: to thee in prayer I fall.</w:t>
      </w:r>
      <w:r>
        <w:br/>
      </w:r>
      <w:r>
        <w:t xml:space="preserve">    (a) provide investment funds for something -- such as a business</w:t>
      </w:r>
      <w:r>
        <w:br/>
      </w:r>
      <w:r>
        <w:t xml:space="preserve">    (b) to cause or to experience great mental or physical suffering</w:t>
      </w:r>
      <w:r>
        <w:br/>
      </w:r>
      <w:r>
        <w:t xml:space="preserve">    (c) point to differences between; or compare to show differences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Prophets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deem</w:t>
      </w:r>
      <w:r>
        <w:rPr>
          <w:b/>
          <w:bCs/>
        </w:rPr>
        <w:t xml:space="preserve"> </w:t>
      </w:r>
      <w:r>
        <w:rPr>
          <w:b/>
          <w:bCs/>
        </w:rPr>
        <w:t xml:space="preserve">A deed wrought that is wrought but in a dream.</w:t>
      </w:r>
      <w:r>
        <w:br/>
      </w:r>
      <w:r>
        <w:t xml:space="preserve">    (a) make more varied</w:t>
      </w:r>
      <w:r>
        <w:br/>
      </w:r>
      <w:r>
        <w:t xml:space="preserve">    (b) take on or adopt</w:t>
      </w:r>
      <w:r>
        <w:br/>
      </w:r>
      <w:r>
        <w:t xml:space="preserve">    (c) believe or judge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What life hath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Delusion</w:t>
      </w:r>
      <w:r>
        <w:rPr>
          <w:b/>
          <w:bCs/>
        </w:rPr>
        <w:t xml:space="preserve"> </w:t>
      </w:r>
      <w:r>
        <w:rPr>
          <w:b/>
          <w:bCs/>
        </w:rPr>
        <w:t xml:space="preserve">so visited, and Pain, And swiftness of Disaster?</w:t>
      </w:r>
      <w:r>
        <w:br/>
      </w:r>
      <w:r>
        <w:t xml:space="preserve">    (a) a false belief</w:t>
      </w:r>
      <w:r>
        <w:br/>
      </w:r>
      <w:r>
        <w:t xml:space="preserve">    (b) a hoofed mamma</w:t>
      </w:r>
      <w:r>
        <w:br/>
      </w:r>
      <w:r>
        <w:t xml:space="preserve">    (c) a fat compound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Cast me from Thebes ...now, quick ...where none may see My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visage</w:t>
      </w:r>
      <w:r>
        <w:rPr>
          <w:b/>
          <w:bCs/>
        </w:rPr>
        <w:t xml:space="preserve"> </w:t>
      </w:r>
      <w:r>
        <w:rPr>
          <w:b/>
          <w:bCs/>
        </w:rPr>
        <w:t xml:space="preserve">more, nor mingle words with me.</w:t>
      </w:r>
      <w:r>
        <w:br/>
      </w:r>
      <w:r>
        <w:t xml:space="preserve">    (a) a basic building block for proteins</w:t>
      </w:r>
      <w:r>
        <w:br/>
      </w:r>
      <w:r>
        <w:t xml:space="preserve">    (b) someone's face or facial expression</w:t>
      </w:r>
      <w:r>
        <w:br/>
      </w:r>
      <w:r>
        <w:t xml:space="preserve">    (c) someone who believe in a single God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 flowers, ye needs must die, waste things,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bereft</w:t>
      </w:r>
      <w:r>
        <w:rPr>
          <w:b/>
          <w:bCs/>
        </w:rPr>
        <w:t xml:space="preserve"> </w:t>
      </w:r>
      <w:r>
        <w:rPr>
          <w:b/>
          <w:bCs/>
        </w:rPr>
        <w:t xml:space="preserve">And fruitless.</w:t>
      </w:r>
      <w:r>
        <w:br/>
      </w:r>
      <w:r>
        <w:t xml:space="preserve">    (a) not appropriate or not properly related in size, amount, or degree</w:t>
      </w:r>
      <w:r>
        <w:br/>
      </w:r>
      <w:r>
        <w:t xml:space="preserve">    (b) in a manner that is not a careful, systematic, logical examination</w:t>
      </w:r>
      <w:r>
        <w:br/>
      </w:r>
      <w:r>
        <w:t xml:space="preserve">    (c) not having something, or greatly saddened by the loss of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—The curious word, [Greek: empeplegmenen], seems to be taken from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Odyssey</w:t>
      </w:r>
      <w:r>
        <w:rPr>
          <w:b/>
          <w:bCs/>
        </w:rPr>
        <w:t xml:space="preserve"> </w:t>
      </w:r>
      <w:r>
        <w:rPr>
          <w:b/>
          <w:bCs/>
        </w:rPr>
        <w:t xml:space="preserve">xxii.</w:t>
      </w:r>
      <w:r>
        <w:br/>
      </w:r>
      <w:r>
        <w:t xml:space="preserve">    (a) port city in Japan that was almost completely destroyed by the first atomic bomb dropped on a populated area</w:t>
      </w:r>
      <w:r>
        <w:br/>
      </w:r>
      <w:r>
        <w:t xml:space="preserve">    (b) 1868 amendment to the US Constitution extending federal constitutional protections to cover state law as well</w:t>
      </w:r>
      <w:r>
        <w:br/>
      </w:r>
      <w:r>
        <w:t xml:space="preserve">    (c) epic poem of the Odysseus' ten-year circuitous and eventful journey home (circa 850 BC -- attributed to Homer)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At the present day it is not in the best manners to moralise over a man who is down, any more than it is the part of a comforter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expound</w:t>
      </w:r>
      <w:r>
        <w:rPr>
          <w:b/>
          <w:bCs/>
        </w:rPr>
        <w:t xml:space="preserve"> </w:t>
      </w:r>
      <w:r>
        <w:rPr>
          <w:b/>
          <w:bCs/>
        </w:rPr>
        <w:t xml:space="preserve">and insist upon his friend's misfortunes.</w:t>
      </w:r>
      <w:r>
        <w:br/>
      </w:r>
      <w:r>
        <w:t xml:space="preserve">    (a) something repeated regularly</w:t>
      </w:r>
      <w:r>
        <w:br/>
      </w:r>
      <w:r>
        <w:t xml:space="preserve">    (b) tell someone about something</w:t>
      </w:r>
      <w:r>
        <w:br/>
      </w:r>
      <w:r>
        <w:t xml:space="preserve">    (c) explain or discuss in detail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2026-07-31T15:50:59Z</dcterms:created>
  <dcterms:modified xsi:type="dcterms:W3CDTF">2026-07-31T15:50:59Z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